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обязательном медицинском страховании в Российской Федерации"</w:t>
      </w:r>
    </w:p>
    <w:p>
      <w:r>
        <w:rPr>
          <w:b/>
        </w:rPr>
        <w:t>Статья 1</w:t>
      </w:r>
    </w:p>
    <w:p>
      <w:r>
        <w:t>Внести в Федеральный закон от 29 ноября 2010 года № 326-ФЗ "Об обязательном медицинском страховании в Российской Федерации" (Собрание законодательства Российской Федерации, 2010, № 49, ст. 6422; 2011, № 49, ст. 7047; 2012, № 31, ст. 4322) следующие изменения: 1) в части 1 статьи 2 слова "Основ законодательства Российской Федерации об охране здоровья граждан" заменить словами "Федерального закона от 21 ноября 2011 года № 323-ФЗ "Об основах охраны здоровья граждан в Российской Федерации"; 2) в пункте 8 части 1 статьи 7 слова "Правительством Российской Федерации" заменить словами "статьей 71 настоящего Федерального закона"; 3) дополнить статьей 71 следующего содержания: "Статья 71. Порядок изъятия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 1.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 в соответствии с частью 1 статьи 6 настоящего Федерального закона, могут быть изъяты Правительством Российской Федерации в случае их неисполнения органами государственной власти субъектов Российской Федерации, выявленного уполномоченным федеральным органом исполнительной власти и (или) Федеральным фондом при осуществлении ими контроля и надзора за осуществлением переданных полномочий.</w:t>
      </w:r>
    </w:p>
    <w:p>
      <w:r>
        <w:rPr>
          <w:b/>
        </w:rPr>
        <w:t xml:space="preserve">2. </w:t>
      </w:r>
      <w:r>
        <w:t>Уполномоченный федеральный орган исполнительной власти в течение 20 рабочих дней со дня выявления указанных в части 1 настоящей статьи нарушений или получения от Федерального фонда информации о выявленных им таких нарушениях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предписание, содержащее описание выявленных нарушений, срок для их устранения и срок для уведомления уполномоченного федерального органа исполнительной власти и Федерального фонда о принятом по предписанию решении</w:t>
      </w:r>
    </w:p>
    <w:p>
      <w:r>
        <w:rPr>
          <w:b/>
        </w:rPr>
        <w:t xml:space="preserve">3.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предписании срок уведомляет уполномоченный федеральный орган исполнительной власти и Федеральный фонд о принятом по предписанию решении, в том числе о мерах по устранению выявленных нарушений в установленный в предписании срок</w:t>
      </w:r>
    </w:p>
    <w:p>
      <w:r>
        <w:rPr>
          <w:b/>
        </w:rPr>
        <w:t xml:space="preserve">4. </w:t>
      </w:r>
      <w:r>
        <w:t>В случае неисполнения или исполнения не в полном объеме предписания уполномоченный федеральный орган исполнительной власти в течение 20 рабочих дней со дня окончания указанного в предписании срока для устранения выявленных нарушений направляет повторное предписание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а также предложение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повторном предписании срок уведомляет уполномоченный федеральный орган исполнительной власти и Федеральный фонд о принятом решении, в том числе о мерах по устранению выявленных нарушений в установленный срок и о результате рассмотрения предложения уполномоченного федерального органа исполнительной власти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w:t>
      </w:r>
    </w:p>
    <w:p>
      <w:r>
        <w:rPr>
          <w:b/>
        </w:rPr>
        <w:t xml:space="preserve">5. </w:t>
      </w:r>
      <w:r>
        <w:t>В случае неисполнения или исполнения не в полном объеме повторного предписания уполномоченный федеральный орган исполнительной власти в течение 20 рабочих дней со дня окончания указанного в повторном предписании срока вносит в Правительство Российской Федерации предложение об изъятии у органов государственной власти субъекта Российской Федерации переданных полномочий Российской Федерации в сфере обязательного медицинского страхования</w:t>
      </w:r>
    </w:p>
    <w:p>
      <w:r>
        <w:rPr>
          <w:b/>
        </w:rPr>
        <w:t xml:space="preserve">6. </w:t>
      </w:r>
      <w:r>
        <w:t>Полномочия Российской Федерации в сфере обязательного медицинского страхования, установленные пунктом 1 части 1 статьи 6 настоящего Федерального закона, изъятые у органов государственной власти субъектов Российской Федерации,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а полномочия, установленные пунктами 2 - 9 части 1 статьи 6 настоящего Федерального закона, изъятые у органов государственной власти субъектов Российской Федерации, осуществляются Федеральным фондом и (или) территориальным фондом в соответствии с решением Федерального фонда</w:t>
      </w:r>
    </w:p>
    <w:p>
      <w:r>
        <w:rPr>
          <w:b/>
        </w:rPr>
        <w:t xml:space="preserve">7. </w:t>
      </w:r>
      <w:r>
        <w:t>Со дня вступления в силу решения Правительства Российской Федерации об изъятии соответствующих полномочий у органов государственной власти субъектов Российской Федерации субвенции из бюджета Федерального фонда бюджетам территориальных фондов не предоставляются, а предоставленные и не использованные до дня вступления в силу указанного решения субвенции подлежат возврату в бюджет Федерального фонда.";</w:t>
      </w:r>
    </w:p>
    <w:p>
      <w:r>
        <w:rPr>
          <w:b/>
        </w:rPr>
        <w:t xml:space="preserve">7. </w:t>
      </w:r>
      <w:r>
        <w:t>часть 4 статьи 15 дополнить предложением следующего содержания: "Медицинская организация, включенная в реестр медицинских организаций, направившая в территориальный фонд уведомление об исключении из реестра медицинских организаций до заключения договора на оказание и оплату медицинской помощи по обязательному медицинскому страхованию, исключается территориальным фондом из реестра медицинских организаций на следующий рабочий день после дня получения территориальным фондом указанного уведомления."</w:t>
      </w:r>
    </w:p>
    <w:p>
      <w:r>
        <w:rPr>
          <w:b/>
        </w:rPr>
        <w:t xml:space="preserve">7. </w:t>
      </w:r>
      <w:r>
        <w:t>в статье 16:</w:t>
      </w:r>
    </w:p>
    <w:p>
      <w:r>
        <w:rPr>
          <w:b/>
        </w:rPr>
        <w:t xml:space="preserve">7. </w:t>
      </w:r>
      <w:r>
        <w:t>пункт 7 части 2 статьи 20 после слов "видах оказываемой медицинской помощи," дополнить словами "а также", дополнить словами ", перечень которых устанавливается в территориальной программе обязательного медицинского страхования"</w:t>
      </w:r>
    </w:p>
    <w:p>
      <w:r>
        <w:rPr>
          <w:b/>
        </w:rPr>
        <w:t xml:space="preserve">7. </w:t>
      </w:r>
      <w:r>
        <w:t>в частях 6 и 11 статьи 24 слова "25-го числа" заменить словами "20-го числа"</w:t>
      </w:r>
    </w:p>
    <w:p>
      <w:r>
        <w:rPr>
          <w:b/>
        </w:rPr>
        <w:t xml:space="preserve">7. </w:t>
      </w:r>
      <w:r>
        <w:t>в части 3 статьи 27 слова "25-го числа" заменить словами "20-го числа"</w:t>
      </w:r>
    </w:p>
    <w:p>
      <w:r>
        <w:rPr>
          <w:b/>
        </w:rPr>
        <w:t xml:space="preserve">7. </w:t>
      </w:r>
      <w:r>
        <w:t>часть 2 статьи 30 изложить в следующей редакции: "2. Тарифы на оплату медицинской помощи устанавливаются тарифным соглашением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медицинскими профессиональными некоммерческими организациями, созданными в соответствии со статьей 76 Федерального закона от 21 ноября 2011 года № 323-ФЗ "Об основах охраны здоровья граждан в Российской Федерации", и профессиональными союзами медицинских работников или их объединениями (ассоциациями), включенными в состав комиссии, создаваемой в субъекте Российской Федерации в соответствии с частью 9 статьи 36 настоящего Федерального закона."</w:t>
      </w:r>
    </w:p>
    <w:p>
      <w:r>
        <w:rPr>
          <w:b/>
        </w:rPr>
        <w:t xml:space="preserve">7. </w:t>
      </w:r>
      <w:r>
        <w:t>часть 3 статьи 32 после слов "страховым медицинским организациям" дополнить словами "и (или) другим территориальным фондам"</w:t>
      </w:r>
    </w:p>
    <w:p>
      <w:r>
        <w:rPr>
          <w:b/>
        </w:rPr>
        <w:t xml:space="preserve">7. </w:t>
      </w:r>
      <w:r>
        <w:t>в части 8 статьи 33:</w:t>
      </w:r>
    </w:p>
    <w:p>
      <w:r>
        <w:rPr>
          <w:b/>
        </w:rPr>
        <w:t xml:space="preserve">7. </w:t>
      </w:r>
      <w:r>
        <w:t>в части 7 статьи 34:</w:t>
      </w:r>
    </w:p>
    <w:p>
      <w:r>
        <w:rPr>
          <w:b/>
        </w:rPr>
        <w:t xml:space="preserve">7. </w:t>
      </w:r>
      <w:r>
        <w:t>в статье 36:</w:t>
      </w:r>
    </w:p>
    <w:p>
      <w:r>
        <w:rPr>
          <w:b/>
        </w:rPr>
        <w:t xml:space="preserve">7. </w:t>
      </w:r>
      <w:r>
        <w:t>в статье 40:</w:t>
      </w:r>
    </w:p>
    <w:p>
      <w:r>
        <w:rPr>
          <w:b/>
        </w:rPr>
        <w:t xml:space="preserve">7. </w:t>
      </w:r>
      <w:r>
        <w:t>часть 2 статьи 44 дополнить пунктом 15 следующего содержания: "15) сведения о медицинской организации, выбранной застрахованным лицом в соответствии с законодательством Российской Федерации для получения первичной медико-санитарной помощи."</w:t>
      </w:r>
    </w:p>
    <w:p>
      <w:r>
        <w:rPr>
          <w:b/>
        </w:rPr>
        <w:t xml:space="preserve">7. </w:t>
      </w:r>
      <w:r>
        <w:t>в статье 46:</w:t>
      </w:r>
    </w:p>
    <w:p>
      <w:r>
        <w:rPr>
          <w:b/>
        </w:rPr>
        <w:t xml:space="preserve">7. </w:t>
      </w:r>
      <w:r>
        <w:t>в части 4 статьи 48 в первом предложении слова "на бумажных и (или) электронных носителях" заменить словами "в электронном виде", второе предложение исключить</w:t>
      </w:r>
    </w:p>
    <w:p>
      <w:r>
        <w:rPr>
          <w:b/>
        </w:rPr>
        <w:t xml:space="preserve">7. </w:t>
      </w:r>
      <w:r>
        <w:t>в статье 50:</w:t>
      </w:r>
    </w:p>
    <w:p>
      <w:r>
        <w:rPr>
          <w:b/>
        </w:rPr>
        <w:t xml:space="preserve">7. </w:t>
      </w:r>
      <w:r>
        <w:t>в статье 51:</w:t>
      </w:r>
    </w:p>
    <w:p>
      <w:r>
        <w:rPr>
          <w:b/>
        </w:rPr>
        <w:t xml:space="preserve">7. </w:t>
      </w:r>
      <w:r>
        <w:t>скорой медицинской помощи (за исключением специализированной (санитарно-авиационной) скорой медицинской помощи) в объеме не менее фактических расходов консолидированных бюджетов субъектов Российской Федерации на указанные цели в предыдущем году</w:t>
      </w:r>
    </w:p>
    <w:p>
      <w:r>
        <w:rPr>
          <w:b/>
        </w:rPr>
        <w:t xml:space="preserve">7. </w:t>
      </w:r>
      <w:r>
        <w:t>расходов, включаемых в структуру тарифа на оплату медицинской помощи в соответствии с частью 7 статьи 35 настоящего Федерального закона с 2013 года, в объеме разницы между размером указанных расходов и приростом объема страховых взносов на обязательное медицинское страхование неработающего населения по сравнению с 2012 годом.";</w:t>
      </w:r>
    </w:p>
    <w:p>
      <w:r>
        <w:rPr>
          <w:b/>
        </w:rPr>
        <w:t xml:space="preserve">7. </w:t>
      </w:r>
      <w:r>
        <w:t>пункт 3 части 2 после слова "отчества," дополнить словами "данных документа, удостоверяющего личность,"</w:t>
      </w:r>
    </w:p>
    <w:p>
      <w:r>
        <w:rPr>
          <w:b/>
        </w:rPr>
        <w:t xml:space="preserve">7. </w:t>
      </w:r>
      <w:r>
        <w:t>в части 4 слово "обращения" заменить словами "подачи заявления"</w:t>
      </w:r>
    </w:p>
    <w:p>
      <w:r>
        <w:rPr>
          <w:b/>
        </w:rPr>
        <w:t xml:space="preserve">7. </w:t>
      </w:r>
      <w:r>
        <w:t>в части 5 первое предложение изложить в следующей редакции: "Для выбора или замены страховой медицинской организации застрахованное лицо лично или через своего представителя обращается с заявлением о выборе (замене) страховой медицинской организации непосредственно в выбранную им страховую медицинскую организацию или иные организации в соответствии с правилами обязательного медицинского страхования.", во втором предложении слова "страховой медицинской организацией" исключить</w:t>
      </w:r>
    </w:p>
    <w:p>
      <w:r>
        <w:rPr>
          <w:b/>
        </w:rPr>
        <w:t xml:space="preserve">7. </w:t>
      </w:r>
      <w:r>
        <w:t>в части 6 первое предложение после слов "полисов обязательного медицинского страхования," дополнить словами "а также не осуществивших замену страховой медицинской организации в случае прекращения договора о финансовом обеспечении обязательного медицинского страхования в связи с приостановлением, отзывом или прекращением действия лицензии страховой медицинской организации,", второе предложение после слов "не обратившихся в страховую медицинскую организацию," дополнить словами "а также не осуществивших замену страховой медицинской организации в случае прекращения договора о финансовом обеспечении обязательного медицинского страхования в связи с приостановлением, отзывом или прекращением действия лицензии страховой медицинской организации,"</w:t>
      </w:r>
    </w:p>
    <w:p>
      <w:r>
        <w:rPr>
          <w:b/>
        </w:rPr>
        <w:t xml:space="preserve">7. </w:t>
      </w:r>
      <w:r>
        <w:t>дополнить пунктом 21 следующего содержания: "21) осуществляет выравнивание финансовых условий деятельности территориальных фондов в рамках базовой программы обязательного медицинского страхования;"</w:t>
      </w:r>
    </w:p>
    <w:p>
      <w:r>
        <w:rPr>
          <w:b/>
        </w:rPr>
        <w:t xml:space="preserve">7. </w:t>
      </w:r>
      <w:r>
        <w:t>в пункте 17 слово "осуществляет" заменить словами "вправе организовывать", слово "кадров" исключить, слова "для Федерального фонда и территориальных фондов" заменить словами "работников Федерального фонда и участников обязательного медицинского страхования"</w:t>
      </w:r>
    </w:p>
    <w:p>
      <w:r>
        <w:rPr>
          <w:b/>
        </w:rPr>
        <w:t xml:space="preserve">7. </w:t>
      </w:r>
      <w:r>
        <w:t>пункт 18 дополнить словами ", в том числе в целях реализации установленных настоящей частью полномочий"</w:t>
      </w:r>
    </w:p>
    <w:p>
      <w:r>
        <w:rPr>
          <w:b/>
        </w:rPr>
        <w:t xml:space="preserve">7. </w:t>
      </w:r>
      <w:r>
        <w:t>дополнить пунктом 19 следующего содержания: "19) принимает решение об образовании совещательных, координационных органов Федерального фонда, утверждает их состав и порядок деятельности."</w:t>
      </w:r>
    </w:p>
    <w:p>
      <w:r>
        <w:rPr>
          <w:b/>
        </w:rPr>
        <w:t xml:space="preserve">7. </w:t>
      </w:r>
      <w:r>
        <w:t>в пункте 15 слова "на территории" заменить словами "по территориальной программе обязательного медицинского страхования"</w:t>
      </w:r>
    </w:p>
    <w:p>
      <w:r>
        <w:rPr>
          <w:b/>
        </w:rPr>
        <w:t xml:space="preserve">7. </w:t>
      </w:r>
      <w:r>
        <w:t>пункт 18 изложить в следующей редакции: "18) организует подготовку, переподготовку и повышение квалификации кадров для осуществления деятельности в сфере обязательного медицинского страхования."</w:t>
      </w:r>
    </w:p>
    <w:p>
      <w:r>
        <w:rPr>
          <w:b/>
        </w:rPr>
        <w:t xml:space="preserve">7. </w:t>
      </w:r>
      <w:r>
        <w:t>часть 9 после слов "медицинских организаций, представители" дополнить словами "медицинских профессиональных некоммерческих организаций или их ассоциаций (союзов) и", после слов "профессиональных союзов" дополнить словами "медицинских работников"</w:t>
      </w:r>
    </w:p>
    <w:p>
      <w:r>
        <w:rPr>
          <w:b/>
        </w:rPr>
        <w:t xml:space="preserve">7. </w:t>
      </w:r>
      <w:r>
        <w:t>часть 10 после слов "между страховыми медицинскими организациями и" дополнить словом "между"</w:t>
      </w:r>
    </w:p>
    <w:p>
      <w:r>
        <w:rPr>
          <w:b/>
        </w:rPr>
        <w:t xml:space="preserve">7. </w:t>
      </w:r>
      <w:r>
        <w:t>часть 6 изложить в следующей редакции: "6. Экспертиза качества медицинской помощи - выявление нарушений при оказании медицинской помощи, в том числе оценка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r>
        <w:rPr>
          <w:b/>
        </w:rPr>
        <w:t xml:space="preserve">7. </w:t>
      </w:r>
      <w:r>
        <w:t>часть 10 дополнить словами ",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w:t>
      </w:r>
    </w:p>
    <w:p>
      <w:r>
        <w:rPr>
          <w:b/>
        </w:rPr>
        <w:t xml:space="preserve">7. </w:t>
      </w:r>
      <w:r>
        <w:t>в части 1 слова ", в страховую медицинскую организацию или при ее отсутствии в территориальный фонд" исключить</w:t>
      </w:r>
    </w:p>
    <w:p>
      <w:r>
        <w:rPr>
          <w:b/>
        </w:rPr>
        <w:t xml:space="preserve">7. </w:t>
      </w:r>
      <w:r>
        <w:t>в части 2 слово "получения" заменить словом "подачи", слова "страховая медицинская организация или при ее отсутствии территориальный фонд выдает" исключить, после слов "или его представителю" дополнить словом "выдается"</w:t>
      </w:r>
    </w:p>
    <w:p>
      <w:r>
        <w:rPr>
          <w:b/>
        </w:rPr>
        <w:t xml:space="preserve">7. </w:t>
      </w:r>
      <w:r>
        <w:t>часть 1 дополнить предложением следующего содержания: "В 2013 году осуществляется реализация программ и мероприятий по модернизации здравоохранения в целях, установленных пунктами 1 и 2 части 3 настоящей статьи."</w:t>
      </w:r>
    </w:p>
    <w:p>
      <w:r>
        <w:rPr>
          <w:b/>
        </w:rPr>
        <w:t xml:space="preserve">7. </w:t>
      </w:r>
      <w:r>
        <w:t>часть 2 после слов "здравоохранения субъектов Российской Федерации" дополнить словами "в 2011 и 2012 годах", дополнить предложениями следующего содержания: "Финансовое обеспечение программ и мероприятий по модернизации здравоохранения в целях, установленных пунктами 1 и 2 части 3 настоящей статьи, в 2013 году осуществляется за счет средств бюджета Федерального фонда, предусмотренных федеральным законом о бюджете Федерального фонда на очередной финансовый год и на плановый период, и средств бюджетов субъектов Российской Федерации. Финансовое обеспечение указанных в настоящей части программ может осуществляться за счет средств местных бюджетов."</w:t>
      </w:r>
    </w:p>
    <w:p>
      <w:r>
        <w:rPr>
          <w:b/>
        </w:rPr>
        <w:t xml:space="preserve">7. </w:t>
      </w:r>
      <w:r>
        <w:t>часть 10 дополнить словами "с внесением соответствующих изменений в программы и в предусмотренные частью 7 настоящей статьи соглашения"</w:t>
      </w:r>
    </w:p>
    <w:p>
      <w:r>
        <w:rPr>
          <w:b/>
        </w:rPr>
        <w:t xml:space="preserve">7. </w:t>
      </w:r>
      <w:r>
        <w:t>дополнить частью 101 следующего содержания: "101. Не использованные в 2012 году остатки средств, предоставленных страховым медицинским организациям из бюджета территориального фонда в соответствии с частью 6 настоящей статьи, подлежат перечислению страховыми медицинскими организациями в бюджет территориального фонда до 1 января 2013 года. Полученные в соответствии с настоящей частью средства после завершения расчетов за оказанную в 2012 году застрахованным лицам медицинскую помощь подлежат перечислению территориальным фондом в бюджет Федерального фонда до 1 марта 2013 года."</w:t>
      </w:r>
    </w:p>
    <w:p>
      <w:r>
        <w:rPr>
          <w:b/>
        </w:rPr>
        <w:t xml:space="preserve">7. </w:t>
      </w:r>
      <w:r>
        <w:t>в части 2 слова "до введения на территориях субъектов Российской Федерации универсальных электронных карт" исключить, после слов "изготовление полисов обязательного медицинского страхования" дополнить словами "для застрахованных лиц, не получающих универсальной электронной карты,"</w:t>
      </w:r>
    </w:p>
    <w:p>
      <w:r>
        <w:rPr>
          <w:b/>
        </w:rPr>
        <w:t xml:space="preserve">7. </w:t>
      </w:r>
      <w:r>
        <w:t>часть 5 изложить в следующей редакции: "5. В 2013 - 2014 годах за счет межбюджетных трансфертов, передаваемых из бюджетов субъектов Российской Федерации в бюджеты территориальных фондов, осуществляется финансовое обеспечение:</w:t>
      </w:r>
    </w:p>
    <w:p>
      <w:r>
        <w:rPr>
          <w:b/>
        </w:rPr>
        <w:t xml:space="preserve">7. </w:t>
      </w:r>
      <w:r>
        <w:t>в части 7: пункт 2 дополнить словами ", если иное не установлено федеральным законом о бюджете Федерального фонда на очередной финансовый год и на плановый период"; в пункте 4 слова "и расходов на финансовое обеспечение скорой медицинской помощи" исключить</w:t>
      </w:r>
    </w:p>
    <w:p>
      <w:r>
        <w:rPr>
          <w:b/>
        </w:rPr>
        <w:t xml:space="preserve">7. </w:t>
      </w:r>
      <w:r>
        <w:t>часть 121 дополнить предложениями следующего содержания: "В 2013 году осуществляются единовременные компенсационные выплаты медицинским работникам в возрасте до 35 лет, прибывшим в 2013 году после окончания образовательного учреждения высшего профессионального образования на работу в сельский населенный пункт либо рабочий поселок или переехавшим на работу в сельский населенный пункт либо рабочий поселок из другого населенного пункта и заключившим с уполномоченным органом исполнительной власти субъекта Российской Федерации договор, в размере одного миллиона рублей на одного указанного медицинского работника. Финансовое обеспечение единовременных компенсационных выплат медицинским работникам в 2013 году осуществляется в равных долях за счет иных межбюджетных трансфертов, предоставляемых бюджету территориального фонда из бюджета Федерального фонда в соответствии с федеральным законом о бюджете Федерального фонда на очередной финансовый год и на плановый период, и средств бюджетов субъектов Российской Федерации."</w:t>
      </w:r>
    </w:p>
    <w:p>
      <w:r>
        <w:rPr>
          <w:b/>
        </w:rPr>
        <w:t xml:space="preserve">7. </w:t>
      </w:r>
      <w:r>
        <w:t>пункт 1 части 122 после слов "в сельском населенном пункте" дополнить словами "либо рабочем поселке", после слов "в сельский населенный пункт" дополнить словами "либо рабочий поселок"</w:t>
      </w:r>
    </w:p>
    <w:p>
      <w:r>
        <w:rPr>
          <w:b/>
        </w:rPr>
        <w:t xml:space="preserve">7. </w:t>
      </w:r>
      <w:r>
        <w:t>часть 124 после слов "в соответствии с заявками" дополнить словами "уполномоченных органов исполнительной власти субъектов Российской Федерации и"</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подпункта "д" пункта 19 статьи 1 настоящего Федерального закона</w:t>
      </w:r>
    </w:p>
    <w:p>
      <w:r>
        <w:rPr>
          <w:b/>
        </w:rPr>
        <w:t xml:space="preserve">2. </w:t>
      </w:r>
      <w:r>
        <w:t>Подпункт "д" пункта 19 статьи 1 настоящего Федерального закона вступает в силу с 1 января 2013 года</w:t>
      </w:r>
    </w:p>
    <w:p>
      <w:r>
        <w:rPr>
          <w:b/>
        </w:rPr>
        <w:t xml:space="preserve">3. </w:t>
      </w:r>
      <w:r>
        <w:t>Положения части 2 статьи 50 Федерального закона от 29 ноября 2010 года № 326-ФЗ "Об обязательном медицинском страховании в Российской Федерации" (в редакции настоящего Федерального закона) распространяются на правоотношения, возникшие с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