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бюджете Федерального фонда обязательного медицинского страхования на 2012 год и на плановый период 2013 и 2014 годов"</w:t>
      </w:r>
    </w:p>
    <w:p>
      <w:r>
        <w:rPr>
          <w:b/>
        </w:rPr>
        <w:t>Статья 1</w:t>
      </w:r>
    </w:p>
    <w:p>
      <w:r>
        <w:t>Внести в Федеральный закон от 30 ноября 2011 года № 370-ФЗ "О бюджете Федерального фонда обязательного медицинского страхования на 2012 год и на плановый период 2013 и 2014 годов" (Собрание законодательства Российской Федерации, 2011, № 49, ст. 7048) следующие изменения</w:t>
      </w:r>
    </w:p>
    <w:p>
      <w:r>
        <w:t>в части 1 статьи 1: а) в пункте 1 слова "в сумме 891 729 020,6 тыс. рублей" заменить словами "в сумме 916 765 528,2 тыс. рублей"; б) в пункте 2 слова "в сумме 891 729 020,6 тыс. рублей" заменить словами "в сумме 916 765 528,2 тыс. рублей"</w:t>
      </w:r>
    </w:p>
    <w:p>
      <w:r>
        <w:t>в части 1 статьи 4 слова "в сумме 603 292 189,4 тыс. рублей" заменить словами "в сумме 611 520 737,2 тыс. рублей"</w:t>
      </w:r>
    </w:p>
    <w:p>
      <w:r>
        <w:t>в статье 6: а) пункт 3 части 1 дополнить предложением следующего содержания: "Остатки средств, не использованные в первом квартале 2012 года на указанные цели, направляются на увеличение нормированного страхового запаса Фонда с соответствующим внесением изменений в показатели бюджетной росписи бюджета Фонда."; б) часть 7 после слов "выполнение научно-исследовательских работ," дополнить словами "образовавшиеся в связи с поступлением в бюджет Фонда доходов сверх сумм, установленных статьей 1 Федерального закона от 8 декабря 2010 года № 333-ФЗ "О бюджете Федерального фонда обязательного медицинского страхования на 2011 год и на плановый период 2012 и 2013 годов","</w:t>
      </w:r>
    </w:p>
    <w:p>
      <w:r>
        <w:t>приложение 1 после строки 5) приложение 3 изложить в следующей редакции: "Приложение 3к Федеральному закону "О бюджетеФедерального фонда обязательногомедицинского страхования на 2012 год ина плановый период 2013 и 2014 годов"(в редакции Федерального закона"О внесении изменений в Федеральный закон"О бюджете Федерального фонда обязательного медицинского страхования на 2012 год и на плановый период 2013 и 2014 годов") РАСПРЕДЕЛЕНИЕбюджетных ассигнований бюджета Федерального фонда обязательного медицинского страхования на 2012 год по разделам и подразделам, целевым статьям и видам расходов классификации расходов бюджетов (тыс. рублей) Наименование Мин Рз ПР ЦСР ВР Сумма Федеральный фонд обязательного медицинского страхования 394 916 765 528,2 Общегосударственные вопросы 394 01 00 995 629,0 Международные отношения и международное сотрудничество 394 01 08 16 069,3 Международное сотрудничество 394 01 08 030 00 00 16 069,3 Обеспечение мероприятий, предусмотренных соглашениями с международными финансовыми организациями 394 01 08 030 03 00 7 600,0 Иные бюджетные ассигнования 394 01 08 030 03 00 800 7 600,0 Предоставление платежей, взносов, безвозмездных перечислений субъектам международного права 394 01 08 030 03 00 860 7 600,0 Платежи в целях обеспечения реализации соглашений с правительствами иностранных государств и международными организациями 394 01 08 030 03 00 863 7 600,0 Международные культурные, научные и информационные связи 394 01 08 030 04 00 8 469,3 Закупка товаров, работ и услуг для государственных нужд 394 01 08 030 04 00 200 1 169,3 Иные закупки товаров, работ и услуг для государственных нужд 394 01 08 030 04 00 240 1 169,3 Прочая закупка товаров, работ и услуг для государственных нужд 394 01 08 030 04 00 244 1 169,3 Иные бюджетные ассигнования 394 01 08 030 04 00 800 7 300,0 Предоставление платежей, взносов, безвозмездных перечислений субъектам международного права 394 01 08 030 04 00 860 7 300,0 Взносы в международные организации 394 01 08 030 04 00 862 7 300,0 Другие общегосударственные вопросы 394 01 13 979 559,7 Руководство и управление в сфере установленных функций 394 01 13 001 00 00 979 559,7 Аппараты органов управления государственных внебюджетных фондов 394 01 13 001 55 00 979 559,7 Расходы на выплаты персоналу в целях обеспечения выполнения функций государственными органами, казенными учреждениями, органами управления государственными внебюджетными фондами 394 01 13 001 55 00 100 191 938,7 Расходы на выплаты персоналу государственных внебюджетных фондов 394 01 13 001 55 00 140 191 938,7 Фонд оплаты труда и страховые взносы 394 01 13 001 55 00 141 190 848,0 Иные выплаты персоналу, за исключением фонда оплаты труда 394 01 13 001 55 00 142 1 090,7 Закупка товаров, работ и услуг для государственных нужд 394 01 13 001 55 00 200 390 270,0 Иные закупки товаров, работ и услуг для государственных нужд 394 01 13 001 55 00 240 390 270,0 Закупка товаров, работ, услуг в сфере информационно- коммуникационных технологий 394 01 13 001 55 00 242 279 612,0 Закупка товаров, работ, услуг в целях капитального ремонта государственного имущества 394 01 13 001 55 00 243 14 600,0 Прочая закупка товаров, работ и услуг для государственных нужд 394 01 13 001 55 00 244 96 058,0 Бюджетные инвестиции 394 01 13 001 55 00 400 380 000,0 Бюджетные инвестиции на приобретение объектов недвижимого имущества 394 01 13 001 55 00 440 380 000,0 Бюджетные инвестиции на приобретение объектов недвижимого имущества государственным внебюджетным фондам 394 01 13 001 55 00 446 380 000,0 Иные бюджетные ассигнования 394 01 13 001 55 00 800 17 351,0 Уплата налогов, сборов и иных платежей 394 01 13 001 55 00 850 17 351,0 Уплата налога на имущество организаций и земельного налога 394 01 13 001 55 00 851 17 160,0 Уплата прочих налогов, сборов и иных платежей 394 01 13 001 55 00 852 191,0 Образование 394 07 00 9 899,1 Профессиональная подготовка, переподготовка и повышение квалификации 394 07 05 9 899,1 Учебные заведения и курсы по переподготовке кадров 394 07 05 429 00 00 9 899,1 Переподготовка и повышение квалификации кадров 394 07 05 429 78 00 9 899,1 Закупка товаров, работ и услуг для государственных нужд 394 07 05 429 78 00 200 9 899,1 Иные закупки товаров, работ и услуг для государственных нужд 394 07 05 429 78 00 240 9 899,1 Прочая закупка товаров, работ и услуг для государственных нужд 394 07 05 429 78 00 244 9 899,1 Здравоохранение 394 09 00 915 728 205,3 Амбулаторная помощь 394 09 02 4 900 000,0 Социальная помощь 394 09 02 505 00 00 4 900 000,0 Проведение диспансеризации пребывающих в стационарных учреждениях детей-сирот и детей, находящихся в трудной жизненной ситуации 394 09 02 505 21 01 900 000,0 Межбюджетные трансферты 394 09 02 505 21 01 500 900 000,0 Межбюджетные трансферты бюджетам территориальных фондов обязательного медицинского страхования 394 09 02 505 21 01 580 900 000,0 Проведение дополнительной диспансеризации работающих граждан 394 09 02 505 24 00 4 000 000,0 Межбюджетные трансферты 394 09 02 505 24 00 500 4 000 000,0 Межбюджетные трансферты бюджетам территориальных фондов обязательного медицинского страхования 394 09 02 505 24 00 580 4 000 000,0 Прикладные научные исследования в области здравоохранения 394 09 08 15 102,4 Прикладные научные исследования и разработки 394 09 08 081 00 00 15 102,4 Выполнение научно-исследовательских и опытно-конструкторских работ по государственным контрактам 394 09 08 081 69 00 15 102,4 Закупка товаров, работ и услуг для государственных нужд 394 09 08 081 69 00 200 15 102,4 Иные закупки товаров, работ и услуг для государственных нужд 394 09 08 081 69 00 240 15 102,4 Научно-исследовательские и опытно-конструкторские работы 394 09 08 081 69 00 241 15 102,4 Другие вопросы в области здравоохранения 394 09 09 910 813 102,9 Нормированный страховой запас Федерального фонда обязательного медицинского страхования 394 09 09 092 09 00 36 182 365,7 Иные бюджетные ассигнования 394 09 09 092 09 00 800 36 182 365,7 Резервные средства 394 09 09 092 09 00 870 36 182 365,7 Реализация программ и мероприятий по модернизации здравоохранения 394 09 09 092 32 00 244 080 000,0 Иные бюджетные ассигнования 394 09 09 092 32 00 800 244 080 000,0 Резервные средства 394 09 09 092 32 00 870 244 080 000,0 Социальная помощь 394 09 09 505 00 00 630 550 737,2 Федеральный закон от 29 ноября 2010 года № 326-ФЗ "Об обязательном медицинском страховании в Российской Федерации" 394 09 09 505 17 00 611 520 737,2 Выполнение территориальной программы обязательного медицинского страхования в рамках базовой программы обязательного медицинского страхования 394 09 09 505 17 02 611 520 737,2 Межбюджетные трансферты 394 09 09 505 17 02 500 611 520 737,2 Межбюджетные трансферты бюджетам территориальных фондов обязательного медицинского страхования 394 09 09 505 17 02 580 611 520 737,2 Оплата медицинской помощи женщинам в период беременности, родов и в послеродовом периоде, а также диспансерного наблюдения ребенка в течение первого года жизни 394 09 09 505 35 00 19 030 000,0 Межбюджетные трансферты 394 09 09 505 35 00 500 19 030 000,0 Межбюджетные трансферты бюджету Фонда социального страхования Российской Федерации 394 09 09 505 35 00 550 19 030 000,0 Социальная политика 394 10 00 20 000,0 Социальное обеспечение населения 394 10 03 20 000,0 Руководство и управление в сфере установленных функций 394 10 03 001 00 00 20 000,0 Аппараты органов управления государственных внебюджетных фондов 394 10 03 001 55 00 20 000,0 Социальное обеспечение и иные выплаты населению 394 10 03 001 55 00 300 20 000,0 Социальные выплаты гражданам, кроме публичных нормативных социальных выплат 394 10 03 001 55 00 320 20 000,0 Субсидии гражданам на приобретение жилья 394 10 03 001 55 00 322 20 000,0 Средства массовой информации 394 12 00 11 794,8 Другие вопросы в области средств массовой информации 394 12 04 11 794,8 Реализация государственных функций, связанных с общегосударственным управлением 394 12 04 092 00 00 11 794,8 Прочие выплаты по обязательствам государства 394 12 04 092 03 05 11 794,8 Закупка товаров, работ и услуг для государственных нужд 394 12 04 092 03 05 200 11 794,8 Иные закупки товаров, работ и услуг для государственных нужд 394 12 04 092 03 05 240 11 794,8 Прочая закупка товаров, работ и услуг для государственных нужд 394 12 04 092 03 05 244 11 794,8"</w:t>
      </w:r>
    </w:p>
    <w:p>
      <w:r>
        <w:t>в приложении 4 строку "Межбюджетные трансферты бюджету Фонда социального страхования Российской Федерации 09 09 19 030 000,0 19 030 000,0" "Межбюджетные трансферты бюджету Фонда социального страхования Российской Федерации 09 09 19 030 000,0 19 030 000,0"</w:t>
      </w:r>
    </w:p>
    <w:p>
      <w:r>
        <w:t>приложение 5 изложить в следующей редакции: "Приложение 5к Федеральному закону "О бюджете Федерального фонда обязательного медицинского страхования на 2012 год и на плановый период 2013 и 2014 годов" (в редакции Федерального закона "О внесении изменений в Федеральный закон "О бюджете Федерального фонда обязательного медицинского страхования на 2012 год и на плановый период 2013 и 2014 годов") РАСПРЕДЕЛЕНИЕсубвенций из бюджета Федерального фонда обязательного медицинского страхования, направляемых в бюджеты территориальных фондов обязательного медицинского страхования для финансового обеспечения организации обязательного медицинского страхования на территориях субъектов Российской Федерации в 2012 году (тыс. рублей) Наименование субъектаРоссийской Федерации Субвенции из бюджета Федерального фонда обязательного медицинского страхования всего в том числе в размере страховых взносов на обязательное медицинское страхование неработающего населения в размере страховых взносов на обязательное медицинское страхование работающего населения в размере дотаций, предусмотренных бюджетом Фонда на 2011 год Российская Федерация, всего 611 520 737,2 298 668 932,9 222 981 035,5 89 870 768,8 в том числе: Республика Адыгея (Адыгея) 1 354 485,4 842 402,0 264 183,3 247 900,1 Республика Алтай 951 119,7 417 618,6 190 798,9 342 702,2 Республика Башкортостан 15 449 456,4 9 297 503,4 4 281 252,1 1 870 700,9 Республика Бурятия 4 126 885,5 2 094 753,3 991 840,0 1 040 292,2 Республика Дагестан 8 205 732,3 3 547 896,2 769 046,1 3 888 790,0 Республика Ингушетия 1 289 744,2 400 252,3 109 399,2 780 092,7 Кабардино-Балкарская Республика 2 531 070,3 1 390 663,3 352 434,6 787 972,4 Республика Калмыкия 926 797,5 492 710,3 158 296,9 275 790,3 Карачаево-Черкесская Республика 1 516 735,8 1 110 615,0 223 719,8 182 401,0 Республика Карелия 3 760 274,3 1 660 393,6 910 042,3 1 189 838,4 Республика Коми 6 667 773,2 3 705 570,2 1 865 913,0 1 096 290,0 Республика Марий Эл 1 910 133,3 751 200,0 580 525,3 578 408,0 Республика Мордовия 2 785 105,8 1 501 300,0 745 409,0 538 396,8 Республика Саха (Якутия) 9 221 806,2 5 741 391,6 2 136 957,3 1 343 457,3 Республика Северная Осетия - Алания 1 941 314,9 1 099 671,0 339 748,6 501 895,3 Республика Татарстан (Татарстан) 12 978 269,7 5 686 542,9 4 986 518,6 2 305 208,2 Республика Тыва 2 155 743,3 1 589 611,0 246 744,3 319 388,0 Удмуртская Республика 7 409 093,3 3 990 720,0 1 718 395,7 1 699 977,6 Республика Хакасия 2 458 442,6 978 037,4 568 400,1 912 005,1 Чеченская Республика 5 173 543,4 2 838 657,8 386 842,6 1 948 043,0 Чувашская Республика - Чувашия 4 936 601,5 2 523 806,7 1 011 954,9 1 400 839,9 Алтайский край 9 639 799,0 4 743 383,9 1 795 597,6 3 100 817,5 Забайкальский край 5 142 671,8 1 094 731,2 1 618 358,9 2 429 581,7 Камчатский край 3 147 330,3 1 927 383,8 847 257,3 372 689,2 Краснодарский край 17 499 256,2 9 012 658,1 6 201 458,0 2 285 140,1 Красноярский край 17 188 720,7 10 113 593,9 5 221 144,5 1 853 982,3 Пермский край 9 865 143,3 5 527 233,9 3 573 823,1 764 086,3 Приморский край 8 609 739,5 3 844 601,8 2 754 176,5 2 010 961,2 Ставропольский край 9 079 864,4 4 927 024,2 2 007 804,1 2 145 036,1 Хабаровский край 8 076 285,1 3 228 110,8 3 170 084,8 1 678 089,5 Амурская область 4 402 646,2 2 117 558,4 1 119 505,5 1 165 582,3 Архангельская область 6 475 932,0 2 543 701,3 1 812 584,8 2 119 645,9 Астраханская область 2 979 503,5 1 357 019,5 906 637,0 715 847,0 Белгородская область 5 002 764,3 2 820 045,0 1 799 453,8 383 265,5 Брянская область 3 735 708,2 1 767 492,0 943 937,9 1 024 278,3 Владимирская область 4 648 959,0 2 415 835,3 1 586 107,7 647 016,0 Волгоградская область 8 462 713,4 4 642 650,0 2 433 007,1 1 387 056,3 Вологодская область 4 854 519,1 2 961 077,3 1 757 531,9 135 909,9 Воронежская область 7 889 072,8 3 946 760,2 2 497 696,4 1 444 616,2 Ивановская область 3 057 009,7 1 330 123,5 744 273,0 982 613,2 Иркутская область 11 338 439,9 4 183 618,1 3 821 698,4 3 333 123,4 Калининградская область 3 597 008,7 2 006 596,2 1 121 896,0 468 516,5 Калужская область 3 524 451,5 1 672 911,1 1 404 271,4 447 269,0 Кемеровская область 11 399 282,5 5 069 045,0 3 876 922,6 2 453 314,9 Кировская область 5 293 829,6 2 424 818,0 1 318 873,6 1 550 138,0 Костромская область 2 077 432,9 837 065,3 621 912,7 618 454,9 Курганская область 2 862 084,0 1 075 000,0 724 399,0 1 062 685,0 Курская область 3 753 580,2 1 472 967,8 1 083 116,3 1 197 496,1 Ленинградская область 6 128 107,7 3 617 754,2 2 180 535,8 329 817,7 Липецкая область 3 980 169,4 2 573 020,3 1 313 925,0 93 224,1 Магаданская область 1 515 881,2 690 735,0 496 824,4 328 321,8 Московская область 32 531 626,2 18 178 556,1 12 768 202,7 1 584 867,4 Мурманская область 5 507 915,2 2 880 820,2 1 807 501,6 819 593,4 Нижегородская область 14 412 556,7 8 331 819,7 4 987 638,1 1 093 098,9 Новгородская область 2 337 167,9 1 025 919,2 851 598,1 459 650,6 Новосибирская область 10 941 862,0 5 120 021,1 4 385 440,0 1 436 400,9 Омская область 7 372 217,7 3 087 723,4 2 001 670,8 2 282 823,5 Оренбургская область 8 420 984,0 5 386 171,5 2 115 454,3 919 358,2 Орловская область 2 762 649,9 1 391 216,4 741 055,5 630 378,0 Пензенская область 4 784 624,5 2 404 809,6 1 107 969,5 1 271 845,4 Псковская область 2 390 112,1 1 208 112,5 674 543,8 507 455,8 Ростовская область 14 199 720,4 7 904 115,9 4 450 907,3 1 844 697,2 Рязанская область 4 843 675,2 2 645 019,8 1 191 801,7 1 006 853,7 Самарская область 12 520 885,2 7 171 475,0 4 780 650,2 568 760,0 Саратовская область 8 575 285,7 4 290 223,9 2 446 459,4 1 838 602,4 Сахалинская область 4 955 510,4 2 436 658,4 1 183 676,5 1 335 175,5 Свердловская область 19 522 431,1 10 817 514,0 7 896 574,5 808 342,6 Смоленская область 3 613 391,4 1 683 451,0 1 017 935,3 912 005,1 Тамбовская область 3 386 812,2 1 828 400,4 745 577,6 812 834,2 Тверская область 4 666 633,1 2 507 902,5 1 516 574,9 642 155,7 Томская область 4 782 094,6 2 532 128,2 1 557 302,1 692 664,3 Тульская область 6 818 464,8 3 431 043,5 1 629 075,4 1 758 345,9 Тюменская область 5 909 441,8 3 298 436,0 2 332 462,8 278 543,0 Ульяновская область 4 520 764,0 1 624 006,0 1 233 260,6 1 663 497,4 Челябинская область 12 728 087,3 6 887 441,5 4 681 723,8 1 158 922,0 Ярославская область 4 943 030,8 2 506 173,3 2 040 238,9 396 618,6 Город Москва 63 572 012,0 18 148 833,1 45 407 941,3 15 237,6 Город Санкт-Петербург 25 195 217,9 11 139 521,7 13 676 310,4 379 385,8 Еврейская автономная область 802 223,1 466 484,0 153 231,6 182 507,5 Ненецкий автономный округ 465 115,1 267 300,0 180 455,8 17 359,3 Ханты-Мансийский автономный округ - Югра 13 220 087,5 6 441 948,6 6 427 488,1 350 650,8 Чукотский автономный округ 879 721,3 593 065,0 272 010,1 14 646,2 Ямало-Ненецкий автономный округ 6 745 834,4 3 327 138,0 3 021 062,1 397 634,3 город Байконур 214 547,0 99 651,7 104 003,0 10 892,3"</w:t>
      </w:r>
    </w:p>
    <w:p>
      <w:r>
        <w:rPr>
          <w:b/>
        </w:rPr>
        <w:t>Статья 2</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