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2012 год и на плановый период 2013 и 2014 годов"</w:t>
      </w:r>
    </w:p>
    <w:p>
      <w:r>
        <w:rPr>
          <w:b/>
        </w:rPr>
        <w:t>Статья 1</w:t>
      </w:r>
    </w:p>
    <w:p>
      <w:r>
        <w:t>Внести в Федеральный закон от 30 ноября 2011 года № 371-ФЗ "О федеральном бюджете на 2012 год и на плановый период 2013 и 2014 годов" (Собрание законодательства Российской Федерации, 2011, № 49, ст. 7049; 2012, № 24, ст. 3065; № 31, ст. 4316) следующие изменения: 1) в части 1 статьи 1: а) в абзаце первом слова "в размере 60 590,0 млрд. рублей" заменить словами "в размере 61 238,0 млрд. рублей"; б) в пункте 1 слова "в сумме 12 677 006 842,0 тыс. рублей" заменить словами "в сумме 12 914 597 199,0 тыс. рублей"; в) в пункте 2 слова "в сумме 12 745 151 261,1 тыс. рублей" заменить словами "в сумме 12 957 303 101,1 тыс. рублей"; г) в пункте 4 слова "или 41,9 млрд. евро" заменить словами "или 44,5 млрд. евро"; д) в пункте 5 слова "в сумме 68 144 419,1 тыс. рублей" заменить словами "в сумме 42 705 902,1 тыс. рублей"; 2) в статье 7: а) в части 1 слова "в сумме 518 856 337,4 тыс. рублей" заменить словами "в сумме 505 750 852,0 тыс. рублей"; б) в пункте 1 части 2 слова "приложениям 6, 61, 7 (секретно), 71 (секретно), 8 (совершенно секретно) и 81 (совершенно секретно)" заменить словами "приложениям 6, 61, 62, 7 (секретно), 71 (секретно), 72 (секретно), 8 (совершенно секретно), 81 (совершенно секретно) и 82 (совершенно секретно)"; в) в пункте 1 части 3 слова "приложениям 12, 121, 13 (секретно) и 131 (секретно)" заменить словами "приложениям 12, 121, 122, 13 (секретно), 131 (секретно) и 132 (секретно)"; г) в пункте 1 части 4 слова "приложению 16 (секретно)" заменить словами "приложениям 16 (секретно) и 161 (секретно)"; д) в пункте 1 части 5 слова "приложениям 18, 181, 19 (секретно), 191 (секретно)," заменить словами "приложениям 18, 181, 182, 19 (секретно), 191 (секретно), 192 (секретно),"; 3) в части 2 статьи 8: а) пункт 6 изложить в следующей редакции: "6) с 1 января 2012 года 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11 137 единиц;"; б) дополнить пунктами 7 и 8 следующего содержания: "7) с 1 июня 2012 года судей системы арбитражных судов Российской Федерации в количестве 4 023 единиц, в том числе судей для образования Суда по интеллектуальным правам в количестве 30 единиц, и работников их аппаратов (без персонала по охране и обслуживанию зданий, транспортного хозяйства) в количестве 11 257 единиц, в том числе работников аппарата для образования Суда по интеллектуальным правам (без персонала по охране и обслуживанию зданий, транспортного хозяйства) в количестве 120 единиц; 8) с 1 декабря 2012 года судей системы арбитражных судов Российской Федерации в количестве 4 053 единиц, в том числе судей для увеличения их численности в Арбитражном суде города Москвы в количестве 30 единиц, и работников их аппаратов (без персонала по охране и обслуживанию зданий, транспортного хозяйства) в количестве 11 347 единиц, в том числе работников аппарата для увеличения их численности в Арбитражном суде города Москвы (без персонала по охране и обслуживанию зданий, транспортного хозяйства) в количестве 90 единиц,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Высшему Арбитражному Суду Российской Федерации."; 4) часть 21 статьи 10 после слов "(службы в органах и учреждениях)"," дополнить словами "Указом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5) в части 1 статьи 11: а) в пункте 4 слова "в сумме 9 700 000,0 тыс. рублей, в том числе в сумме 3 700 000,0 тыс. рублей" заменить словами "в сумме 9 692 218,4 тыс. рублей, в том числе в сумме 3 692 218,4 тыс. рублей"; б) в пункте 6 слова "в сумме 192 720,0 тыс. рублей" заменить словами "в сумме 203 740,8 тыс. рублей"; в) в пункте 7 слова "в сумме 14 497 157,0 тыс. рублей" заменить словами "в сумме 49 423 097,0 тыс. рублей"; г) в пункте 10 слова "в сумме 17 338 400,0 тыс. рублей" заменить словами "в сумме 43 245 136,8 тыс. рублей"; д) в пункте 11 слова "в сумме 5 044 000,0 тыс. рублей" заменить словами "в сумме 12 044 000,0 тыс. рублей в целях реализации мероприятий по повышению надежности функционирования объектов энергетики, обеспечения электроэнергией олимпийских объектов, а также"; е) в пункте 16 слова "в сумме 263 120,0 тыс. рублей в целях возмещения затрат" заменить словами "в сумме 2 835 138,3 тыс. рублей в целях погашения основного долга и возмещения затрат"; ж) дополнить пунктами 181 - 1810 следующего содержания: "181) открытого акционерного общества "Иннополис" (город Казань, Республика Татарстан) в 2012 году в объеме 1 732 467,2 тыс. рублей в целях финансового обеспечения проекта создания территориально обособленного инновационного центра "Иннополис" в Республике Татарстан; 182) открытого акционерного общества "Федеральная гидрогенерирующая компания - РусГидро (город Красноярск) в 2012 году в сумме 50 000 000,0 тыс. рублей в целях реализации приоритетных проектов топливно-энергетического комплекса Восточной Сибири и Дальнего Востока (строительство ТЭЦ в городе Советская Гавань, строительство Сахалинской ГРЭС-2 (1-я очередь), строительство Якутской ГРЭС-2 (1-я очередь), строительство Благовещенской ТЭЦ (2-я очередь); 183) открытого акционерного общества "Объединенная судостроительная корпорация" (город Санкт-Петербург) в 2012 году в сумме 3 000 000,0 тыс. рублей в целях погашения кредита (основного долга и процентов), привлеченного для покупки на торгах, организованных Центральным банком Российской Федерации, акций открытого акционерного общества "Судостроительный завод "Северная верфь"; 184) открытого акционерного общества "Объединенная промышленная корпорация "Оборонпром" (город Москва) в 2012 году в сумме 2 261 801,8 тыс. рублей на финансовое обеспечение стартовых убытков открытого акционерного общества "Научно-производственное объединение "Сатурн" (город Рыбинск, Ярославская область); 185) открытого акционерного общества "Объединенная промышленная корпорация "Оборонпром" (город Москва) в 2012 году в сумме 3 267 241,6 тыс. рублей в целях финансового обеспечения инвестиционной программы по увеличению серийности производства двигателей SaM146; 186) открытого акционерного общества "Объединенная судостроительная корпорация" (город Санкт-Петербург) в 2012 году в сумме 750 000,0 тыс. рублей в целях реализации мероприятий по восстановлению платежеспособности открытого акционерного общества "10 ордена Трудового Красного Знамени судоремонтный завод" (город Полярный, Мурманская область), открытого акционерного общества "30 судоремонтный завод" (поселок Дунай, Приморский край) и открытого акционерного общества "82 судоремонтный завод" (поселок Росляково, Мурманская область); 187) открытого акционерного общества "Казанское авиационное производственное объединение имени С.П.Горбунова" (город Казань, Республика Татарстан) в 2012 году в сумме 1 950 000,0 тыс. рублей в целях стабилизации его финансово-экономического положения; 188) открытого акционерного общества "Росгеология" (город Москва) в 2012 году в сумме 500 000,0 тыс. рублей в целях финансового обеспечения комплексного геологического изучения недр и воспроизводства минерально-сырьевой базы Российской Федерации на основе геологических, геофизических и геохимических технологий; 189) открытого акционерного общества "Туполев" (город Москва) в 2012 году в сумме 450 000,0 тыс. рублей в целях стабилизации его финансово-экономического положения; 1810) открытого акционерного общества "Российский Сельскохозяйственный банк" (город Москва) в 2012 году в сумме 40 000 000,0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 з) в пункте 19: в абзаце седьмом слова "в сумме 19 871 000,0 тыс. рублей" заменить словами "в сумме 21 221 174,8 тыс. рублей"; в абзаце сорок втором слова "в сумме 2 002 800,0 тыс. рублей" заменить словами "в сумме 3 520 471,0 тыс. рублей"; в абзаце сорок шестом слова "Федеральный научно-исследовательский" заменить словами "Федеральный научно-производственный"; в абзаце сорок восьмом слова "в сумме 40 000,0 тыс. рублей" заменить словами "в сумме 75 000,0 тыс. рублей"; в абзаце пятидесятом слова "в 2012 году в сумме 85 000,0 тыс. рублей и" исключить; в абзаце пятьдесят шестом слова "в сумме 343 000,0 тыс. рублей" заменить словами "в сумме 1 287 700,0 тыс. рублей"; в абзаце восемьдесят третьем слова "(город Ижевск)" заменить словами "(город Ижевск, Удмуртская Республика)"; в абзаце сто девятнадцатом слова "в сумме 320 000,0 тыс. рублей" заменить словами "в сумме 420 000,0 тыс. рублей"; дополнить абзацами следующего содержания: "открытого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А.Г.Иосифьяна" (город Москва) в 2012 году в сумме 145 000,0 тыс. рублей; открытого акционерного общества "Московский завод электромеханической аппаратуры" (город Москва) в 2012 году в сумме 150 000,0 тыс. рублей; открытого акционерного общества "Красная Звезда" (город Москва) в 2012 году в сумме 5 900,0 тыс. рублей; открытого акционерного общества "Летно-исследовательский институт имени М.М.Громова" (город Жуковский, Московская область) в 2012 году в сумме 99 000,0 тыс. рублей; открытого акционерного общества "Московское производственное объединение "Металлист" (город Москва) в 2012 году в сумме 120 000,0 тыс. рублей."; 6) в статье 13: а) в абзаце первом части 1 слова "в сумме до 105 000 000,0 тыс. рублей" заменить словами "в сумме до 130 000 000,0 тыс. рублей"; б) в части 4 слова "в сумме до 337 844,0 тыс. рублей" заменить словами "в сумме до 406 702,8 тыс. рублей"; 7) в части 6 статьи 16 слова "или 12,2 млрд. евро" заменить словами "или 13,0 млрд. евро"; 8) статью 18 дополнить частями 9 и 10 следующего содержания: "9. Правительство Российской Федерации вправе провести в 2012 году реструктуризацию обязательств (задолженности) субъектов Российской Федерации перед Российской Федерацией по бюджетным кредитам в пределах расходов субъектов Российской Федерации на подготовку к проведению XXII Олимпийских зимних игр и XI Паралимпийских зимних игр 2014 года в городе Сочи, XXVII Всемирной летней Универсиады 2013 года в городе Казани и (или) в пределах остатков не погашенной на дату реструктуризации задолженности по бюджетным кредитам, предоставленным субъектам Российской Федерации на мероприятия по обеспечению ликвидации последствий засухи и поддержке монопрофильных муниципальных образований, на следующих основных условиях: 1)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2023 по 2032 год включительно ежегодно равными долями с возможностью ее досрочного погашения; 2) за пользование средствами федерального бюджета взимается плата в размере 0,5 процента годовых (далее - проценты за рассрочку),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 3) задолженность по начисленной неустойке подлежит погашению до 1 января 2014 года; 4) при нарушении должником графика погашения реструктурированной задолженности и (или) уплаты процентов за рассрочку непогашенная реструктурированная задолженность по основному долгу и процентам, начисленные проценты за рассрочку подлежат досрочному единовременному погашению.</w:t>
      </w:r>
    </w:p>
    <w:p>
      <w:r>
        <w:rPr>
          <w:b/>
        </w:rPr>
        <w:t xml:space="preserve">10. </w:t>
      </w:r>
      <w:r>
        <w:t>Дополнительные условия и порядок проведения реструктуризации указанных в части 9 настоящей статьи обязательств (задолженности) субъектов Российской Федерации устанавливаются Правительством Российской Федерации.";</w:t>
      </w:r>
    </w:p>
    <w:p>
      <w:r>
        <w:rPr>
          <w:b/>
        </w:rPr>
        <w:t xml:space="preserve">10. </w:t>
      </w:r>
      <w:r>
        <w:t>статью 19 дополнить частью 5 следующего содержания: "5. Задолженность, числящаяся за Главным информационно-аналитическим центром Министерства внутренних дел Российской Федерации, по долговым обязательствам, заключенным в 1993 и 1994 годах, подлежит списанию Министерством финансов Российской Федерации."</w:t>
      </w:r>
    </w:p>
    <w:p>
      <w:r>
        <w:rPr>
          <w:b/>
        </w:rPr>
        <w:t xml:space="preserve">10. </w:t>
      </w:r>
      <w:r>
        <w:t>в статье 20:</w:t>
      </w:r>
    </w:p>
    <w:p>
      <w:r>
        <w:rPr>
          <w:b/>
        </w:rPr>
        <w:t xml:space="preserve">10. </w:t>
      </w:r>
      <w:r>
        <w:t>в пункте 2 части 5 статьи 21:</w:t>
      </w:r>
    </w:p>
    <w:p>
      <w:r>
        <w:rPr>
          <w:b/>
        </w:rPr>
        <w:t xml:space="preserve">10. </w:t>
      </w:r>
      <w:r>
        <w:t>в статье 24:</w:t>
      </w:r>
    </w:p>
    <w:p>
      <w:r>
        <w:rPr>
          <w:b/>
        </w:rPr>
        <w:t xml:space="preserve">10.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предоставление субсидий в виде имущественного взноса некоммерческой организации "Фонд перспективных исследований" в целях финансового обеспечения ее деятельности в объеме до 150 000,0 тыс. рублей;"; в пункте 141 слова "в объеме до 42 000 000,0 тыс. рублей" заменить словами "в объеме до 19 165 253,5 тыс. рублей";</w:t>
      </w:r>
    </w:p>
    <w:p>
      <w:r>
        <w:rPr>
          <w:b/>
        </w:rPr>
        <w:t xml:space="preserve">10. </w:t>
      </w:r>
      <w:r>
        <w:t>в приложении 4:</w:t>
      </w:r>
    </w:p>
    <w:p>
      <w:r>
        <w:rPr>
          <w:b/>
        </w:rPr>
        <w:t xml:space="preserve">10. </w:t>
      </w:r>
      <w:r>
        <w:t>в приложении 61:</w:t>
      </w:r>
    </w:p>
    <w:p>
      <w:r>
        <w:rPr>
          <w:b/>
        </w:rPr>
        <w:t xml:space="preserve">10. </w:t>
      </w:r>
      <w:r>
        <w:t>дополнить приложением 62 следующего содержания: "Приложение 62к Федеральному закону"О федеральном бюджете на 2012 годи на плановый период 2013 и 2014 годов" Изменение ведомственной структуры расходов федерального бюджета на 2012 год, предусмотренной приложением 6 к Федеральному закону "О федеральном бюджете на 2012 год и на плановый период 2013 и 2014 годов" (тыс. рублей) Наименование Мин Рз ПР ЦСР ВР Сумма +254 454 072,5 +16 550 000,0 01 -3 630,2 01 13 -3 630,2 01 13 0300000 -3 630,2 01 13 0300400 -3 630,2 01 13 0300400 -3 630,2 02 +2 797 471,5 02 09 +2 797 471,5 02 09 1000000 +2 437 471,5 02 09 1003200 +2 437 471,5 02 09 1003200 -240 000,0 02 09 1003200 +2 677 471,5 02 09 2140000 +360 000,0 02 09 2140700 +360 000,0 02 09 2140700 +360 000,0 04 +14 105 545,4 04 01 -117 920,0 04 01 3400000 -117 920,0 04 01 3400100 -117 920,0 04 01 3400101 -117 920,0 04 01 3400101 -117 920,0 04 11 -1 023 000,0 04 11 1000000 -1 023 000,0 04 11 1008700 -1 023 000,0 04 11 1008799 -1 023 000,0 04 11 1008799 -1 023 000,0 04 12 +15 246 465,4 04 12 0990000 +3 800 000,0 04 12 0990300 +3 000 000,0 04 12 0990303 +3 000 000,0 04 12 0990303 +3 000 000,0 04 12 0990400 +800 000,0 04 12 0990402 +700 000,0 04 12 0990402 +700 000,0 04 12 0990403 +100 000,0 04 12 0990403 +100 000,0 04 12 1000000 -23 002,2 04 12 1003200 -23 002,2 04 12 1003200 -23 002,2 04 12 1003200 -15 000,0 04 12 1003200 -8 002,2 04 12 1003800 04 12 1003800 04 12 1003800 -99 000,0 04 12 1003800 +99 000,0 04 12 1007400 04 12 1007499 04 12 1007499 04 12 1007499 +320 976,0 04 12 1007499 -320 976,0 04 12 1008700 04 12 1008705 +120 000,0 04 12 1008705 +120 000,0 04 12 1008799 -120 000,0 04 12 1008799 -120 000,0 04 12 1360000 04 12 1360003 +100 000,0 04 12 1360003 +100 000,0 04 12 1360099 -100 000,0 04 12 1360099 -100 000,0 04 12 1370000 04 12 1370400 04 12 1370499 04 12 1370499 04 12 1370499 +100 000,0 04 12 1370499 -100 000,0 04 12 3400000 +11 469 467,6 04 12 3400200 +14 243 280,1 04 12 3400201 -7 781,6 04 12 3400201 -7 781,6 04 12 3400207 +2 572 018,3 04 12 3400207 +2 572 018,3 04 12 3400216 +3 267 241,6 04 12 3400216 +3 267 241,6 04 12 3400217 +2 261 801,8 04 12 3400217 +2 261 801,8 04 12 3400221 +3 000 000,0 04 12 3400221 +3 000 000,0 04 12 3400222 +750 000,0 04 12 3400222 +750 000,0 04 12 3400227 +1 950 000,0 04 12 3400227 +1 950 000,0 04 12 3400228 +450 000,0 04 12 3400228 +450 000,0 04 12 3400500 +41 938,3 04 12 3400500 +41 938,3 04 12 3401500 -103 100,0 04 12 3401500 -103 100,0 04 12 3401700 -7 914,6 04 12 3401700 -7 914,6 04 12 3408300 -2 704 736,2 04 12 3408303 +50 000,0 04 12 3408303 +50 000,0 04 12 3408304 -43 000,0 04 12 3408304 -43 000,0 04 12 3408316 +100 000,0 04 12 3408316 +100 000,0 04 12 3408318 -360 000,0 04 12 3408318 -360 000,0 04 12 3408319 -2 117 000,0 04 12 3408319 -2 117 000,0 04 12 3408327 -334 736,2 04 12 3408327 -334 736,2 05 -357 723,7 05 02 -357 723,7 05 02 1000000 -357 723,7 05 02 1003200 -357 723,7 05 02 1003200 -357 723,7 07 +177 934,4 07 02 +177 934,4 07 02 1000000 +177 934,4 07 02 1003200 +177 934,4 07 02 1003200 +177 934,4 08 -31 370,8 08 01 -31 370,8 08 01 1000000 -31 370,8 08 01 1003200 -31 370,8 08 01 1003200 -31 370,8 09 -138 226,6 09 09 -138 226,6 09 09 1000000 -138 226,6 09 09 1003200 -138 226,6 09 09 1003200 -138 226,6 +60 273 845,8 04 +60 273 845,8 04 02 +59 867 845,8 04 02 0010000 04 02 0010400 04 02 0010400 +800,0 04 02 0010400 -800,0 04 02 0010400 +3 250,0 04 02 0010400 -4 050,0 04 02 1460000 +2 867 845,8 04 02 1460200 +2 867 845,8 04 02 1460204 +1 350 174,8 04 02 1460204 +1 350 174,8 04 02 1460205 +1 517 671,0 04 02 1460205 +1 517 671,0 04 02 3020000 +340,0 04 02 3029900 +340,0 04 02 3029900 -285,1 04 02 3029900 +625,1 04 02 3029900 -455,8 04 02 3029900 +1 080,9 04 02 3400000 +57 000 000,0 04 02 3400200 +57 000 000,0 04 02 3400206 +7 000 000,0 04 02 3400206 +7 000 000,0 04 02 3400223 +50 000 000,0 04 02 3400223 +50 000 000,0 04 02 5050000 -340,0 04 02 5051000 -340,0 04 02 5051002 -340,0 04 02 5051002 -340,0 04 12 +406 000,0 04 12 0920000 +406 000,0 04 12 0923400 +406 000,0 04 12 0923400 +6 000,0 04 12 0923400 +400 000,0 +64 870,5 06 +64 870,5 06 05 +64 870,5 06 05 0010000 +64 870,5 06 05 0011500 +20 000,0 06 05 0011500 +20 000,0 06 05 0013900 +44 870,5 06 05 0013900 +44 870,5 +283 586,3 01 -158 725,3 01 13 -158 725,3 01 13 0300000 -158 725,3 01 13 0300300 -158 725,3 01 13 0300301 -114 478,2 01 13 0300301 -114 478,2 01 13 0300302 -44 247,1 01 13 0300302 -44 247,1 04 +128 751,6 04 01 04 01 0010000 04 01 0010400 04 01 0010400 +2 520,0 04 01 0010400 -2 520,0 04 04 +382 000,0 04 04 2500000 -118 000,0 04 04 2500100 -118 000,0 04 04 2500100 -118 000,0 04 04 3400000 +500 000,0 04 04 3400200 +500 000,0 04 04 3400208 +500 000,0 04 04 3400208 +500 000,0 04 07 -297 248,4 04 07 0300000 -297 248,4 04 07 0300300 -297 248,4 04 07 0300301 -101 904,2 04 07 0300301 -101 904,2 04 07 0300302 -195 344,2 04 07 0300302 -195 344,2 04 11 +34 000,0 04 11 0810000 +34 000,0 04 11 0816900 +34 000,0 04 11 0816900 +34 000,0 04 12 +10 000,0 04 12 2510000 +10 000,0 04 12 2519900 +10 000,0 04 12 2519900 +10 000,0 06 +195 560,0 06 03 +195 560,0 06 03 4110000 +195 560,0 06 03 4119900 +195 560,0 06 03 4119900 +195 560,0 10 +118 000,0 10 03 +118 000,0 10 03 1000000 +118 000,0 10 03 1008800 +118 000,0 10 03 1008850 +118 000,0 10 03 1008851 +118 000,0 10 03 1008851 +118 000,0 04 04 06 04 06 0010000 +4 100,0 04 06 0011500 +4 100,0 04 06 0011500 +4 100,0 04 06 2800000 -4 100,0 04 06 2800200 -4 100,0 04 06 2800200 -4 100,0 -183 219,8 04 -190 838,8 04 07 -190 838,8 04 07 0010000 +1 000,0 04 07 0010400 +1 000,0 04 07 0010400 +1 000,0 04 07 0011500 04 07 0011500 +5 970,0 04 07 0011500 -5 970,0 04 07 0300000 -562 539,8 04 07 0300300 -562 539,8 04 07 0300301 -183 449,9 04 07 0300301 -183 449,9 04 07 0300302 -379 089,9 04 07 0300302 -379 089,9 04 07 2910000 -8 619,0 04 07 2919900 -8 619,0 04 07 2919900 -10 178,1 04 07 2919900 +2 709,9 04 07 2919900 +74 837,0 04 07 2919900 -72 127,1 04 07 2919900 +2 338,8 04 07 2919900 -3 489,6 04 07 2919900 -2 338,8 04 07 2919900 -1 150,8 04 07 2920000 +379 320,0 04 07 2920100 +379 320,0 04 07 2920100 +379 320,0 06 +7 619,0 06 04 +7 619,0 06 04 0810000 +7 619,0 06 04 0819900 +7 619,0 06 04 0819900 +7 619,0 +2 658 651,9 08 +2 658 651,9 08 01 +1 765 200,0 08 01 1000000 -40 000,0 08 01 1000200 -40 000,0 08 01 1000200 -40 000,0 08 01 1020000 +380 000,0 08 01 1020100 +380 000,0 08 01 1020101 +380 000,0 08 01 1020101 +380 000,0 08 01 4400000 +1 425 200,0 08 01 4400100 -214 800,0 08 01 4400100 -214 800,0 08 01 4400100 -198 000,0 08 01 4400100 -16 800,0 08 01 4400300 +1 600 000,0 08 01 4400300 +1 600 000,0 08 01 4401700 +40 000,0 08 01 4401700 +40 000,0 08 04 +893 451,9 08 04 0010000 08 04 0011500 08 04 0011500 -139,6 08 04 0011500 +139,6 08 04 0300000 +893 451,9 08 04 0300300 +893 451,9 08 04 0300301 +124 012,0 08 04 0300301 +124 012,0 08 04 0300302 +769 439,9 08 04 0300302 +769 439,9 +684 299,6 01 +50 236,1 01 10 +50 236,1 01 10 0610000 +50 236,1 01 10 0619900 +50 236,1 01 10 0619900 +50 236,1 07 +427 562,3 07 04 +472,5 07 04 4270000 +472,5 07 04 4279900 +472,5 07 04 4279900 +472,5 07 05 07 05 4280000 07 05 4287300 -4 000,0 07 05 4287300 -4 000,0 07 05 4289900 +4 000,0 07 05 4289900 +4 000,0 07 06 +387 089,8 07 06 0810000 +110 024,0 07 06 0819900 +110 024,0 07 06 0819900 +110 024,0 07 06 4300000 +277 065,8 07 06 4307300 -50 600,0 07 06 4307300 -50 600,0 07 06 4309900 +327 665,8 07 06 4309900 +327 665,8 07 06 4309900 +100 600,0 07 06 4309900 +227 065,8 07 09 +40 000,0 07 09 4520000 +40 000,0 07 09 4529900 +40 000,0 07 09 4529900 +40 000,0 09 +180 957,9 09 01 +327 736,8 09 01 4700000 +870 000,0 09 01 4709900 +870 000,0 09 01 4709900 +870 000,0 09 01 4810000 -250 066,7 09 01 4810400 -250 066,7 09 01 4810400 -250 066,7 09 01 4850000 -292 196,5 09 01 4850400 -292 196,5 09 01 4850400 -292 196,5 09 02 -2 218 316,3 09 02 4810000 -318 316,3 09 02 4810200 -318 316,3 09 02 4810200 -318 316,3 09 02 4850000 -1 900 000,0 09 02 4851000 -1 900 000,0 09 02 4851000 -1 900 000,0 09 05 +146 115,6 09 05 4730000 +80 537,7 09 05 4739900 +80 537,7 09 05 4739900 +80 537,7 09 05 4739900 +23 945,0 09 05 4739900 +56 592,7 09 05 4740000 +58 065,9 09 05 4749900 +58 065,9 09 05 4749900 +58 065,9 09 05 4749900 +22 158,0 09 05 4749900 +35 907,9 09 05 4750000 +7 512,0 09 05 4759900 +7 512,0 09 05 4759900 +7 512,0 09 05 4759900 +5 860,0 09 05 4759900 +1 652,0 09 08 +172 615,2 09 08 0810000 +172 615,2 09 08 0819900 +172 615,2 09 08 0819900 +172 615,2 09 09 +1 752 806,6 09 09 0010000 +142 272,5 09 09 0010400 +142 272,5 09 09 0010400 +15 758,0 09 09 0010400 +138 514,5 09 09 0010400 +60 000,0 09 09 0010400 +78 514,5 09 09 0010400 -12 000,0 09 09 1020000 +1 600 000,0 09 09 1020100 +3 400 500,0 09 09 1020101 +3 400 500,0 09 09 1020101 +3 400 500,0 09 09 1020200 -1 800 500,0 09 09 1020201 -1 313 863,7 09 09 1020201 -1 313 863,7 09 09 1020203 -486 636,3 09 09 1020203 -486 636,3 09 09 4690000 +10 534,1 09 09 4699900 +10 534,1 09 09 4699900 +10 534,1 10 +25 543,3 10 02 +25 543,3 10 02 5020000 +25 543,3 10 02 5029900 +25 543,3 10 02 5029900 +25 543,3 -6 372,4 01 +230 000,0 01 07 +230 000,0 01 07 0200000 +230 000,0 01 07 0200500 +230 000,0 01 07 0200500 +230 000,0 04 -236 372,4 04 10 -236 372,4 04 10 0010000 -46 166,5 04 10 0010400 -46 166,5 04 10 0010400 -46 166,5 04 10 0010400 -38 000,0 04 10 0010400 -8 166,5 04 10 3300000 +269 772,9 04 10 3300300 +269 772,9 04 10 3300301 +269 772,9 04 10 3300301 +269 772,9 04 10 3400000 +1 732 467,2 04 10 3400200 +1 732 467,2 04 10 3400220 +1 732 467,2 04 10 3400220 +1 732 467,2 04 10 3610000 -2 192 446,0 04 10 3610100 -158 946,0 04 10 3610103 -158 946,0 04 10 3610103 -158 946,0 04 10 3610300 -2 033 500,0 04 10 3610302 -2 033 500,0 04 10 3610302 -2 033 500,0 +2 999 844,5 01 -355 492,0 01 12 -355 492,0 01 12 0800000 -294 492,0 01 12 0800200 -294 492,0 01 12 0800200 -294 492,0 01 12 4360000 -1 000,0 01 12 4361900 -1 000,0 01 12 4361902 -1 000,0 01 12 4361902 -1 000,0 01 12 5090000 -60 000,0 01 12 5091800 -60 000,0 01 12 5091801 -60 000,0 01 12 5091801 -60 000,0 07 +3 355 336,5 07 02 +12 940,9 07 02 0300000 +950,0 07 02 0300400 +950,0 07 02 0300400 +950,0 07 02 4230000 +11 990,9 07 02 4239900 +11 990,9 07 02 4239900 +11 990,9 07 06 +4 657 285,8 07 06 0920000 -16 636,6 07 06 0924200 -16 636,6 07 06 0924200 -16 636,6 07 06 4300000 +4 699 490,4 07 06 4300200 -631 525,0 07 06 4300201 -461 525,0 07 06 4300201 -461 525,0 07 06 4300202 -170 000,0 07 06 4300202 -170 000,0 07 06 4300300 -17 000,0 07 06 4300300 -17 000,0 07 06 4309200 +80 900,0 07 06 4309200 +80 900,0 07 06 4309900 +5 267 115,4 07 06 4309900 +5 267 115,4 07 06 4309900 +3 338 784,6 07 06 4309900 +1 607 829,2 07 06 4309900 +1 730 955,4 07 06 4309900 +1 928 330,8 07 06 4309900 +1 798 070,8 07 06 4309900 +130 260,0 07 06 4360000 -25 568,0 07 06 4361900 -25 568,0 07 06 4361901 -25 568,0 07 06 4361901 -25 568,0 07 08 -1 314 890,2 07 08 0810000 +7 000,0 07 08 0819900 +7 000,0 07 08 0819900 +7 000,0 07 08 4300000 -1 321 890,2 07 08 4300400 -1 321 890,2 07 08 4300400 -1 321 890,2 04 04 05 04 05 2700000 -28 000,0 04 05 2700600 -6 000,0 04 05 2700600 -6 000,0 04 05 2700700 -22 000,0 04 05 2700700 -22 000,0 04 05 2800000 +28 000,0 04 05 2800100 +28 000,0 04 05 2800100 +28 000,0 07 07 09 07 09 0010000 07 09 0010400 07 09 0010400 -6,0 07 09 0010400 +6,0 04 04 12 04 12 0010000 04 12 0010400 04 12 0010400 +9 300,0 04 12 0010400 -9 300,0 04 12 0011500 04 12 0011500 +27 518,3 04 12 0011500 -27 518,3 04 12 0011500 +84 574,1 04 12 0011500 +10 716,6 04 12 0011500 -122 809,0 +2 295 938,0 01 -4 062,0 01 08 -4 062,0 01 08 0300000 -4 062,0 01 08 0309800 -4 062,0 01 08 0309800 -4 062,0 04 +600 000,0 04 05 +600 000,0 04 05 2610000 +600 000,0 04 05 2619900 +600 000,0 04 05 2619900 +600 000,0 04 05 2619900 +450 000,0 04 05 2619900 +150 000,0 05 +500 000,0 05 02 +500 000,0 05 02 1000000 +500 000,0 05 02 1001100 +500 000,0 05 02 1001100 +500 000,0 07 +270 000,0 07 02 +170 000,0 07 02 1000000 +170 000,0 07 02 1001100 +170 000,0 07 02 1001100 +170 000,0 07 06 +100 000,0 07 06 4300000 +100 000,0 07 06 4309200 +20 927,4 07 06 4309200 +20 927,4 07 06 4309900 +79 072,6 07 06 4309900 +79 072,6 08 +30 000,0 08 01 +30 000,0 08 01 1000000 +30 000,0 08 01 1001100 +30 000,0 08 01 1001100 +30 000,0 10 +900 000,0 10 03 +900 000,0 10 03 1000000 +900 000,0 10 03 1001100 +900 000,0 10 03 1001100 +900 000,0 04 04 10 04 10 0010000 04 10 0010400 04 10 0010400 +1 600,0 04 10 0010400 -1 600,0 04 10 3300000 +262 145,0 04 10 3300200 +262 145,0 04 10 3300205 +262 145,0 04 10 3300205 +262 145,0 04 10 5500000 -262 145,0 04 10 5500700 -262 145,0 04 10 5500710 -262 145,0 04 10 5500711 -262 145,0 04 10 5500711 -262 145,0 03 -2 093,5 03 14 -2 093,5 03 14 2020000 -2 093,5 03 14 2026700 -2 093,5 03 14 2026700 +934,8 03 14 2026700 -3 028,3 03 14 2026700 -3 061,6 03 14 2026700 +33,3 03 14 2026700 +2 233,3 03 14 2026700 -2 200,0 10 +2 093,5 10 03 +2 093,5 10 03 5050000 +43,1 10 03 5052200 +43,1 10 03 5052205 +43,1 10 03 5052205 +43,1 10 03 5140000 +2 050,4 10 03 5144000 +2 050,4 10 03 5144001 +2 050,4 10 03 5144001 +2 050,4 +150 000,0 07 +150 000,0 07 07 +150 000,0 07 07 4310000 +150 000,0 07 07 4310100 +150 000,0 07 07 4310100 +30 000,0 07 07 4310100 +120 000,0 -52 535 050,0 01 -35 487 466,3 01 06 -185 900,7 01 06 0010000 -63 769,6 01 06 0010400 -63 769,6 01 06 0010400 -63 769,6 01 06 0300000 -151 131,1 01 06 0300300 -151 131,1 01 06 0300301 -43 433,2 01 06 0300301 -43 433,2 01 06 0300302 -107 697,9 01 06 0300302 -107 697,9 01 06 0930000 +29 000,0 01 06 0939900 +29 000,0 01 06 0939900 +29 000,0 01 08 -12 461 000,5 01 08 0300000 -12 461 000,5 01 08 0301000 +8 316,8 01 08 0301000 +8 316,8 01 08 0309800 -12 469 317,3 01 08 0309800 -12 469 317,3 01 11 +6 000 000,0 01 11 0700000 +6 000 000,0 01 11 0700300 +6 000 000,0 01 11 0700300 +6 000 000,0 01 13 -28 840 565,1 01 13 0300000 -10 147 785,9 01 13 0300300 -10 147 785,9 01 13 0300301 -314 446,2 01 13 0300301 -314 446,2 01 13 0300302 -9 833 339,7 01 13 0300302 -9 833 339,7 01 13 0920000 -22 323 579,2 01 13 0920300 -22 323 579,2 01 13 0920301 -885 250,0 01 13 0920301 -885 250,0 01 13 0920305 -21 438 329,2 01 13 0920305 -200 381,9 01 13 0920305 -21 237 947,3 01 13 0920305 -412 882,9 01 13 0920305 -11 947 213,9 01 13 0920305 -8 877 850,5 01 13 5200000 +3 630 800,0 01 13 5201500 +3 630 800,0 01 13 5201500 +3 630 800,0 02 +10 975 201,4 02 01 -4 884 354,6 02 01 2120000 -4 884 354,6 02 01 2120100 -4 884 354,6 02 01 2120100 -4 884 354,6 02 09 +15 859 556,0 02 09 0920000 +150 000,0 02 09 0924700 +150 000,0 02 09 0924700 +150 000,0 02 09 2020000 +15 709 556,0 02 09 2026700 +15 709 556,0 02 09 2026700 +15 709 556,0 03 -28 916 856,1 03 14 -28 916 856,1 03 14 2020000 -28 916 856,1 03 14 2026700 -28 916 856,1 03 14 2026700 -28 916 856,1 04 +67 346 479,1 04 01 -400 000,0 04 01 3400000 -400 000,0 04 01 3401100 -400 000,0 04 01 3401100 -400 000,0 04 12 +67 746 479,1 04 12 0920000 -9 253 520,9 04 12 0920300 -13 823 520,9 04 12 0920303 -1 488 870,0 04 12 0920303 -1 488 870,0 04 12 0920305 -12 334 650,9 04 12 0920305 -12 334 650,9 04 12 0923100 +4 570 000,0 04 12 0923101 +70 000,0 04 12 0923101 +70 000,0 04 12 0923103 +4 500 000,0 04 12 0923103 +4 500 000,0 04 12 0990000 +77 000 000,0 04 12 0990300 +77 000 000,0 04 12 0990301 +15 000 000,0 04 12 0990301 +15 000 000,0 04 12 0990302 +62 000 000,0 04 12 0990302 +62 000 000,0 05 -3 292 973,0 05 05 -3 292 973,0 05 05 0300000 +27 027,0 05 05 0300300 +27 027,0 05 05 0300301 +27 027,0 05 05 0300301 +27 027,0 05 05 0920000 -3 320 000,0 05 05 0920300 -3 320 000,0 05 05 0920303 -3 320 000,0 05 05 0920303 -3 320 000,0 10 -35 480 918,3 10 01 -26 471 492,9 10 01 0920000 -3 636 746,4 10 01 0921800 -3 636 746,4 10 01 0921800 -3 636 746,4 10 01 5060000 -22 834 746,5 10 01 5060300 -22 834 746,5 10 01 5060300 -22 834 746,5 10 03 -9 679 869,3 10 03 5050000 -9 679 869,3 10 03 5050100 +3 180 130,7 10 03 5050101 +3 180 130,7 10 03 5050101 +3 180 130,7 10 03 5054600 -12 500 000,0 10 03 5054600 -12 500 000,0 10 03 5054900 -360 000,0 10 03 5054901 -360 000,0 10 03 5054901 -360 000,0 10 04 +670 443,9 10 04 5050000 +670 443,9 10 04 5050100 +670 443,9 10 04 5050103 +670 443,9 10 04 5050103 +670 443,9 13 -51 300 000,0 13 01 -54 300 000,0 13 01 0650000 -54 300 000,0 13 01 0650100 -54 300 000,0 13 01 0650100 -54 300 000,0 13 02 +3 000 000,0 13 02 0650000 +3 000 000,0 13 02 0650100 +3 000 000,0 13 02 0650100 +3 000 000,0 14 +23 621 483,2 14 02 +23 621 483,2 14 02 5170000 +23 621 483,2 14 02 5170200 +23 621 483,2 14 02 5170205 +16 621 483,2 14 02 5170205 +16 621 483,2 14 02 5170207 +1 000 000,0 14 02 5170207 +1 000 000,0 14 02 5170213 +6 000 000,0 14 02 5170213 +6 000 000,0 -540 021,2 04 -540 021,2 04 01 04 01 0010000 -8 703,3 04 01 0010800 -57,1 04 01 0010800 -57,1 04 01 0011500 -8 646,2 04 01 0011500 -2 058,5 04 01 0011500 -4 613,5 04 01 0011500 -1 974,2 04 01 0011500 -1 248,4 04 01 0011500 -725,8 04 01 5050000 +8 703,3 04 01 5051000 +8 703,3 04 01 5051002 +8 703,3 04 01 5051002 +8 703,3 04 10 -540 021,2 04 10 3300000 -540 021,2 04 10 3300200 -540 021,2 04 10 3300201 -540 021,2 04 10 3300201 -540 021,2 -132 066,4 01 -132 066,4 01 06 -132 066,4 01 06 0010000 -225 829,2 01 06 0010400 -119 100,0 01 06 0010400 -119 100,0 01 06 0011500 -106 729,2 01 06 0011500 -70 884,0 01 06 0011500 -106 729,2 01 06 0011500 +35 845,2 01 06 0011500 -35 845,2 01 06 0011500 -55,6 01 06 0011500 -35 789,6 01 06 0300000 +103 971,5 01 06 0300300 +103 971,5 01 06 0300301 +83 155,5 01 06 0300301 -3 719,5 01 06 0300301 +86 875,0 01 06 0300301 +86 026,2 01 06 0300301 +848,8 01 06 0300302 +20 816,0 01 06 0300302 -5,6 01 06 0300302 +20 821,6 01 06 0300302 +20 175,0 01 06 0300302 +646,6 01 06 0920000 01 06 0926600 01 06 0926600 01 06 0926600 +4 382,0 01 06 0926600 -4 382,0 01 06 1020000 -10 208,7 01 06 1020200 -10 208,7 01 06 1020201 -10 208,7 01 06 1020201 -10 208,7 01 06 1020201 -248 452,7 01 06 1020201 +238 244,0 -3 167 469,8 01 +1 580,0 01 08 +1 580,0 01 08 0300000 +1 580,0 01 08 0309800 +1 580,0 01 08 0309800 +1 580,0 04 -3 169 049,8 04 08 -306 500,0 04 08 0920000 +65 000,0 04 08 0924000 +65 000,0 04 08 0924000 +65 000,0 04 08 1810000 -371 500,0 04 08 1810700 -371 500,0 04 08 1810799 -371 500,0 04 08 1810799 04 08 1810799 +7 000,0 04 08 1810799 -7 000,0 04 08 1810799 -371 500,0 04 09 -2 600 000,0 04 09 1810000 -2 600 000,0 04 09 1810300 -2 600 000,0 04 09 1810399 -2 600 000,0 04 09 1810399 -2 600 000,0 04 11 -262 549,8 04 11 1810000 -262 549,8 04 11 1810100 -201 549,8 04 11 1810199 -201 549,8 04 11 1810199 -201 549,8 04 11 1810700 -61 000,0 04 11 1810799 -61 000,0 04 11 1810799 -61 000,0 +2 701,1 04 +2 701,1 04 08 +2 701,1 04 08 0010000 +2 701,1 04 08 0011500 +2 701,1 04 08 0011500 +2 701,1 -8 444 115,4 04 -8 865 338,7 04 08 -8 865 338,7 04 08 1000000 -224 000,0 04 08 1005700 -224 000,0 04 08 1005701 -224 000,0 04 08 1005701 -13 745,6 04 08 1005701 -13 735,6 04 08 1005701 -10,0 04 08 1005701 -11 604,4 04 08 1005701 -198 000,0 04 08 1005701 -650,0 04 08 1007600 04 08 1007698 +102 250,0 04 08 1007698 +102 250,0 04 08 1007699 -102 250,0 04 08 1007699 -102 250,0 04 08 1020000 -622 070,8 04 08 1020200 -622 070,8 04 08 1020201 -622 070,8 04 08 1020201 -622 070,8 04 08 1460000 04 08 1460200 04 08 1460299 04 08 1460299 04 08 1460299 -100 000,0 04 08 1460299 +100 000,0 04 08 1810000 -7 682 444,6 04 08 1810600 -7 682 444,6 04 08 1810698 -500 000,0 04 08 1810698 -500 000,0 04 08 1810699 -7 182 444,6 04 08 1810699 -7 182 444,6 04 08 3000000 -337 883,3 04 08 3000100 +1 001 885,4 04 08 3000101 +100 573,4 04 08 3000101 +86 862,2 04 08 3000101 +22 973,5 04 08 3000101 +63 888,7 04 08 3000101 +13 711,2 04 08 3000103 -68 688,0 04 08 3000103 -68 688,0 04 08 3000107 +970 000,0 04 08 3000107 +970 000,0 04 08 3000200 -824 785,7 04 08 3000201 -38 000,0 04 08 3000201 -38 000,0 04 08 3000204 -436 927,1 04 08 3000204 -436 927,1 04 08 3000205 +100 000,0 04 08 3000205 +100 000,0 04 08 3000207 -385 600,0 04 08 3000207 -385 600,0 04 08 3000208 +267 001,0 04 08 3000208 +267 001,0 04 08 3000209 -331 259,6 04 08 3000209 -331 259,6 04 08 3000400 -514 983,0 04 08 3000400 -514 983,0 04 08 5050000 +1 060,0 04 08 5051000 +1 060,0 04 08 5051002 +1 060,0 04 08 5051002 +1 060,0 07 +388 488,5 07 06 +388 488,5 07 06 4300000 +388 488,5 07 06 4309900 +388 488,5 07 06 4309900 +388 488,5 07 06 4309900 +383 137,4 07 06 4309900 +5 351,1 09 +32 734,8 09 01 +32 734,8 09 01 4700000 +32 734,8 09 01 4709900 +32 734,8 09 01 4709900 +32 734,8 +57 280 502,6 04 +57 280 502,6 04 08 04 08 1000000 04 08 1005900 04 08 1005900 -78 362,5 04 08 1005900 +78 362,5 04 09 +57 280 502,6 04 09 1460000 +10 017 600,0 04 09 1460200 +10 017 600,0 04 09 1460299 +10 017 600,0 04 09 1460299 +10 017 600,0 04 09 1810000 +45 482 543,1 04 09 1810300 +45 482 543,1 04 09 1810398 -1 780 359,5 04 09 1810398 -1 780 359,5 04 09 1810399 +47 262 902,6 04 09 1810399 04 09 1810399 +164 720,0 04 09 1810399 -164 720,0 04 09 1810399 -2 000 000,0 04 09 1810399 +49 262 902,6 04 09 3150000 +1 780 359,5 04 09 3150100 +1 780 359,5 04 09 3150101 04 09 3150101 +30 000,0 04 09 3150101 +10 000,0 04 09 3150101 +20 000,0 04 09 3150101 -30 000,0 04 09 3150102 +1 780 359,5 04 09 3150102 +1 780 359,5 +58 532 676,8 04 +58 360 676,8 04 08 +58 360 676,8 04 08 0010000 +20 000,0 04 08 0010400 +20 000,0 04 08 0010400 +20 000,0 04 08 1810000 -2 300 000,0 04 08 1810200 -2 300 000,0 04 08 1810299 -2 300 000,0 04 08 1810299 -2 300 000,0 04 08 3050000 -115 200,0 04 08 3050100 -115 200,0 04 08 3050101 +161 200,0 04 08 3050101 +161 200,0 04 08 3050102 +27 211,5 04 08 3050102 +27 211,5 04 08 3050107 +25 900,0 04 08 3050107 +25 900,0 04 08 3050112 -329 511,5 04 08 3050112 -329 511,5 04 08 3400000 +25 829 936,8 04 08 3400200 +25 829 936,8 04 08 3400212 +25 906 736,8 04 08 3400212 +25 906 736,8 04 08 3400213 -76 800,0 04 08 3400213 -76 800,0 04 08 5500000 +34 925 940,0 04 08 5500200 +34 925 940,0 04 08 5500201 +34 925 940,0 04 08 5500201 +34 925 940,0 07 +172 000,0 07 06 +172 000,0 07 06 4300000 +140 000,0 07 06 4309900 +140 000,0 07 06 4309900 +140 000,0 07 06 4309900 +73 600,0 07 06 4309900 +66 400,0 07 06 5050000 +32 000,0 07 06 5052100 +32 000,0 07 06 5052103 +32 000,0 07 06 5052103 +32 000,0 -7 735 726,4 04 -7 740 494,4 04 08 -7 740 494,4 04 08 1460000 04 08 1460100 04 08 1460199 04 08 1460199 +9 284,0 04 08 1460199 +9 186,0 04 08 1460199 +98,0 04 08 1460199 +3 560,0 04 08 1460199 +320,0 04 08 1460199 +3 240,0 04 08 1460199 -14 500,0 04 08 1460199 +1 656,0 04 08 1460199 +1 556,0 04 08 1460199 +100,0 04 08 1810000 -7 735 726,4 04 08 1810400 -6 735 334,8 04 08 1810499 -6 735 334,8 04 08 1810499 -6 735 334,8 04 08 1810500 -1 000 391,6 04 08 1810599 -1 000 391,6 04 08 1810599 -1 000 391,6 04 08 3010000 -4 768,0 04 08 3010100 +235 232,0 04 08 3010101 +235 232,0 04 08 3010101 +235 232,0 04 08 3010500 -240 000,0 04 08 3010500 -240 000,0 07 +4 768,0 07 06 +4 768,0 07 06 4300000 +4 768,0 07 06 4309900 +4 768,0 07 06 4309900 +4 768,0 +1 846 166,5 12 +1 846 166,5 12 01 +1 518 350,5 12 01 1000000 -27 816,0 12 01 1007200 -27 816,0 12 01 1007200 -27 816,0 12 01 4530000 +1 500 000,0 12 01 4530100 +1 500 000,0 12 01 4530101 -50 000,0 12 01 4530101 -50 000,0 12 01 4530108 +1 550 000,0 12 01 4530108 +1 550 000,0 12 01 5500000 +46 166,5 12 01 5500300 +46 166,5 12 01 5500301 +46 166,5 12 01 5500301 +46 166,5 12 02 +27 816,0 12 02 1000000 +27 816,0 12 02 1007200 +27 816,0 12 02 1007200 +27 816,0 12 04 +300 000,0 12 04 0010000 12 04 0010400 12 04 0010400 12 04 0010400 +9 287,3 12 04 0010400 -9 287,3 12 04 4510000 +300 000,0 12 04 4510100 +300 000,0 12 04 4510103 +300 000,0 12 04 4510103 +300 000,0 -1 215 579,6 01 -809 579,6 01 13 -809 579,6 01 13 0010000 01 13 0010400 01 13 0010400 -500,0 01 13 0010400 +500,0 01 13 0300000 -809 579,6 01 13 0300300 -809 579,6 01 13 0300301 -233 465,7 01 13 0300301 -233 465,7 01 13 0300302 -576 113,9 01 13 0300302 -576 113,9 04 -406 000,0 04 11 -13 000,0 04 11 0920000 -13 000,0 04 11 0923400 -13 000,0 04 11 0923400 -13 000,0 04 12 -393 000,0 04 12 0920000 -393 000,0 04 12 0923400 -393 000,0 04 12 0923400 -393 000,0 +103 923,6 09 +103 923,6 09 07 +102 443,2 09 07 4830000 +77 969,6 09 07 4836000 +109,2 09 07 4836000 +109,2 09 07 4839900 +77 860,4 09 07 4839900 +32 813,7 09 07 4839900 +32 780,6 09 07 4839900 +33,1 09 07 4839900 +45 046,7 09 07 4839900 +2 252,3 09 07 4839900 +42 794,4 09 07 4840000 +24 473,6 09 07 4846000 -109,2 09 07 4846000 -109,2 09 07 4849900 +24 582,8 09 07 4849900 +24 582,8 09 08 +1 480,4 09 08 0810000 +1 480,4 09 08 0819900 +1 480,4 09 08 0819900 +1 480,4 10 10 03 10 03 5140000 10 03 5144500 10 03 5144500 +315,0 10 03 5144500 -315,0 +629 218,5 01 -20 000,0 01 08 01 08 0300000 01 08 0309600 +1 000,0 01 08 0309600 +1 000,0 01 08 0309800 -1 000,0 01 08 0309800 -1 000,0 01 13 -20 000,0 01 13 0940000 -20 000,0 01 13 0948400 -20 000,0 01 13 0948400 -20 000,0 09 -636 900,0 09 09 -636 900,0 09 09 1000000 -636 000,0 09 09 1009000 -636 000,0 09 09 1009000 -636 000,0 09 09 1310000 -900,0 09 09 1310100 -900,0 09 09 1310100 -900,0 10 +1 286 118,5 10 01 -980 267,7 10 01 4900000 -980 267,7 10 01 4900400 -980 267,7 10 01 4900400 -980 267,7 10 02 -8 500,0 10 02 5000000 -21 000,0 10 02 5009900 -21 000,0 10 02 5009900 -21 000,0 10 02 5050000 +12 500,0 10 02 5051000 +12 500,0 10 02 5051002 +12 500,0 10 02 5051002 +12 500,0 10 03 +2 773 853,0 10 03 1000000 +30 000,0 10 03 1008800 +30 000,0 10 03 1008850 +30 000,0 10 03 1008851 +30 000,0 10 03 1008851 +30 000,0 10 03 5050000 +2 774 693,7 10 03 5050200 +2 961 795,6 10 03 5050201 +2 961 795,6 10 03 5050201 +2 961 795,6 10 03 5051900 -104 369,7 10 03 5051900 -104 369,7 10 03 5052800 -52 732,2 10 03 5052800 -52 732,2 10 03 5054500 -30 000,0 10 03 5054500 -30 000,0 10 03 5110000 -18 340,7 10 03 5110200 -18 340,7 10 03 5110200 -18 340,7 10 03 5140000 -12 500,0 10 03 5144500 -12 500,0 10 03 5144500 -12 500,0 10 05 +30 000,0 10 05 0810000 +30 000,0 10 05 0819900 +30 000,0 10 05 0819900 +30 000,0 10 06 -528 966,8 10 06 0010000 -27 181,5 10 06 0010400 -27 181,5 10 06 0010400 +32 818,5 10 06 0010400 -60 000,0 10 06 0010400 -62 000,0 10 06 0010400 +2 000,0 10 06 5140000 -501 785,3 10 06 5140100 -19 785,3 10 06 5140100 -19 785,3 10 06 5140500 +18 000,0 10 06 5140500 +18 000,0 10 06 5140800 -500 000,0 10 06 5140800 -500 000,0 -1 037 400,0 04 +5 950,0 04 01 +5 950,0 04 01 0010000 +5 750,0 04 01 0010400 +5 750,0 04 01 0010400 +9 800,0 04 01 0010400 -4 050,0 04 01 0010400 +4 750,0 04 01 0010400 -8 800,0 04 01 0011500 04 01 0011500 +82 600,0 04 01 0011500 -82 600,0 04 01 0920000 +200,0 04 01 0920700 +200,0 04 01 0920700 +200,0 10 -1 043 350,0 10 03 -1 038 802,0 10 03 5050000 -1 067 958,6 10 03 5050100 -1 074 746,6 10 03 5050105 -1 074 746,6 10 03 5050105 -1 074 746,6 10 03 5050700 +6 788,0 10 03 5050705 +6 788,0 10 03 5050705 +6 788,0 10 03 5100000 -1 547 422,8 10 03 5100200 -1 547 422,8 10 03 5100201 -1 547 422,8 10 03 5100201 -1 547 422,8 10 03 5140000 +1 576 579,4 10 03 5142200 +1 576 579,4 10 03 5142205 -17 738,6 10 03 5142205 -17 738,6 10 03 5142207 +1 594 318,0 10 03 5142207 +1 594 318,0 10 05 -1 298,0 10 05 0810000 -1 298,0 10 05 0816900 -1 298,0 10 05 0816900 -1 298,0 10 06 -3 250,0 10 06 1320000 -3 250,0 10 06 1328000 -3 250,0 10 06 1328000 -3 250,0 +150 000,0 01 +150 000,0 01 06 +150 000,0 01 06 0010000 +150 000,0 01 06 0010400 -17 677,0 01 06 0010400 -5 000,0 01 06 0010400 -11 933,0 01 06 0010400 -744,0 01 06 0010800 -135,0 01 06 0010800 -135,0 01 06 0011500 +167 812,0 01 06 0011500 -13 000,0 01 06 0011500 +180 812,0 01 06 0011500 +29 812,0 01 06 0011500 +151 000,0 -5 324 946,7 01 -173 935,0 01 06 -172 501,0 01 06 0010000 -2 500,0 01 06 0016700 -2 500,0 01 06 0016700 -2 500,0 01 06 0300000 -51 722,0 01 06 0300300 -51 722,0 01 06 0300301 -40 918,0 01 06 0300301 -40 918,0 01 06 0300302 -10 804,0 01 06 0300302 -10 804,0 01 06 2020000 -118 279,0 01 06 2026700 -118 279,0 01 06 2026700 -117 736,7 01 06 2026700 -542,3 01 08 -1 434,0 01 08 0300000 -1 434,0 01 08 0309800 -1 434,0 01 08 0309800 -1 434,0 04 -4 570 000,0 04 12 -4 570 000,0 04 12 0920000 -4 570 000,0 04 12 0923100 -4 570 000,0 04 12 0923102 -4 570 000,0 04 12 0923102 -4 570 000,0 07 +11 662,8 07 05 -326,9 07 05 4280000 -326,9 07 05 4280100 -326,9 07 05 4280100 -326,9 07 06 +11 989,7 07 06 4300000 +12 182,5 07 06 4309900 +12 182,5 07 06 4309900 +12 182,5 07 06 5050000 -192,8 07 06 5052100 -192,8 07 06 5052103 -192,8 07 06 5052103 -192,8 09 -20 309,2 09 01 -8 000,0 09 01 4700000 -8 000,0 09 01 4709900 -8 000,0 09 01 4709900 -8 000,0 09 02 -5 225,6 09 02 4710000 -5 225,6 09 02 4719900 -5 225,6 09 02 4719900 -5 000,0 09 02 4719900 -225,6 09 05 -7 083,6 09 05 4750000 -7 083,6 09 05 4756000 -332,4 09 05 4756000 -332,4 09 05 4759900 -6 751,2 09 05 4759900 -2 350,0 09 05 4759900 -4 401,2 10 -572 365,3 10 01 -570 000,0 10 01 4900000 -570 000,0 10 01 4900100 -570 000,0 10 01 4900101 -570 000,0 10 01 4900101 -570 000,0 10 03 -2 365,3 10 03 5050000 -354,4 10 03 5050100 -349,1 10 03 5050101 -326,8 10 03 5050101 -326,8 10 03 5050105 -22,3 10 03 5050105 -22,3 10 03 5050600 -5,3 10 03 5050601 -5,3 10 03 5050601 -5,3 10 03 5140000 -2 010,9 10 03 5144500 -2 010,9 10 03 5144500 -2 010,9 -259,5 01 -259,5 01 08 -259,5 01 08 0300000 -259,5 01 08 0309800 -259,5 01 08 0309800 -259,5 08 08 01 08 01 1000000 08 01 1000200 08 01 1000200 -260 000,0 08 01 1000200 +260 000,0 +70 163,7 01 +70 163,7 01 13 +70 163,7 01 13 0010000 +10 943,7 01 13 0010400 +514,4 01 13 0010400 +429,4 01 13 0010400 +85,0 01 13 0011500 +10 429,3 01 13 0011500 +9 359,3 01 13 0011500 +1 070,0 01 13 0300000 +59 220,0 01 13 0300300 +59 220,0 01 13 0300301 +11 130,0 01 13 0300301 +11 130,0 01 13 0300302 +48 090,0 01 13 0300302 +48 090,0 01 01 06 01 06 0010000 01 06 0010400 -12 046,2 01 06 0010400 +3 500,0 01 06 0010400 -15 546,2 01 06 0011500 +12 046,2 01 06 0011500 +12 046,2 01 06 0011500 01 06 0011500 +8 000,0 01 06 0011500 -8 000,0 01 01 13 01 13 0010000 01 13 0010400 +88 325,0 01 13 0010400 +1 000,0 01 13 0010400 +87 275,0 01 13 0010400 +56 850,0 01 13 0010400 +4 625,0 01 13 0010400 +25 800,0 01 13 0010400 +50,0 01 13 0011500 -88 325,0 01 13 0011500 +850,0 01 13 0011500 -100,0 01 13 0011500 +950,0 01 13 0011500 -89 175,0 01 13 0011500 -50 435,0 01 13 0011500 -38 740,0 +40 000 000,0 01 01 12 -2 569,3 01 12 0810000 -2 569,3 01 12 0816900 -2 569,3 01 12 0816900 -2 569,3 01 13 +2 569,3 01 13 0010000 +22 895,7 01 13 0010400 +118 239,2 01 13 0010400 +118 239,2 01 13 0011500 +7 736,3 01 13 0011500 +7 736,3 01 13 0012900 -73 356,2 01 13 0012900 -73 356,2 01 13 0014100 -29 723,6 01 13 0014100 -29 723,6 01 13 0900000 -20 326,4 01 13 0900200 -20 326,4 01 13 0900200 -20 326,4 04 +40 000 000,0 04 12 +40 000 000,0 04 12 3400000 +40 000 000,0 04 12 3400200 +40 000 000,0 04 12 3400226 +40 000 000,0 04 12 3400226 +40 000 000,0 -3 348,0 01 -3 348,0 01 08 -3 348,0 01 08 0300000 -3 348,0 01 08 0309800 -3 348,0 01 08 0309800 -3 348,0 +192 584,0 01 +28 980,5 01 08 +3 836,3 01 08 0300000 +3 836,3 01 08 0309800 +3 836,3 01 08 0309800 +3 836,3 01 13 +25 144,2 01 13 0300000 +25 144,2 01 13 0300300 +25 144,2 01 13 0300301 +9 138,4 01 13 0300301 +9 138,4 01 13 0300302 +16 005,8 01 13 0300302 +16 005,8 06 +163 603,5 06 05 +163 603,5 06 05 3370000 +163 603,5 06 05 3379900 +163 603,5 06 05 3379900 +163 603,5 01 01 09 01 09 0010000 01 09 0010400 -2 257,7 01 09 0010400 -2 257,7 01 09 0011500 +2 257,7 01 09 0011500 +2 257,7 04 04 01 04 01 0010000 04 01 0010400 04 01 0010400 -220,0 04 01 0010400 +220,0 04 01 0011500 04 01 0011500 04 01 0011500 +2 750,0 04 01 0011500 -2 750,0 +4 333 500,0 03 +4 273 650,0 03 09 +1 571 092,9 03 09 0010000 +1 675 926,9 03 09 0011500 +1 631 426,9 03 09 0011500 +1 629 675,9 03 09 0011500 +215 665,6 03 09 0011500 +214 965,6 03 09 0011500 +700,0 03 09 0011500 +1 414 010,3 03 09 0011500 +1 412 010,3 03 09 0011500 +2 000,0 03 09 0011500 +1 751,0 03 09 0017000 -15 000,0 03 09 0017000 -15 000,0 03 09 0017200 +72 000,0 03 09 0017200 +32 000,0 03 09 0017200 +40 000,0 03 09 0018700 +9 500,0 03 09 0018700 +9 500,0 03 09 0018800 -22 000,0 03 09 0018800 -22 000,0 03 09 2020000 -207 887,6 03 09 2026700 -191 887,6 03 09 2026700 -194 597,5 03 09 2026700 -355 363,5 03 09 2026700 -305 294,5 03 09 2026700 -50 069,0 03 09 2026700 +160 766,0 03 09 2026700 +160 615,3 03 09 2026700 +150,7 03 09 2026700 +2 709,9 03 09 2027000 -6 000,0 03 09 2027000 -6 000,0 03 09 2028800 -22 000,0 03 09 2028800 -22 000,0 03 09 2029900 +12 000,0 03 09 2029900 +12 000,0 03 09 2120000 -60 676,1 03 09 2120100 -60 676,1 03 09 2120100 -60 676,1 03 09 2180000 03 09 2180300 03 09 2180300 -10 761,4 03 09 2180300 +10 761,4 03 09 3020000 +184 379,7 03 09 3029900 +184 379,7 03 09 3029900 +175 638,8 03 09 3029900 +194 696,4 03 09 3029900 -19 057,6 03 09 3029900 +8 530,9 03 09 3029900 +210,0 03 09 5050000 -7 840,0 03 09 5050500 -1 840,0 03 09 5050510 +3 300,0 03 09 5050510 +3 300,0 03 09 5050513 -5 140,0 03 09 5050513 -5 140,0 03 09 5051000 -6 000,0 03 09 5051002 -6 000,0 03 09 5051002 -6 000,0 03 09 5051002 +400,0 03 09 5051002 -6 400,0 03 09 5140000 -12 810,0 03 09 5142200 -12 810,0 03 09 5142203 -12 810,0 03 09 5142203 -12 810,0 03 10 +2 702 557,1 03 10 2020000 +2 729 507,1 03 10 2026700 +2 202 357,1 03 10 2026700 +2 228 209,5 03 10 2026700 +1 125 062,4 03 10 2026700 +1 131 773,9 03 10 2026700 -6 711,5 03 10 2026700 +1 103 147,1 03 10 2026700 +1 058 571,1 03 10 2026700 +85 000,0 03 10 2026700 -40 424,0 03 10 2026700 -28 852,4 03 10 2026700 +3 000,0 03 10 2027000 -101 700,0 03 10 2027000 -101 700,0 03 10 2027200 +423 350,0 03 10 2027200 +107 000,0 03 10 2027200 +316 350,0 03 10 2028700 +165 000,0 03 10 2028700 +165 000,0 03 10 2028900 -19 500,0 03 10 2028900 -19 500,0 03 10 2029900 +60 000,0 03 10 2029900 +60 000,0 03 10 2170000 03 10 2170100 +81 982,5 03 10 2170100 +81 982,5 03 10 2177000 -3 144,1 03 10 2177000 -3 144,1 03 10 2178800 -718,9 03 10 2178800 -718,9 03 10 2178900 -1 028,6 03 10 2178900 -1 028,6 03 10 2179900 -77 090,9 03 10 2179900 +4 891,6 03 10 2179900 +1 399,6 03 10 2179900 +3 492,0 03 10 2179900 -84 274,2 03 10 2179900 -42 324,2 03 10 2179900 -41 950,0 03 10 2179900 -39 658,3 03 10 2179900 -2 291,7 03 10 2179900 +2 291,7 03 10 5050000 -27 000,0 03 10 5050500 -7 000,0 03 10 5050510 +8 000,0 03 10 5050510 +8 000,0 03 10 5050513 -15 000,0 03 10 5050513 -15 000,0 03 10 5051000 -20 000,0 03 10 5051002 -20 000,0 03 10 5051002 -20 000,0 03 10 5140000 +50,0 03 10 5143500 +50,0 03 10 5143503 +50,0 03 10 5143503 +50,0 07 +59 850,0 07 05 +1 100,0 07 05 5050000 +1 100,0 07 05 5050500 +1 100,0 07 05 5050510 +1 100,0 07 05 5050510 +1 100,0 07 06 +58 750,0 07 06 4300000 +54 250,0 07 06 4307200 +650,0 07 06 4307200 +650,0 07 06 4308700 +1 100,0 07 06 4308700 +1 100,0 07 06 4309900 +52 500,0 07 06 4309900 +52 500,0 07 06 5050000 +4 500,0 07 06 5050500 +4 500,0 07 06 5050513 +4 500,0 07 06 5050513 +4 500,0 -406 477,4 01 -406 477,4 01 06 -376 477,4 01 06 0010000 -376 477,4 01 06 0010400 -80 000,0 01 06 0010400 -80 000,0 01 06 0011500 -370 000,0 01 06 0011500 +21 000,0 01 06 0011500 -370 000,0 01 06 0011500 +391 000,0 01 06 0011500 -391 000,0 01 06 0013000 +73 522,6 01 06 0013000 +73 522,6 01 13 -30 000,0 01 13 0930000 -30 000,0 01 13 0939900 -30 000,0 01 13 0939900 -30 000,0 +7 235,9 02 +7 235,9 02 09 +7 235,9 02 09 0010000 +7 235,9 02 09 0010400 +7 235,9 02 09 0010400 +7 235,9 -343 936,7 02 -343 936,7 02 09 -343 936,7 02 09 0010000 -343 936,7 02 09 0010400 -243 625,2 02 09 0010400 -60 472,2 02 09 0010400 -59 096,2 02 09 0010400 -1 376,0 02 09 0010400 -183 153,0 02 09 0010400 +30 000,0 02 09 0010400 +51 950,0 02 09 0010400 -265 103,0 02 09 0010800 -20,9 02 09 0010800 -20,9 02 09 0011500 -100 290,6 02 09 0011500 -34 808,3 02 09 0011500 -34 508,3 02 09 0011500 -300,0 02 09 0011500 -50 482,3 02 09 0011500 -15 000,0 +53 219 803,0 02 -3 372 919,5 02 01 -7 372 919,5 02 01 0010000 -144 300,0 02 01 0010400 -144 300,0 02 01 0010400 -144 300,0 02 01 0010400 +320 000,0 02 01 0010400 -464 300,0 02 01 2020000 -6 252 007,2 02 01 2020900 -37 800,0 02 01 2020900 -37 800,0 02 01 2021000 -5 211,8 02 01 2021000 -5 211,8 02 01 2026600 -38 242,5 02 01 2026600 -38 242,5 02 01 2026700 +1 010 264,8 02 01 2026700 -15 000 161,0 02 01 2026700 -3 130 861,0 02 01 2026700 -3 012 861,0 02 01 2026700 -118 000,0 02 01 2026700 -77 300,0 02 01 2026700 -11 792 000,0 02 01 2026700 -11 000 000,0 02 01 2026700 -792 000,0 02 01 2026700 +15 560 655,9 02 01 2026700 -4 304 627,2 02 01 2026700 -6 300 000,0 02 01 2026700 +255 775,5 02 01 2026700 -11 683 925,2 02 01 2026700 +11 123 522,5 02 01 2026700 +2 300 000,0 02 01 2026700 +19 865 283,1 02 01 2026700 +153 900,0 02 01 2026700 +19 711 383,1 02 01 2026700 +2 100,0 02 01 2026700 +447 669,9 02 01 2027000 -51 020,0 02 01 2027000 -51 020,0 02 01 2028700 -4 200 000,0 02 01 2028700 -4 200 000,0 02 01 2028800 -2 929 997,7 02 01 2028800 -2 929 997,7 02 01 2040000 -4 874,0 02 01 2040000 -4 874,0 02 01 2120000 +6 819 141,8 02 01 2120100 +6 819 141,8 02 01 2120100 +6 819 141,8 02 01 5050000 -784 967,8 02 01 5050500 -758 190,1 02 01 5050510 -345 397,3 02 01 5050510 -345 397,3 02 01 5050513 -412 792,8 02 01 5050513 -412 792,8 02 01 5051000 -23 500,0 02 01 5051002 -23 500,0 02 01 5051002 -23 500,0 02 01 5052200 -3 277,7 02 01 5052205 -3 277,7 02 01 5052205 -3 277,7 02 01 5140000 -7 003 200,3 02 01 5142200 -7 000 000,0 02 01 5142204 -7 000 000,0 02 01 5142204 -7 000 000,0 02 01 5143500 -3 200,3 02 01 5143503 -3 200,3 02 01 5143503 -3 200,3 02 01 5500000 -2 712,0 02 01 5506700 -2 712,0 02 01 5506700 -2 712,0 02 09 +4 000 000,0 02 09 1020000 +4 000 000,0 02 09 1020300 +4 000 000,0 02 09 1020300 +4 000 000,0 05 +67 319 190,8 05 01 +67 319 190,8 05 01 1020000 +67 319 190,8 05 01 1020400 +67 319 190,8 05 01 1020401 +66 000 000,0 05 01 1020401 +66 000 000,0 05 01 1020401 +49 000 000,0 05 01 1020401 +17 000 000,0 05 01 1020402 +1 319 190,8 05 01 1020402 +1 319 190,8 07 -10 549 270,9 07 01 -16 775,2 07 01 4200000 -16 775,2 07 01 4208600 -1 775,2 07 01 4208601 -1 775,2 07 01 4208601 -1 775,2 07 01 4209900 -15 000,0 07 01 4209900 -15 000,0 07 02 -503 860,0 07 02 4210000 -503 860,0 07 02 4218600 -1 300,0 07 02 4218601 -1 300,0 07 02 4218601 -1 300,0 07 02 4219900 -502 560,0 07 02 4219900 -502 560,0 07 04 -20 200,0 07 04 4270000 -20 200,0 07 04 4279900 -20 200,0 07 04 4279900 -20 200,0 07 04 4279900 +55 500,0 07 04 4279900 -75 700,0 07 05 -187 096,7 07 05 4280000 -187 096,7 07 05 4289900 -187 096,7 07 05 4289900 -187 000,0 07 05 4289900 -77 000,0 07 05 4289900 -110 000,0 07 05 4289900 -96,7 07 06 -9 753 400,0 07 06 4300000 -9 753 400,0 07 06 4309900 -9 753 400,0 07 06 4309900 -9 751 400,0 07 06 4309900 -1 251 400,0 07 06 4309900 -8 500 000,0 07 06 4309900 -2 000,0 07 07 -67 939,0 07 07 4320000 -67 939,0 07 07 4329900 -67 939,0 07 07 4329900 -67 939,0 08 -21 967,6 08 01 -21 967,6 08 01 4400000 -21 967,6 08 01 4409900 -21 967,6 08 01 4409900 -141 140,0 08 01 4409900 +119 172,4 09 +2 515 400,0 09 01 +3 512 800,0 09 01 4700000 +3 512 800,0 09 01 4706000 -140 000,0 09 01 4706000 -140 000,0 09 01 4709900 +3 652 800,0 09 01 4709900 +3 652 800,0 09 05 -997 400,0 09 05 4750000 -997 400,0 09 05 4759900 -997 400,0 09 05 4759900 -997 400,0 10 -2 670 629,8 10 01 -1 500,0 10 01 4900000 -1 500,0 10 01 4900300 -1 500,0 10 01 4900301 -1 500,0 10 01 4900301 -1 500,0 10 03 -2 669 129,8 10 03 5050000 +47 400,0 10 03 5050600 -600,0 10 03 5050601 -600,0 10 03 5050601 -600,0 10 03 5057600 +48 000,0 10 03 5057600 +48 000,0 10 03 5140000 -2 716 529,8 10 03 5141000 -1 826 529,8 10 03 5141000 -1 826 529,8 10 03 5142200 -120 000,0 10 03 5142202 -120 000,0 10 03 5142202 -120 000,0 10 03 5144500 -770 000,0 10 03 5144500 -770 000,0 +8 304 856,0 01 -178,7 01 08 -178,7 01 08 0300000 -178,7 01 08 0309800 -178,7 01 08 0309800 -178,7 03 +7 944 284,7 03 02 +3 253 312,6 03 02 0010000 +49 920,0 03 02 0013100 -43 580,0 03 02 0013100 -36 938,0 03 02 0013100 -20 003,0 03 02 0013100 -16 935,0 03 02 0013100 -6 642,0 03 02 0016700 +93 500,0 03 02 0016700 +93 500,0 03 02 0930000 -571 475,0 03 02 0939900 -571 475,0 03 02 0939900 -571 475,0 03 02 1000000 -535 000,0 03 02 1005900 03 02 1005900 +4 629,6 03 02 1005900 +4 624,5 03 02 1005900 +5,1 03 02 1005900 -4 426,4 03 02 1005900 -203,2 03 02 1009400 -535 000,0 03 02 1009400 -535 000,0</w:t>
      </w:r>
    </w:p>
    <w:p>
      <w:r>
        <w:rPr>
          <w:b/>
        </w:rPr>
        <w:t xml:space="preserve">10. </w:t>
      </w:r>
      <w:r>
        <w:t>в части 2 слова "на сумму до 11 430 000,0 тыс. рублей" заменить словами "на сумму до 18 137 000,0 тыс. рублей"</w:t>
      </w:r>
    </w:p>
    <w:p>
      <w:r>
        <w:rPr>
          <w:b/>
        </w:rPr>
        <w:t xml:space="preserve">10. </w:t>
      </w:r>
      <w:r>
        <w:t>в части 5: в пункте 2 слова "в сумме 40 635 444,2 тыс. рублей" заменить словами "в сумме 43 557 856,2 тыс. рублей"; в пункте 3 слова "в сумме 36 739 279,0 тыс. рублей" заменить словами "в сумме 39 381 487,4 тыс. рублей"</w:t>
      </w:r>
    </w:p>
    <w:p>
      <w:r>
        <w:rPr>
          <w:b/>
        </w:rPr>
        <w:t xml:space="preserve">10. </w:t>
      </w:r>
      <w:r>
        <w:t>абзац четвертый признать утратившим силу</w:t>
      </w:r>
    </w:p>
    <w:p>
      <w:r>
        <w:rPr>
          <w:b/>
        </w:rPr>
        <w:t xml:space="preserve">10. </w:t>
      </w:r>
      <w:r>
        <w:t>дополнить новым абзацем пятнадцатым следующего содержания: "по банковской гарантии Внешэкономбанка, выданной в обеспечение исполнения обязательств российского юридического лица, созданного Внешэкономбанком, по банковским гарантиям, предоставляемым в обеспечение исполнения обязательств российских организаций, являющихся субъектами среднего предпринимательства, по кредитам, привлекаемым на осуществление (реализацию) инвестиционных проектов;"</w:t>
      </w:r>
    </w:p>
    <w:p>
      <w:r>
        <w:rPr>
          <w:b/>
        </w:rPr>
        <w:t xml:space="preserve">10. </w:t>
      </w:r>
      <w:r>
        <w:t>абзацы пятнадцатый и шестнадцатый считать соответственно абзацами шестнадцатым и семнадцатым</w:t>
      </w:r>
    </w:p>
    <w:p>
      <w:r>
        <w:rPr>
          <w:b/>
        </w:rPr>
        <w:t xml:space="preserve">10. </w:t>
      </w:r>
      <w:r>
        <w:t>в части 1: пункт 4 после слов "в связи с" дополнить словами "упразднением и преобразованием федеральных органов исполнительной власти и в связи с"; в пункте 7 слова "до 14 226 322,0 тыс. рублей" заменить словами "до 32 618 985,0 тыс. рублей", после слов "в оперативном управлении Министерства обороны Российской Федерации" дополнить словами "и подведомственных ему получателей средств федерального бюджета", после слов "назначения при осуществлении военно-технического сотрудничества" дополнить словами ", превышающих объемы расходов по контрактам, связанным с выполнением обязательств по передаче в аренду продукции военного назначения", слова "и подведомственных ему получателей средств федерального бюджета (за исключением федеральных казенных учреждений культуры, искусства, здравоохранения, науки, образования и архивных учреждений)" исключить; дополнить пунктами 71 и 72 следующего содержания: "71)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в объеме до 120 000,0 тыс. рублей на финансовое обеспечение социально значимых объектов и мероприятий Министерства обороны Российской Федерации в случае и в пределах поступления в доход федерального бюджета целевых отчислений от всероссийских государственных лотерей "Победа"</w:t>
      </w:r>
    </w:p>
    <w:p>
      <w:r>
        <w:rPr>
          <w:b/>
        </w:rPr>
        <w:t xml:space="preserve">10. </w:t>
      </w:r>
      <w:r>
        <w:t>часть 2 дополнить пунктом 35 следующего содержания: "35) безвозмездные поступления из бюджета Пермского края в федеральный бюджет в целях софинансирования исполнения расходных обязательств Российской Федерации по реализации программ развития федерального государственного бюджетного образовательного учреждения высшего профессионального образования "Пермский государственный национальный исследовательский университет" и федерального государственного бюджетного образовательного учреждения высшего профессионального образования "Пермский национальный исследовательский политехнический университет", программы стратегического развития "Инновационный гуманитарно-педагогический университет развития человеческого потенциала на 2012 - 2016 гг." федерального государственного бюджетного образовательного учреждения высшего профессионального образования "Пермский государственный педагогический университет"."</w:t>
      </w:r>
    </w:p>
    <w:p>
      <w:r>
        <w:rPr>
          <w:b/>
        </w:rPr>
        <w:t xml:space="preserve">10. </w:t>
      </w:r>
      <w:r>
        <w:t>дополнить частью 9 следующего содержания: "9. Часть средств, полученных в 2012 году Центральным банком Российской Федерации от продажи 1 712 994 999 обыкновенных акций открытого акционерного общества "Сбербанк России", в размере, определенном как разница между суммой выручки от продажи указанных акций и их балансовой стоимостью, за вычетом суммы расходов, связанных с продажей указанных акций, до 1 декабря 2012 года подлежит перечислению Центральным банком Российской Федерации в федеральный бюджет с соответствующим уменьшением подлежащей перечислению в федеральный бюджет части прибыли, полученной Центральным банком Российской Федерации по итогам 2012 года."</w:t>
      </w:r>
    </w:p>
    <w:p>
      <w:r>
        <w:rPr>
          <w:b/>
        </w:rPr>
        <w:t xml:space="preserve">10. </w:t>
      </w:r>
      <w:r>
        <w:t>после строки</w:t>
      </w:r>
    </w:p>
    <w:p>
      <w:r>
        <w:rPr>
          <w:b/>
        </w:rPr>
        <w:t xml:space="preserve">10. </w:t>
      </w:r>
      <w:r>
        <w:t>строку</w:t>
      </w:r>
    </w:p>
    <w:p>
      <w:r>
        <w:rPr>
          <w:b/>
        </w:rPr>
        <w:t xml:space="preserve">10. </w:t>
      </w:r>
      <w:r>
        <w:t>после строки</w:t>
      </w:r>
    </w:p>
    <w:p>
      <w:r>
        <w:rPr>
          <w:b/>
        </w:rPr>
        <w:t xml:space="preserve">10. </w:t>
      </w:r>
      <w:r>
        <w:t>после строки</w:t>
      </w:r>
    </w:p>
    <w:p>
      <w:r>
        <w:rPr>
          <w:b/>
        </w:rPr>
        <w:t xml:space="preserve">10. </w:t>
      </w:r>
      <w:r>
        <w:t>после строки</w:t>
      </w:r>
    </w:p>
    <w:p>
      <w:r>
        <w:rPr>
          <w:b/>
        </w:rPr>
        <w:t xml:space="preserve">10. </w:t>
      </w:r>
      <w:r>
        <w:t>после строки</w:t>
      </w:r>
    </w:p>
    <w:p>
      <w:r>
        <w:rPr>
          <w:b/>
        </w:rPr>
        <w:t xml:space="preserve">10. </w:t>
      </w:r>
      <w:r>
        <w:t>после строки</w:t>
      </w:r>
    </w:p>
    <w:p>
      <w:r>
        <w:rPr>
          <w:b/>
        </w:rPr>
        <w:t xml:space="preserve">10. </w:t>
      </w:r>
      <w:r>
        <w:t>после строки</w:t>
      </w:r>
    </w:p>
    <w:p>
      <w:r>
        <w:rPr>
          <w:b/>
        </w:rPr>
        <w:t xml:space="preserve">10. </w:t>
      </w:r>
      <w:r>
        <w:t>после строки</w:t>
      </w:r>
    </w:p>
    <w:p>
      <w:r>
        <w:rPr>
          <w:b/>
        </w:rPr>
        <w:t xml:space="preserve">10. </w:t>
      </w:r>
      <w:r>
        <w:t>строку 14) в приложении 5:</w:t>
      </w:r>
    </w:p>
    <w:p>
      <w:r>
        <w:rPr>
          <w:b/>
        </w:rPr>
        <w:t xml:space="preserve">10. </w:t>
      </w:r>
      <w:r>
        <w:t>строку</w:t>
      </w:r>
    </w:p>
    <w:p>
      <w:r>
        <w:rPr>
          <w:b/>
        </w:rPr>
        <w:t xml:space="preserve">10. </w:t>
      </w:r>
      <w:r>
        <w:t>после строки</w:t>
      </w:r>
    </w:p>
    <w:p>
      <w:r>
        <w:rPr>
          <w:b/>
        </w:rPr>
        <w:t xml:space="preserve">10. </w:t>
      </w:r>
      <w:r>
        <w:t>строку +173 720,6" +173 720,6"</w:t>
      </w:r>
    </w:p>
    <w:p>
      <w:r>
        <w:rPr>
          <w:b/>
        </w:rPr>
        <w:t xml:space="preserve">10. </w:t>
      </w:r>
      <w:r>
        <w:t>строку</w:t>
      </w:r>
    </w:p>
    <w:p>
      <w:r>
        <w:rPr>
          <w:b/>
        </w:rPr>
        <w:t xml:space="preserve">10. </w:t>
      </w:r>
      <w:r>
        <w:t>после строки</w:t>
      </w:r>
    </w:p>
    <w:p>
      <w:r>
        <w:rPr>
          <w:b/>
        </w:rPr>
        <w:t xml:space="preserve">10. </w:t>
      </w:r>
      <w:r>
        <w:t>после строки</w:t>
      </w:r>
    </w:p>
    <w:p>
      <w:r>
        <w:rPr>
          <w:b/>
        </w:rPr>
        <w:t xml:space="preserve">10. </w:t>
      </w:r>
      <w:r>
        <w:t>строку 15) в приложении 6:</w:t>
      </w:r>
    </w:p>
    <w:p>
      <w:r>
        <w:rPr>
          <w:b/>
        </w:rPr>
        <w:t xml:space="preserve">10. </w:t>
      </w:r>
      <w:r>
        <w:t>строку 250 000,0" 250 000,0"</w:t>
      </w:r>
    </w:p>
    <w:p>
      <w:r>
        <w:rPr>
          <w:b/>
        </w:rPr>
        <w:t xml:space="preserve">10. </w:t>
      </w:r>
      <w:r>
        <w:t>строку 2 826 944,5" 2 826 944,5"</w:t>
      </w:r>
    </w:p>
    <w:p>
      <w:r>
        <w:rPr>
          <w:b/>
        </w:rPr>
        <w:t xml:space="preserve">10. </w:t>
      </w:r>
      <w:r>
        <w:t>строку 51 170 243,2" 51 170 243,2"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