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физической культуре и спорте в Российской Федерации"</w:t>
      </w:r>
    </w:p>
    <w:p>
      <w:r>
        <w:rPr>
          <w:b/>
        </w:rPr>
        <w:t>Статья 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 52, ст. 6236; 2009, № 19, ст. 2272; № 29, ст. 3612; № 48, ст. 5726; 2010, № 19, ст. 2290; № 31, ст. 4165; 2011, № 9, ст. 1207; № 49, ст. 7062; № 50, ст. 7354, 7355; 2012, № 31, ст. 4325) следующие изменения: 1) в статье 2: а) дополнить пунктом 12 следующего содержания: "12) базовые виды спорта - виды спорта, включенные в программы Олимпийских игр, Паралимпийских игр, а также иные виды спорта, развиваемые субъектами Российской Федерации на своих территориях с учетом сложившихся исторических традиций развития спорта высших достижений, представительства спортсменов от субъектов Российской Федерации в составах спортивных сборных команд Российской Федерации по видам спорта и участия данных команд во всероссийских и в международных официальных спортивных мероприятиях. Перечень базовых видов спорта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в установленном им по согласованию с Олимпийским комитетом России и Паралимпийским комитетом России порядке;"; б) дополнить пунктом 31 следующего содержания: "31) волонтеры - граждане Российской Федерации и иностранные граждане, участвующие на основании гражданско-правовых договоров в организации и (или) проведении физкультурных мероприятий, спортивных мероприятий без предоставления указанным гражданам денежного вознаграждения за осуществляемую ими деятельность;"; в) дополнить пунктом 32 следующего содержания: "32) животные, участвующие в спортивных соревнованиях, - животные, участвующие в соответствии с правилами вида спорта в спортивных соревнованиях по данному виду спорта;"; г) пункт 6 изложить в следующей редакции: "6) общероссийская спортивная федерация - общероссийская общественная организация, которая создана на основе членства, получила государственную аккредитацию и целями которой являются развитие одного или нескольких видов спорта на территории Российской Федерации, их пропаганда, организация, проведение спортивных мероприятий и подготовка спортсменов - членов спортивных сборных команд Российской Федерации;"; д) дополнить пунктом 61 следующего содержания: "61) региональная спортивная федерация - региональная общественная организация, являющаяся членом общероссийской спортивной федерации (далее - региональная общественная организация), или структурное подразделение (региональное отделение) общероссийской спортивной федерации, которые получили государственную аккредитацию и целями которых являются развитие одного или нескольких видов спорта на территории субъекта Российской Федерации, их пропаганда, организация, проведение спортивных мероприятий и подготовка спортсменов - членов спортивных сборных команд субъекта Российской Федерации;"; е) дополнить пунктом 71 следующего содержания: "71) олимпийская делегация Российской Федерации - олимпийская команда России, а также представители Олимпийского комитета России, органов государственной власти Российской Федерации, общероссийских спортивных федераций, обеспечивающие участие членов олимпийской команды России в Олимпийских играх и других международных спортивных мероприятиях, проводимых под патронажем Международного олимпийского комитета;"; ж) дополнить пунктом 72 следующего содержания: "72) олимпийская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Олимпийских играх и других международных спортивных мероприятиях, проводимых под патронажем Международного олимпийского комитета;"; з) дополнить пунктом 91 следующего содержания: "91) паралимпийская делегация Российской Федерации - паралимпийская команда России, а также представители Паралимпийского комитета России, органов государственной власти Российской Федерации, общероссийских спортивных федераций, обеспечивающие участие членов паралимпийской команды России в Паралимпийских играх и других международных спортивных мероприятиях, проводимых под патронажем Международного паралимпийского комитета;"; и) дополнить пунктом 92 следующего содержания: "92) паралимпийская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Паралимпийских играх и других международных спортивных мероприятиях, проводимых под патронажем Международного паралимпийского комитета;"; к) пункт 19 после слова "тренировочные" дополнить словами "мероприятия, включающие в себя теоретическую и организационную части,"; л) пункт 20 после слов "спортивными федерациями" дополнить словами "(за исключением олимпийской команды России, паралимпийской команды России)"; м) дополнить пунктом 201 следующего содержания: "201) спортивная делегация Российской Федерации - члены спортивных сборных команд Российской Федерации, представители физкультурно-спортивных организаций, спортивных федераций, Олимпийского комитета России, Паралимпийского комитета России, Сурдлимпийского комитета России, Специальной олимпиады России, Российского студенческого спортивного союза, должностные лица органов государственной власти Российской Федерации, представляющие на международных спортивных мероприятиях, за исключением Олимпийских игр, Паралимпийских игр и других международных спортивных мероприятий, проводимых под патронажем Международного олимпийского комитета и Международного паралимпийского комитета, Российскую Федерацию и (или) обеспечивающие права и законные интересы российских спортсменов в период проведения международных спортивных мероприятий;"; н) пункт 241 после слова "совокупность" дополнить словом "минимальных"; 2) в пункте 9 статьи 3 слова "федерального органа исполнительной власти, осуществляющего функции по проведению государственной политики, нормативно-правовому регулированию,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заменить словами "федерального органа исполнительной власти в области физической культуры и спорта"; 3) в статье 11: а) в части 3: дополнить пунктом 21 следующего содержания: "21) представляет олимпийское движение России, членов Олимпийского комитета России в органах государственной власти, органах местного самоуправления, соответствующих российских организациях, международных спортивных объединениях;"; пункт 3 изложить в следующей редакции: "3) утверждает состав олимпийской делегации Российской Федерации и направляет ее для участия в Олимпийских играх и других международных спортивных мероприятиях, проводимых под патронажем Международного олимпийского комитета, определяет порядок и принципы формирования олимпийской команды России, формирует ее на основании предложений общероссийских спортивных федераций, утверждает состав олимпийской команды России;"; пункт 5 дополнить словами ", за исключением спортивной формы и спортивной экипировки, используемых во время проведения спортивных соревнований"; б) в части 6 второе предложение изложить в следующей редакции: "Олимпийский комитет России использует в установленном Международным олимпийским комитетом порядке олимпийские символ, девиз, флаг и гимн, слова "олимпийский" и "олимпиада" в своих наименованиях в целях развития олимпийского движения России и обладает исключительными правами на олимпийскую эмблему Олимпийского комитета России, девиз, флаг и иную российскую олимпийскую символику."; 4) в статье 12: а) часть 3 изложить в следующей редакции: "3. Паралимпийский комитет России, Сурдлимпийский комитет России, Специальная олимпиада России представляют паралимпийскую команду России, сурдлимпийскую команду России, команду специальной олимпиады России соответственно на Паралимпийских играх, Сурдлимпийских играх, Всемирных специальных олимпийских играх, других международных спортивных мероприятиях, проводимых под патронажем Международного паралимпийского комитета, Международного сурдлимпийского комитета, Международной специальной олимпиады, а также в органах государственной власти, органах местного самоуправления, соответствующих российских организациях, международных спортивных объединениях."; б) дополнить частью 31 следующего содержания: "31. Паралимпийский комитет России, Сурдлимпийский комитет России, Специальная олимпиада России: 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 2) определяют порядок и принципы формирования соответственно паралимпийской команды России, сурдлимпийской команды России, команды специальной олимпиады России; 3) используют в порядке, установленном Международным паралимпийским комитетом, Международным сурдлимпийским комитетом, Международной специальной олимпиадой, соответствующие символ, девиз, флаг и гимн, слова "паралимпийский", "сурдлимпийский", "специальная олимпиада" в своих наименованиях; 4) осуществляют иные права в соответствии с международными правовыми актами, настоящим Федеральным законом и со своими уставами."; 5) в статье 13: а) часть 2 изложить в следующей редакции: "2. Официальное наименование местной спортивной федерации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(местная), а также на вид или виды спорта, в целях развития которых создана спортивная федерация. Местная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 б) часть 4 изложить в следующей редакции: "4. Региональная спортивная федерация, являющаяся структурным подразделением (региональным отделением) общероссийской спортивной федерации, может не приобретать прав юридического лица."; в) часть 5 изложить в следующей редакции: "5. По одному виду спорта на территории субъекта Российской Федерации соответствующий орган исполнительной власти субъекта Российской Федерации обязан аккредитовать только одну региональную спортивную федерацию. При наличии общероссийской спортивной федерации по соответствующим виду или видам спорта региональная общественная организация, аккредитованная в качестве региональной спортивной федерации по этим же видам спорта, должна быть членом такой общероссийской спортивной федерации. Порядок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(далее - порядок проведения государственной аккредитации региональных спортивных федераций) устанавливается уполномоченным Правительством Российской Федерации федеральным органом исполнительной власти. Государственная аккредитация региональных спортивных федераций осуществляется на срок не более чем четыре года в соответствии с порядком проведения государственной аккредитации региональных спортивных федераций и по согласованию с общероссийской спортивной федерацией по соответствующему виду спорта."; г) дополнить частью 6 следующего содержания: "6. Для получения государственной аккредитации и приобретения статуса региональной спортивной федерации региональная общественная организация или структурное подразделение (региональное отделение) общероссийской спортивной федерации представляет документы, перечень и срок подачи которых определяются в соответствии с порядком проведения государственной аккредитации региональных спортивных федераций."; д) дополнить частью 7 следующего содержания: "7. Документ о государственной аккредитации, подтверждающий наличие статуса региональной спортивной федерации, выдается региональной общественной организации или структурному подразделению (региональному отделению) общероссийской спортивной федерации органом исполнительной власти субъекта Российской Федерации. Форма указанного документа утверждается федеральным органом исполнительной власти в области физической культуры и спорта. Статус региональной спортивной федерации считается приобретенным со дня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в качестве региональной спортивной федерации."; е) дополнить частью 8 следующего содержания: "8. Официальное наименование региональной спортивной федерации (за исключением официального наименования региональной спортивной федерации, не являющейся юридическим лицом)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(региональная), а также на вид или виды спорта, в целях развития которых создана спортивная федерация. Региональная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 ж) дополнить частью 9 следующего содержания: "9. Действие государственной аккредитации региональной спортивной федерации приостанавливается органом исполнительной власти субъекта Российской Федерации в случае невыполнения обязанностей региональной спортивной федерации, предусмотренных частью 2 статьи 161 настоящего Федерального закона. При устранении обстоятельств, послуживших основанием для приостановления действия государственной аккредитации региональной спортивной федерации, орган исполнительной власти субъекта Российской Федерации возобновляет действие государственной аккредитации региональной спортивной федерации."; з) дополнить частью 10 следующего содержания: "10. В случае неустранения региональной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и) дополнить частью 11 следующего содержания: "11. Сведения о государственной аккредитации региональных спортивных федераций, о приостановлении, возобновлении, прекращении ее действия представляются в федеральный орган исполнительной власти в области физической культуры и спорта органами исполнительной власти субъектов Российской Федерации в течение десяти рабочих дней со дня принятия ими соответствующих решений."; к) дополнить частью 12 следующего содержания: "12. В целях контроля за выполнением установленных законодательством Российской Федерации требований к региональным спортивным федерациям орган исполнительной власти субъекта Российской Федерации может направлять своих представителей на спортивные мероприятия, проводимые региональной спортивной федерацией, и на заседания ее руководящих органов."; 6) в статье 14: а) часть 2 изложить в следующей редакции: "2.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Порядок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исполнительной власти с учетом мнения Олимпийского комитета России, Паралимпийского комитета России. Государственная аккредитация общероссийских спортивных федераций осуществляется на срок не более чем четыре года в соответствии с порядком проведения государственной аккредитации общероссийских спортивных федераций."; б) дополнить частью 21 следующего содержания: "21. Для получения государственной аккредитации и приобретения статуса общероссийской спортивной федерации соответствующая общественная организация представляет документы, перечень и срок подачи которых определяются в соответствии с порядком проведения государственной аккредитации общероссийских спортивных федераций."; в) дополнить частью 22 следующего содержания: "22. Документ о государственной аккредитации, подтверждающий наличие статуса общероссийской спортивной федерации, выдается общественной организации федеральным органом исполнительной власти в области физической культуры и спорта. Форма указанного документа утверждается федеральным органом исполнительной власти в области физической культуры и спорта. Статус общероссийской спортивной федерации считается приобретенным со дня государственной аккредитации общественной организации в качестве общероссийской спортивной федерации."; г) часть 3 дополнить пунктом 3 следующего содержания: "3) в постоянно действующих руководящих органах организации не должны быть представлены иностранные граждане и лица без гражданства."; д) часть 4 изложить в следующей редакции: "4. В связи со сложностью и с иными особенностями вида или видов спорта,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Перечень таких видов спорта определяется федеральным органом исполнительной власти в области физической культуры и спорта с учетом мнения Олимпийского комитета России, Паралимпийского комитета России и утверждается указанным федеральным органом исполнительной власти."; е) дополнить частью 51 следующего содержания: "51. Действие государственной аккредитации общероссийской спортивной федерации приостанавливается федеральным органом исполнительной власти в области физической культуры и спорта в случае невыполнения обязанностей общероссийской спортивной федерации, предусмотренных частью 3 статьи 16 настоящего Федерального закона. При устранении обстоятельств, послуживших основанием для приостановления действия государственной аккредитации общероссийской спортивной федерации, федеральный орган исполнительной власти в области физической культуры и спорта возобновляет действие государственной аккредитации общероссийской спортивной федерации."; ж) дополнить частью 52 следующего содержания: "52. В случае неустранения общероссийской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з) в части 6 слова "В случаях отзыва государственной аккредитации и лишения статуса общероссийской общественной организации, или" заменить словами "В случаях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и) дополнить частью 12 следующего содержания: "12. Для содействия деятельности общероссийских спортивных федераций по развитию видов спорта, в том числе для привлечения дополнительных финансовых ресурсов и осуществления контроля за их использованием, в общероссийских спортивных федерациях могут создаваться попечительские (наблюдательные) советы. Порядок формирования попечительского (наблюдательного) совета, срок его полномочий, его компетенция и порядок его деятельности определяются уставом общероссийской спортивной федерации."; 7) в статье 15: а) пункт 6 после слов "сроки их полномочий" дополнить словами "(для общероссийских спортивных федераций по виду или видам спорта, включенным в программу Олимпийских игр, Паралимпийских игр, с учетом требований, предусмотренных пунктом 61 настоящей статьи)"; б) дополнить пунктом 61 следующего содержания: "61)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 8) в статье 16: а) в части 1: в абзаце первом слова "в установленном настоящим Федеральным законом порядке" исключить; пункт 2 изложить в следующей редакции: "2) обладать всеми правами на использование символики спортивных сборных команд Российской Федерации по соответствующим видам спорта и наименования "Российская Федерация", за исключением государственной символики Российской Федерации;"; пункт 3 изложить в следующей редакции: "3) осуществлять аттестацию тренеров, а также организацию системы подготовки спортивных судей, их аттестацию по соответствующим видам спорта и контроль за их деятельностью;"; дополнить пунктом 121 следующего содержания: "121) проводить ежегодно учебно-методические семинары или аналогичные мероприятия для спортсменов, спортивных судей, тренеров и иных специалистов в области физической культуры и спорта в развиваемых виде или видах спорта;"; б) часть 2 дополнить предложением следующего содержания: "Федеральные органы исполнительной власти и органы исполнительной власти субъектов Российской Федерации совместно с общероссийскими спортивными федерациями могут осуществлять организацию и проведение чемпионатов, первенств и кубков России по соответствующему виду спорта."; в) в части 3: пункт 2 дополнить словами "и достижение ими высоких спортивных результатов в соответствии с программами развития видов спорта, предусмотренными пунктом 5 настоящей части"; пункт 3 изложить в следующей редакции: "3) представлять в порядке, установленном федеральным органом исполнительной власти в области физической культуры и спорта, предложения о проведении соответствующих физкультурных мероприятий и спортивных мероприятий для включения их в Единый календарный план межрегиональных, всероссийских и международных физкультурных мероприятий и спортивных мероприятий, участвовать в реализации указанного плана, ежегодно организовывать и (или) проводить чемпионаты, первенства и (или) кубки России по соответствующему виду спорта;"; дополнить пунктом 61 следующего содержания: "61) организовывать и (или) проводить ежегодно детско-юношеские спортивные соревнования по развиваемым виду или видам спорта;"; дополнить пунктом 62 следующего содержания: "62) обеспечивать размещение на своих официальных сайтах в сети "Интернет" следующей информации: а) правила вида или видов спорта, утвержденные в установленном порядке; б) положения (регламенты) о спортивных соревнованиях, организуемых и проводимых общероссийской спортивной федерацией; в) протоколы собраний общероссийской спортивной федерации, протоколы результатов спортивных соревнований, организованных и (или) проведенных общероссийской спортивной федерацией; г) информация о членах и структурных подразделениях (региональных отделениях) общероссийской спортивной федерации; д) сведения о руководящих органах общероссийской спортивной федерации; е) списки кандидатов в спортивные сборные команды Российской Федерации и критерии их отбора; ж) информация о результатах аудиторских проверок деятельности общероссийской спортивной федерации в случае проведения таких проверок;"; дополнить пунктом 63 следующего содержания: "63) разрабатывать и представлять на утверждение в федеральный орган исполнительной власти в области физической культуры и спорта правила вида спорта или видов спорта в порядке и в сроки, которые установлены этим органом;"; дополнить пунктом 64 следующего содержания: "64) уведомлять в письменной форме не позднее чем за десять дней федеральный орган исполнительной власти в области физической культуры и спорта о проведении очередного заседания высшего руководящего органа общероссийской спортивной федерации;"; дополнить пунктом 65 следующего содержания: "65) согласовывать кандидатуры на должность главного тренера спортивной сборной команды Российской Федерации по соответствующему виду спорта с федеральным органом исполнительной власти в области физической культуры и спорта в установленном им порядке;"; дополнить пунктом 66 следующего содержания: "66) представлять ежегодно в федеральный орган исполнительной власти в области физической культуры и спорта отчет о деятельности соответствующей общероссийской спортивной федерации в установленном им порядке, а также представлять в указанный орган в порядке и в сроки, которые им установлены, отчет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 г) дополнить частью 4 следующего содержания: "4. При проведении чемпионатов, первенств и (или) кубков России по командным игровым видам спорта с участием спортивных клубов общероссийские спортивные федерации обязаны предусмотреть в положениях (регламентах) о таких соревнованиях в качестве условия допуска к участию в них наличие у соответствующего спортивного клуба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межмуниципальный, муниципальный). Перечень командных игровых видов спорта определяется федеральным органом исполнительной власти в области физической культуры и спорта."; 9) дополнить статьей 161 следующего содержания: "Статья 161. Права и обязанности региональных спортивных федераций 1. Региональные спортивные федерации вправе: 1) организовывать и проводить, в том числе совместно с органами исполнительной власти субъекта Российской Федерации, чемпионаты, первенства и кубки субъекта Российской Федерации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субъекта Российской Федерации; 2) обладать всеми правами на использование символики и наименований спортивных сборных команд субъекта Российской Федерации по соответствующим видам спорта, за исключением государственной символики субъекта Российской Федерации; 3) организовывать и проводить региональные и межмуниципальные официальные спортивные мероприятия по соответствующим видам спорта; 4)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5) осуществлять иные права в соответствии с законодательством Российской Федерации и нормативными правовыми актами субъекта Российской Федерации.</w:t>
      </w:r>
    </w:p>
    <w:p>
      <w:r>
        <w:rPr>
          <w:b/>
        </w:rPr>
        <w:t xml:space="preserve">2. </w:t>
      </w:r>
      <w:r>
        <w:t>Региональные спортивные федерации обязаны</w:t>
      </w:r>
    </w:p>
    <w:p>
      <w:r>
        <w:rPr>
          <w:b/>
        </w:rPr>
        <w:t xml:space="preserve">2. </w:t>
      </w:r>
      <w:r>
        <w:t>Спортивные сборные команды субъекта Российской Федерации для участия в межрегиональных и во всероссийских спортивных соревнованиях формируются региональными спортивными федерациями из числа лиц, включенных в соответствующий список кандидатов в спортивные сборные команды субъекта Российской Федерации по соответствующим видам спорта, и утверждаются органом исполнительной власти субъекта Российской Федерации</w:t>
      </w:r>
    </w:p>
    <w:p>
      <w:r>
        <w:rPr>
          <w:b/>
        </w:rPr>
        <w:t xml:space="preserve">3. </w:t>
      </w:r>
      <w:r>
        <w:t>Общие принципы и критерии формирования списков кандидатов в спортивные сборные команды субъекта Российской Федерации, порядок их утверждения устанавливаются органом исполнительной власти субъекта Российской Федерации.";</w:t>
      </w:r>
    </w:p>
    <w:p>
      <w:r>
        <w:rPr>
          <w:b/>
        </w:rPr>
        <w:t xml:space="preserve">2. </w:t>
      </w:r>
      <w:r>
        <w:t>во взаимодействии с иными субъектами физической культуры и спорта обеспечивать развитие соответствующих видов спорта в субъекте Российской Федерации</w:t>
      </w:r>
    </w:p>
    <w:p>
      <w:r>
        <w:rPr>
          <w:b/>
        </w:rPr>
        <w:t xml:space="preserve">2. </w:t>
      </w:r>
      <w:r>
        <w:t>осуществлять подготовку и формирование спортивных сборных команд субъекта Российской Федерации по соответствующим видам спорта и направлять их для участия в межрегиональных и во всероссийских спортивных соревнованиях</w:t>
      </w:r>
    </w:p>
    <w:p>
      <w:r>
        <w:rPr>
          <w:b/>
        </w:rPr>
        <w:t xml:space="preserve">2. </w:t>
      </w:r>
      <w:r>
        <w:t>участвовать в формировании и реализации календарного плана физкультурных мероприятий и спортивных мероприятий субъекта Российской Федерации, в том числе организовывать и (или) проводить ежегодно чемпионаты, первенства и (или) кубки субъекта Российской Федерации по соответствующему виду спорта</w:t>
      </w:r>
    </w:p>
    <w:p>
      <w:r>
        <w:rPr>
          <w:b/>
        </w:rPr>
        <w:t xml:space="preserve">2. </w:t>
      </w:r>
      <w:r>
        <w:t>организовывать и (или) проводить ежегодно региональные и межмуниципальные спортивные соревнования по развиваемым виду или видам спорта</w:t>
      </w:r>
    </w:p>
    <w:p>
      <w:r>
        <w:rPr>
          <w:b/>
        </w:rPr>
        <w:t xml:space="preserve">2. </w:t>
      </w:r>
      <w:r>
        <w:t>разрабатывать и представлять в орган исполнительной власти субъекта Российской Федерации программы развития соответствующих видов спорта в порядке, установленном этим органом, а также реализовывать указанные программы и представлять ежегодно отчеты об их реализации</w:t>
      </w:r>
    </w:p>
    <w:p>
      <w:r>
        <w:rPr>
          <w:b/>
        </w:rPr>
        <w:t xml:space="preserve">2. </w:t>
      </w:r>
      <w:r>
        <w:t>участвовать в предотвращении допинга в спорте и борьбе с ним, а также в противодействии проявлениям любых форм дискриминации и насилия в спорте</w:t>
      </w:r>
    </w:p>
    <w:p>
      <w:r>
        <w:rPr>
          <w:b/>
        </w:rPr>
        <w:t xml:space="preserve">2. </w:t>
      </w:r>
      <w:r>
        <w:t>представлять ежегодно в орган исполнительной власти субъекта Российской Федерации отчет о деятельности региональных спортивных федераций в установленном им порядке</w:t>
      </w:r>
    </w:p>
    <w:p>
      <w:r>
        <w:rPr>
          <w:b/>
        </w:rPr>
        <w:t xml:space="preserve">2. </w:t>
      </w:r>
      <w:r>
        <w:t>исполнять иные обязанности в соответствии с законодательством Российской Федерации, нормативными правовыми актами субъекта Российской Федерации и со своими уставами."</w:t>
      </w:r>
    </w:p>
    <w:p>
      <w:r>
        <w:rPr>
          <w:b/>
        </w:rPr>
        <w:t xml:space="preserve">2. </w:t>
      </w:r>
      <w:r>
        <w:t>в статье 20:</w:t>
      </w:r>
    </w:p>
    <w:p>
      <w:r>
        <w:rPr>
          <w:b/>
        </w:rPr>
        <w:t xml:space="preserve">2. </w:t>
      </w:r>
      <w:r>
        <w:t>часть 3 статьи 34 признать утратившей силу</w:t>
      </w:r>
    </w:p>
    <w:p>
      <w:r>
        <w:rPr>
          <w:b/>
        </w:rPr>
        <w:t xml:space="preserve">2. </w:t>
      </w:r>
      <w:r>
        <w:t>в статье 36:</w:t>
      </w:r>
    </w:p>
    <w:p>
      <w:r>
        <w:rPr>
          <w:b/>
        </w:rPr>
        <w:t xml:space="preserve">2. </w:t>
      </w:r>
      <w:r>
        <w:t>главу 5 дополнить статьей 361 следующего содержания: "Статья 361. Формирование спортивных сборных команд субъекта Российской Федерации 1. Списки кандидатов в спортивные сборные команды субъекта Российской Федерации по соответствующим видам спорта ежегодно формируются региональными спортивными федерациями и утверждаются органом исполнительной власти субъекта Российской Федерации</w:t>
      </w:r>
    </w:p>
    <w:p>
      <w:r>
        <w:rPr>
          <w:b/>
        </w:rPr>
        <w:t xml:space="preserve">2. </w:t>
      </w:r>
      <w:r>
        <w:t>дополнить частью 11 следующего содержания: "11. Организаторы физкультурных мероприятий или спортивных мероприятий определяют условия и порядок предоставления волонтерам компенсационных выплат, связанных с оплатой стоимости питания, проезда, проживания, условия и порядок предоставления на безвозмездной и безвозвратной основе форменной одежды и иных предметов вещевого имущества, а также условия и порядок предоставления спортивного снаряжения, оборудования, спортивной и парадной формы.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волонтерам компенсационных выплат и материально-технического обеспечения, указанных в части 1 настоящей статьи, подлежат согласованию с федеральным органом исполнительной власти в области физической культуры и спорта. Финансовое обеспечение предоставления волонтерам компенсационных выплат и материально-технического обеспечения, указанных в части 1 настоящей статьи,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волонтерам компенсационных выплат и материально-технического обеспечения, указанных в части 1 настоящей статьи, может осуществляться за счет средств соответствующих общероссийских спортивных федераций, если это предусмотрено нормами, утвержденными этими общероссийскими спортивными федерациями."</w:t>
      </w:r>
    </w:p>
    <w:p>
      <w:r>
        <w:rPr>
          <w:b/>
        </w:rPr>
        <w:t xml:space="preserve">2. </w:t>
      </w:r>
      <w:r>
        <w:t>дополнить частью 12 следующего содержания: "12. Нормы предоставления спортивным судьям, волонтерам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волонтеров определяются организаторами таких физкультурных мероприятий или спортивных мероприятий."</w:t>
      </w:r>
    </w:p>
    <w:p>
      <w:r>
        <w:rPr>
          <w:b/>
        </w:rPr>
        <w:t xml:space="preserve">2. </w:t>
      </w:r>
      <w:r>
        <w:t>часть 14 дополнить предложением следующего содержания: "Направление заявки на проведение на территории Российской Федерации международных спортивных мероприятий, в том числе на участие в конкурсе на право проведения таких мероприятий, может осуществляться общероссийской спортивной федерацией по соответствующему виду спорта в порядке, установленном федеральным органом исполнительной власти в области физической культуры и спорта."</w:t>
      </w:r>
    </w:p>
    <w:p>
      <w:r>
        <w:rPr>
          <w:b/>
        </w:rPr>
        <w:t xml:space="preserve">2. </w:t>
      </w:r>
      <w:r>
        <w:t>наименование изложить в следующей редакции: "Статья 36. Формирование спортивных сборных команд Российской Федерации, спортивных делегаций Российской Федерации"</w:t>
      </w:r>
    </w:p>
    <w:p>
      <w:r>
        <w:rPr>
          <w:b/>
        </w:rPr>
        <w:t xml:space="preserve">2. </w:t>
      </w:r>
      <w:r>
        <w:t>дополнить частью 4 следующего содержания: "4. Для участия в Олимпийских играх и других международных спортивных мероприятиях, проводимых под патронажем Международного олимпийского комитета, Олимпийским комитетом России формируется на основании предложений общероссийских спортивных федераций олимпийская команда России и утверждается ее состав. Спортсмены - кандидаты в члены олимпийской команды России, тренеры и иные специалисты в области физической культуры и спорта приобретают статус члена олимпийской команды России с момента утверждения Олимпийским комитетом России состава олимпийской команды России."</w:t>
      </w:r>
    </w:p>
    <w:p>
      <w:r>
        <w:rPr>
          <w:b/>
        </w:rPr>
        <w:t xml:space="preserve">2. </w:t>
      </w:r>
      <w:r>
        <w:t>дополнить частью 5 следующего содержания: "5. Для участия в Паралимпийских играх и других международных спортивных мероприятиях, проводимых под патронажем Международного паралимпийского комитета, Паралимпийским комитетом России формируется на основании предложений общероссийских спортивных федераций паралимпийская команда России и утверждается ее состав. Спортсмены - кандидаты в члены паралимпийской команды России, тренеры и иные специалисты в области физической культуры и спорта приобретают статус члена паралимпийской команды России с момента утверждения Паралимпийским комитетом России состава паралимпийской команды России."</w:t>
      </w:r>
    </w:p>
    <w:p>
      <w:r>
        <w:rPr>
          <w:b/>
        </w:rPr>
        <w:t xml:space="preserve">2. </w:t>
      </w:r>
      <w:r>
        <w:t>дополнить частью 6 следующего содержания: "6. Состав спортивных делегаций Российской Федерации утверждается федеральным органом исполнительной власти в области физической культуры и спорта в установленном им порядке, за исключением случаев, предусмотренных пунктом 1 части 31 статьи 12 настоящего Федерального закона."</w:t>
      </w:r>
    </w:p>
    <w:p>
      <w:r>
        <w:rPr>
          <w:b/>
        </w:rPr>
        <w:t xml:space="preserve">3. </w:t>
      </w:r>
      <w:r>
        <w:t>статью 39 дополнить частью 3 следующего содержания: "3. В период проведения на территории Российской Федерации официальных физкультурных мероприятий и спортивных мероприятий лица, получившие медицинское или фармацевтическое образование в иностранных государствах и заявленные физкультурно-спортивными организациями иностранных государств в качестве медицинских специалистов, вправе осуществлять медицинское обеспечение представителей физкультурно-спортивных организаций и участников официальных физкультурных мероприятий и спортивных мероприятий этих иностранных государств на территориях, определенных организаторами официальных физкультурных мероприятий и спортивных мероприятий, без прохождения процедуры допуска к осуществлению медицинской или фармацевтической деятельности, предусмотренной законодательством Российской Федерации."</w:t>
      </w:r>
    </w:p>
    <w:p>
      <w:r>
        <w:rPr>
          <w:b/>
        </w:rPr>
        <w:t>Статья 2</w:t>
      </w:r>
    </w:p>
    <w:p>
      <w:r>
        <w:t>Абзац тридцать второй подпункта "б" пункта 11 статьи 1 Федерального закона от 6 декабря 2011 года № 412-ФЗ "О внесении изменений в Федеральный закон "О физической культуре и спорте в Российской Федерации" (Собрание законодательства Российской Федерации, 2011, № 50, ст. 7354) признать утратившим силу.</w:t>
      </w:r>
    </w:p>
    <w:p>
      <w:r>
        <w:rPr>
          <w:b/>
        </w:rPr>
        <w:t>Статья 3</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