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46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   от 25.12.2012 № 266-ФЗ</w:t>
      </w:r>
    </w:p>
    <w:p>
      <w:r>
        <w:t>О внесении изменения в статью 46 Федерального закона "О Центральном банке Российской Федерации (Банке России)" РОССИЙСКАЯ ФЕДЕРАЦИЯ ФЕДЕРАЛЬНЫЙ ЗАКОН О внесении изменения в статью 46 Федерального закона "О Центральном банке Российской Федерации (Банке России)" Принят Государственной Думой 11 декабря 2012 года Одобрен Советом Федерации 19 декабря 2012 года Внести в часть третью статьи 46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2008, № 42, ст. 4696; № 44, ст. 4982; 2009, № 1, ст. 25; 2010, № 45, ст. 5756; 2011, № 7, ст. 907) изменение, изложив ее в следующей редакции: "Банк России вправе осуществлять банковские операции и иные сделки с международными организациями, иностранными центральными (национальными) банками и иными иностранными юридическими лицами при осуществлении деятельности по управлению активами Банка России в иностранной валюте и драгоценных металлах, включая золотовалютные резервы Банка России. Банк России также вправе открывать и вести корреспондентские счета иностранных центральных (национальных) банков в российских рублях, осуществлять переводы денежных средств по поручениям иностранных центральных (национальных) банков по их счетам.". Президент Российской Федерации В.Путин Москва, Кремль 25 декабря 2012 года № 266-ФЗ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