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 Федерального закона "О международных договорах Российской Федерации" и статью 9-1 Федерального закона "О порядке опубликования и вступления в силу федеральных конституционных законов, федеральных законов, актов палат Федерального Собрания"</w:t>
      </w:r>
    </w:p>
    <w:p>
      <w:r>
        <w:rPr>
          <w:b/>
        </w:rPr>
        <w:t>Статья 1</w:t>
      </w:r>
    </w:p>
    <w:p>
      <w:r>
        <w:t>Внести в статью 30 Федерального закона от 15 июля 1995 года № 101-ФЗ "О международных договорах Российской Федерации" (Собрание законодательства Российской Федерации, 1995, № 29, ст. 2757; 2007, № 49, ст. 6079) следующие изменения</w:t>
      </w:r>
    </w:p>
    <w:p>
      <w:r>
        <w:t>в пункте 2 слова "официально опубликовываются по представлению Министерства иностранных дел Российской Федерации также в Бюллетене международных договоров" заменить словами "по представлению Министерства иностранных дел Российской Федерации также официально опубликовываются в Бюллетене международных договоров и размещаются (опубликовываются) на "Официальном интернет-портале правовой информации" (www.pravo.gov.ru)"</w:t>
      </w:r>
    </w:p>
    <w:p>
      <w:r>
        <w:t>дополнить пунктом 21 следующего содержания: "21. Международный договор, который предусматривает до вступления в силу временное применение Российской Федерацией всего договора или его части либо договоренность о временном применении которого достигнута каким-либо иным образом (за исключением договоров межведомственного характера), незамедлительно подлежит по представлению Министерства иностранных дел Российской Федерации официальному опубликованию в Бюллетене международных договоров и размещению (опубликованию) на "Официальном интернет-портале правовой информации" (www.pravo.gov.ru)."</w:t>
      </w:r>
    </w:p>
    <w:p>
      <w:r>
        <w:rPr>
          <w:b/>
        </w:rPr>
        <w:t>Статья 2</w:t>
      </w:r>
    </w:p>
    <w:p>
      <w:r>
        <w:t>Часть вторую статьи 91 Федерального закона от 14 июня 1994 года № 5-ФЗ "О порядке опубликования и вступления в силу федеральных конституционных законов, федеральных законов, актов палат Федерального Собрания" (Собрание законодательства Российской Федерации, 1994, № 8, ст. 801; 2011, № 43, ст. 5977) после слов "федеральные законы," дополнить словами "международные договоры, вступившие в силу для Российской Федерации, и международные договоры, которые временно применяются Российской Федерацией (за исключением договоров межведомственного характера),", дополнить словами ", постановления Конституционного Суда Российской Федерации, определения Конституционного Суда Российской Федерации о разъяснении постановлений Конституционного Суда Российской Федерации, а также иные решения Конституционного Суда Российской Федерации, которыми предусмотрен такой порядок размещения (опубликования)".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