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условиях купли-продажи акций и дальнейшей деятельности открытого акционерного общества "Белтрансгаз"</w:t>
      </w:r>
    </w:p>
    <w:p>
      <w:r>
        <w:rPr>
          <w:b/>
        </w:rPr>
        <w:t>Статья None. Федеральный закон   от 30.12.2012 № 292-ФЗ</w:t>
      </w:r>
    </w:p>
    <w:p>
      <w:r>
        <w:t>О ратификации Соглашения между Правительством Российской Федерации и Правительством Республики Беларусь об условиях купли-продажи акций и дальнейшей деятельности открытого акционерного общества "Белтрансгаз" РОССИЙСКАЯ ФЕДЕРАЦИЯ ФЕДЕРАЛЬНЫЙ ЗАКОН О ратификации Соглашения между Правительством Российской Федерации и Правительством Республики Беларусь об условиях купли-продажи акций и дальнейшей деятельности открытого акционерного общества "Белтрансгаз" Принят Государственной Думой 21 декабря 2012 года Одобрен Советом Федерации 26 декабря 2012 года Ратифицировать Соглашение между Правительством Российской Федерации и Правительством Республики Беларусь об условиях купли-продажи акций и дальнейшей деятельности открытого акционерного общества "Белтрансгаз", подписанное в городе Москве 25 ноября 2011 года. Президент Российской Федерации В.Путин Москва, Кремль 30 декабря 2012 года № 292-ФЗ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