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порядке формирования цен (тарифов) при поставке природного газа в Республику Беларусь и его транспортировке по газопроводам, расположенным на территории Республики Беларусь</w:t>
      </w:r>
    </w:p>
    <w:p>
      <w:r>
        <w:rPr>
          <w:b/>
        </w:rPr>
        <w:t>Статья None. Федеральный закон   от 30.12.2012 № 299-ФЗ</w:t>
      </w:r>
    </w:p>
    <w:p>
      <w:r>
        <w:t>О ратификации Соглашения между Правительством Российской Федерации и Правительством Республики Беларусь о порядке формирования цен (тарифов) при поставке природного газа в Республику Беларусь и его транспортировке по газопроводам, расположенным на территории Республики Беларусь РОССИЙСКАЯ ФЕДЕРАЦИЯ ФЕДЕРАЛЬНЫЙ ЗАКОН О ратификации Соглашения между Правительством Российской Федерации и Правительством Республики Беларусь о порядке формирования цен (тарифов) при поставке природного газа в Республику Беларусь и его транспортировке по газопроводам, расположенным на территории Республики Беларусь Принят Государственной Думой 21 декабря 2012 года Одобрен Советом Федерации 26 декабря 2012 года Ратифицировать Соглашение между Правительством Российской Федерации и Правительством Республики Беларусь о порядке формирования цен (тарифов) при поставке природного газа в Республику Беларусь и его транспортировке по газопроводам, расположенным на территории Республики Беларусь, подписанное в городе Москве 25 ноября 2011 года. Президент Российской Федерации В.Путин Москва, Кремль 30 декабря 2012 года № 299-ФЗ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