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8 Федерального закона "О внесении изменений в Уголовный кодекс Российской Федерации и отдельные законодательные акты Российской Федерации" и статью 6 Федерального закона "О внесении изменений в Федеральный закон "О судебных приставах" и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 части 3 статьи 8 Федерального закона от 7 декабря 2011 года № 420-ФЗ "О внесении изменений в Уголовный кодекс Российской Федерации и отдельные законодательные акты Российской Федерации" (Собрание законодательства Российской Федерации, 2011, № 50, ст. 7362) слова "с 1 января 2013 года" заменить словами "с 1 января 2014 года".</w:t>
      </w:r>
    </w:p>
    <w:p>
      <w:r>
        <w:rPr>
          <w:b/>
        </w:rPr>
        <w:t>Статья 2</w:t>
      </w:r>
    </w:p>
    <w:p>
      <w:r>
        <w:t>Внести в статью 6 Федерального закона от 6 декабря 2011 года № 410-ФЗ "О внесении изменений в Федеральный закон "О судебных приставах" и отдельные законодательные акты Российской Федерации" (Собрание законодательства Российской Федерации, 2011, № 50, ст. 7352; 2012, № 26, ст. 3441) следующие изменения</w:t>
      </w:r>
    </w:p>
    <w:p>
      <w:r>
        <w:t>(Утратил силу - Федеральный закон от 28.12.2013 № 388-ФЗ) 2) в части 4 слова "до 1 января 2013 года" заменить словами "до 1 января 2014 года"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