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   от 30.12.2012 № 321-ФЗ</w:t>
      </w:r>
    </w:p>
    <w:p>
      <w:r>
        <w:t>О внесении изменения в статью 26 Федерального закона "О порядке выезда из Российской Федерации и въезда в Российскую Федерацию" РОССИЙСКАЯ ФЕДЕРАЦИЯ ФЕДЕРАЛЬНЫЙ ЗАКОН О внесении изменения в статью 26 Федерального закона "О порядке выезда из Российской Федерации и въезда в Российскую Федерацию" Принят Государственной Думой 21 декабря 2012 года Одобрен Советом Федерации 26 декабря 2012 года Внести в статью 26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2007, № 1, ст. 29; 2008, № 19, ст. 2094; 2011, № 1, ст. 29) изменение, дополнив ее подпунктом 8 следующего содержания: "8) в период своего предыдущего пребывания в Российской Федерации не выехали из Российской Федерации до истечения тридцати суток со дня окончания срока временного пребывания, за исключением случаев отсутствия возможности покинуть территорию Российской Федерации по обстоятельствам, связанным с необходимостью экстренного лечения, тяжелой болезнью или со смертью близкого родственника, проживающего в Российской Федерации, либо вследствие непреодолимой силы (чрезвычайных и непредотвратимых при данных условиях обстоятельств) или иных явлений стихийного характера, - в течение трех лет со дня выезда из Российской Федерации.". Президент Российской Федерации В.Путин Москва, Кремль 30 декабря 2012 года № 321-ФЗ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