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31-1 Федерального закона "О некоммерческих организациях"</w:t>
      </w:r>
    </w:p>
    <w:p>
      <w:r>
        <w:rPr>
          <w:b/>
        </w:rPr>
        <w:t>Статья None. Федеральный закон   от 30.12.2012 № 325-ФЗ</w:t>
      </w:r>
    </w:p>
    <w:p>
      <w:r>
        <w:t>О внесении изменения в статью 31-1 Федерального закона "О некоммерческих организациях" РОССИЙСКАЯ ФЕДЕРАЦИЯ ФЕДЕРАЛЬНЫЙ ЗАКОН О внесении изменения в статью 31 1 Федерального закона "О некоммерческих организациях" Принят Государственной Думой 19 декабря 2012 года Одобрен Советом Федерации 26 декабря 2012 года Внести в пункт 1 статьи 31 1 Федерального закона от 12 января 1996 года № 7-ФЗ "О некоммерческих организациях" (Собрание законодательства Российской Федерации, 1996, № 3, ст. 145; 2010, № 15, ст. 1736; 2011, № 29, ст. 4291) изменение, дополнив его подпунктами 10 и 11 следующего содержания: "10) формирование в обществе нетерпимости к коррупционному поведению;</w:t>
      </w:r>
    </w:p>
    <w:p>
      <w:r>
        <w:t>развитие межнационального сотрудничества, сохранение и защита самобытности, культуры, языков и традиций народов Российской Федерации.". Президент Российской Федерации В.Путин Москва, Кремль 30 декабря 2012 года № 325-ФЗ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