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19.12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23.02.2013 № 12-ФЗ</w:t>
      </w:r>
    </w:p>
    <w:p>
      <w:r>
        <w:t>О внесении изменений в статью 19.12 Кодекса Российской Федерации об административных правонарушениях РОССИЙСКАЯ ФЕДЕРАЦИЯ ФЕДЕРАЛЬНЫЙ ЗАКОН О внесении изменений в статью 19.12 Кодекса Российской Федерации об административных правонарушениях Принят Государственной Думой 15 февраля 2013 года Одобрен Советом Федерации 20 февраля 2013 года Внести в статью 19.12 Кодекса Российской Федерации об административных правонарушениях (Собрание законодательства Российской Федерации, 2002, № 1, ст. 1; 2007, № 26, ст. 3089) следующие изменения</w:t>
      </w:r>
    </w:p>
    <w:p>
      <w:r>
        <w:t>в наименовании слова ", следственных изоляторах" исключить</w:t>
      </w:r>
    </w:p>
    <w:p>
      <w:r>
        <w:t>в абзаце первом слова ", следственных изоляторах" исключить</w:t>
      </w:r>
    </w:p>
    <w:p>
      <w:r>
        <w:t>в абзаце втором слова "от одной тысячи до одной тысячи пятисот рублей" заменить словами "от трех тысяч до пяти тысяч рублей". Президент Российской Федерации В.Путин Москва, Кремль 23 февраля 2013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