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Котласского районного суда Архангельской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Котласский районный суд Архангельской области, передав относящиеся к его ведению вопросы осуществления правосудия в юрисдикцию Котласского городского суда Архангельской области</w:t>
      </w:r>
    </w:p>
    <w:p>
      <w:r>
        <w:t>установить, что юрисдикция Котласского городского суда Архангельской области распространяется на территории города Котласа и Котласского района Архангельской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