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порядке пребывания граждан Российской Федерации на территории Республики Казахстан и граждан Республики Казахстан на территории Российской Федерации</w:t>
      </w:r>
    </w:p>
    <w:p>
      <w:r>
        <w:rPr>
          <w:b/>
        </w:rPr>
        <w:t>Статья None. Федеральный закон   от 14.03.2013 № 27-ФЗ</w:t>
      </w:r>
    </w:p>
    <w:p>
      <w:r>
        <w:t>О ратификации Соглашения между Российской Федерацией и Республикой Казахстан о порядке пребывания граждан Российской Федерации на территории Республики Казахстан и граждан Республики Казахстан на территории Российской Федерации РОССИЙСКАЯ ФЕДЕРАЦИЯ ФЕДЕРАЛЬНЫЙ ЗАКОН О ратификации Соглашения между Российской Федерацией и Республикой Казахстан о порядке пребывания граждан Российской Федерации на территории Республики Казахстан и граждан Республики Казахстан на территории Российской Федерации Принят Государственной Думой 22 февраля 2013 года Одобрен Советом Федерации 6 марта 2013 года Ратифицировать Соглашение между Российской Федерацией и Республикой Казахстан о порядке пребывания граждан Российской Федерации на территории Республики Казахстан и граждан Республики Казахстан на территории Российской Федерации, подписанное в городе Астане 7 июня 2012 года. Президент Российской Федерации В.Путин Москва, Кремль 14 марта 2013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