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ограничения распространения информации о несовершеннолетних, пострадавших в результате противоправных действий (бездействия)</w:t>
      </w:r>
    </w:p>
    <w:p>
      <w:r>
        <w:rPr>
          <w:b/>
        </w:rPr>
        <w:t>Статья 1</w:t>
      </w:r>
    </w:p>
    <w:p>
      <w:r>
        <w:t>Внести в Закон Российской Федерации от 27 декабря 1991 года № 2124-I "О средствах массовой информации" (Ведомости Съезда народных депутатов Российской Федерации и Верховного Совета Российской Федерации, 1992, № 7, ст. 300; Собрание законодательства Российской Федерации, 1995, № 30, ст. 2870; 2000, № 26, ст. 2737; № 32, ст. 3333; 2002, № 30, ст. 3029; 2005, № 30, ст. 3104; 2006, № 31, ст. 3452; № 43, ст. 4412; 2007, № 31, ст. 4008; 2011, № 29, ст. 4291; № 30, ст. 4600) следующие изменения</w:t>
      </w:r>
    </w:p>
    <w:p>
      <w:r>
        <w:t>статью 4 дополнить частью шестой следующего содержания: "Запрещается распространение в средствах массовой информации, а также в информационно-телекоммуникационных сетях информации о несовершеннолетнем, пострадавшем в результате противоправных действий (бездействия), включая фамилии, имена, отчества, фото- и видеоизображения такого несовершеннолетнего, его родителей и иных законных представителей, дату рождения такого несовершеннолетнего, аудиозапись его голоса, место его жительства или место временного пребывания, место его учебы или работы, иную информацию, позволяющую прямо или косвенно установить личность такого несовершеннолетнего, за исключением случаев, предусмотренных пунктами 1-3 части четвертой статьи 41 настоящего Закона."</w:t>
      </w:r>
    </w:p>
    <w:p>
      <w:r>
        <w:t>в статье 41: а) часть четвертую изложить в следующей редакции: "Редакция не вправе разглашать в распространяемых сообщениях и материалах информацию, указанную в части шестой статьи 4 настоящего Закона, за исключением случаев, если распространение такой информации осуществляется в целях защиты прав и законных интересов несовершеннолетнего, пострадавшего в результате противоправных действий (бездействия). В этих случаях такая информация может распространяться в средствах массовой информации, а также в информационно-телекоммуникационных сетях:</w:t>
      </w:r>
    </w:p>
    <w:p>
      <w:r>
        <w:t>с согласия несовершеннолетнего, достигшего четырнадцатилетнего возраста и пострадавшего в результате противоправных действий (бездействия), и его законного представителя</w:t>
      </w:r>
    </w:p>
    <w:p>
      <w:r>
        <w:t>с согласия законного представителя несовершеннолетнего, не достигшего четырнадцатилетнего возраста и пострадавшего в результате противоправных действий (бездействия)</w:t>
      </w:r>
    </w:p>
    <w:p>
      <w:r>
        <w:t>без согласия несовершеннолетнего, достигшего четырнадцатилетнего возраста и пострадавшего в результате противоправных действий (бездействия), и (или) законного представителя такого несовершеннолетнего, если получить это согласие невозможно либо если законный представитель такого несовершеннолетнего является подозреваемым или обвиняемым в совершении данных противоправных действий."; б) дополнить частью пятой следующего содержания: "Распространение в средствах массовой информации, а также в информационно-телекоммуникационных сетях указанной в части шестой статьи 4 настоящего Закона информации в части, относящейся к несовершеннолетнему потерпевшему от преступления против половой неприкосновенности и половой свободы личности, допускается в предусмотренных пунктами 1-3 части четвертой настоящей статьи случаях только в целях расследования преступления, установления лиц, причастных к совершению преступления, розыска пропавших несовершеннолетних в объеме, необходимом для достижения указанных целей, и с соблюдением требований, установленных статьями 161 и 241 Уголовно-процессуального кодекса Российской Федерации."</w:t>
      </w:r>
    </w:p>
    <w:p>
      <w:r>
        <w:t>пункт 6 части первой статьи 57 после слов "материалов или их фрагментов, распространенных другим средством массовой информации" дополнить словами "(за исключением случаев распространения информации, указанной в части шестой статьи 4 настоящего Закона)"</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2007, № 26, ст. 3089; № 31, ст. 4008; 2010, № 1, ст. 1; 2011, № 30, ст. 4600; 2013, № 8, ст. 720) следующие изменения</w:t>
      </w:r>
    </w:p>
    <w:p>
      <w:r>
        <w:t>в абзаце первом части 1 статьи 6.17 слова "за исключением случаев, предусмотренных частью 2 статьи 13.21 настоящего Кодекса" заменить словами "за исключением случаев, предусмотренных частью 3 статьи 13.15 и частью 2 статьи 13.21 настоящего Кодекса"</w:t>
      </w:r>
    </w:p>
    <w:p>
      <w:r>
        <w:t>статью 13.15 дополнить частью 3 следующего содержания: "3.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требований к распространению такой информации, если эти действия (бездействие) не содержат уголовно наказуемого деяния,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четырехсот тысяч до одного миллиона рублей с конфискацией предмета административного правонарушения."</w:t>
      </w:r>
    </w:p>
    <w:p>
      <w:r>
        <w:t>абзац первый части 2 статьи 13.21 после слов "причиняющую вред их здоровью и (или) развитию," дополнить словами "за исключением случаев, предусмотренных частью 3 статьи 13.15 настоящего Кодекса,"</w:t>
      </w:r>
    </w:p>
    <w:p>
      <w:r>
        <w:rPr>
          <w:b/>
        </w:rPr>
        <w:t>Статья 3</w:t>
      </w:r>
    </w:p>
    <w:p>
      <w:r>
        <w:t>Пункт 1 части 5 статьи 151 Федерального закона от 27 июля 2006 года № 149-ФЗ "Об информации, информационных технологиях и о защите информации" (Собрание законодательства Российской Федерации, 2006, № 31, ст. 3448; 2012, № 31, ст. 4328) дополнить подпунктом "г" следующего содержания: "г) информации о несовершеннолетнем, пострадавшем в результате противоправных действий (бездействия), распространение которой запрещено федеральными законами;".</w:t>
      </w:r>
    </w:p>
    <w:p>
      <w:r>
        <w:rPr>
          <w:b/>
        </w:rPr>
        <w:t>Статья 4</w:t>
      </w:r>
    </w:p>
    <w:p>
      <w:r>
        <w:t>Часть 2 статьи 5 Федерального закона от 29 декабря 2010 года № 436-ФЗ "О защите детей от информации, причиняющей вред их здоровью и развитию" (Собрание законодательства Российской Федерации, 2011, № 1, ст. 48) дополнить пунктом 8 следующего содержания: "8) о несовершеннолетнем, пострадавшем в результате противоправных действий (бездействия), включая фамилии, имена, отчества, фото- и видеоизображения такого несовершеннолетнего, его родителей и иных законных представителей, дату рождения такого несовершеннолетнего, аудиозапись его голоса, место его жительства или место временного пребывания, место его учебы или работы, иную информацию, позволяющую прямо или косвенно установить личность такого несовершеннолетнего.".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