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Австрийской Республики о передаче книжной коллекции Эстерхази Австрийской Республике</w:t>
      </w:r>
    </w:p>
    <w:p>
      <w:r>
        <w:rPr>
          <w:b/>
        </w:rPr>
        <w:t>Статья None. Федеральный закон   от 05.04.2013 № 42-ФЗ</w:t>
      </w:r>
    </w:p>
    <w:p>
      <w:r>
        <w:t>О ратификации Соглашения между Правительством Российской Федерации и Правительством Австрийской Республики о передаче книжной коллекции Эстерхази Австрийской Республике РОССИЙСКАЯ ФЕДЕРАЦИЯ ФЕДЕРАЛЬНЫЙ ЗАКОН О ратификации Соглашения между Правительством Российской Федерации и Правительством Австрийской Республики о передаче книжной коллекции Эстерхази Австрийской Республике Принят Государственной Думой 15 марта 2013 года Одобрен Советом Федерации 27 марта 2013 года Ратифицировать Соглашение между Правительством Российской Федерации и Правительством Австрийской Республики о передаче книжной коллекции Эстерхази Австрийской Республике, подписанное в городе Москве 21 сентября 2012 года. Президент Российской Федерации В.Путин Москва, Кремль 5 апреля 2013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