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государственных пособиях гражданам, имеющим детей" по вопросу выплаты ежемесячного пособия по уходу за ребенком матерям, уволенным в период отпуска по беременности и родам</w:t>
      </w:r>
    </w:p>
    <w:p>
      <w:r>
        <w:rPr>
          <w:b/>
        </w:rPr>
        <w:t>Статья None. Федеральный закон   от 07.05.2013 № 86-ФЗ</w:t>
      </w:r>
    </w:p>
    <w:p>
      <w:r>
        <w:t>О внесении изменений в Федеральный закон "О государственных пособиях гражданам, имеющим детей" по вопросу выплаты ежемесячного пособия по уходу за ребенком матерям, уволенным в период отпуска по беременности и родам РОССИЙСКАЯ ФЕДЕРАЦИЯ ФЕДЕРАЛЬНЫЙ ЗАКОН О внесении изменений в Федеральный закон "О государственных пособиях гражданам, имеющим детей" по вопросу выплаты ежемесячного пособия по уходу за ребенком матерям, уволенным в период отпуска по беременности и родам Принят Государственной Думой 19 апреля 2013 года Одобрен Советом Федерации 27 апреля 2013 года 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№ 48, ст. 4566; 1998, № 30, ст. 3613; 2000, № 33, ст. 3348; 2001, № 53, ст. 5017; 2002, № 30, ст. 3033; 2004, № 35, ст. 3607; 2005, № 52, ст. 5594; 2006, № 50, ст. 5285; 2009, № 30, ст. 3739) следующие изменения</w:t>
      </w:r>
    </w:p>
    <w:p>
      <w:r>
        <w:t>в части первой статьи 13: а) абзац пятый после слов "фактически осуществляющие уход за ребенком, уволенные в период отпуска по уходу за ребенком" дополнить словами ", матери, уволенные в период отпуска по беременности и родам", после слов "а также матери, уволенные в период отпуска по уходу за ребенком" дополнить словами ", отпуска по беременности и родам"; б) в абзаце шестом слова ", отпуска по беременности и родам" исключить</w:t>
      </w:r>
    </w:p>
    <w:p>
      <w:r>
        <w:t>в статье 14: а) часть первую после слов "Федерального закона," дополнить словами "за исключением матерей, уволенных в период отпуска по беременности и родам,"; б) в части третьей слова "в абзаце шестом" заменить словами "в абзаце пятом"</w:t>
      </w:r>
    </w:p>
    <w:p>
      <w:r>
        <w:t>абзац четвертый части первой статьи 15 после слов "отпуска по уходу за ребенком" дополнить словами "(месяцу увольнения в период отпуска по беременности и родам)". Президент Российской Федерации В.Путин Москва, Кремль 7 мая 2013 года 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