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16-1 Федерального закона "О науке и государственной научно-технической политике"</w:t>
      </w:r>
    </w:p>
    <w:p>
      <w:r>
        <w:rPr>
          <w:b/>
        </w:rPr>
        <w:t>Статья None. Федеральный закон   от 07.05.2013 № 93-ФЗ</w:t>
      </w:r>
    </w:p>
    <w:p>
      <w:r>
        <w:t>О внесении изменения в статью 16-1 Федерального закона "О науке и государственной научно-технической политике" РОССИЙСКАЯ ФЕДЕРАЦИЯ ФЕДЕРАЛЬНЫЙ ЗАКОН О внесении изменения в статью 16 1 Федерального закона "О науке и государственной научно-технической политике" Принят Государственной Думой 16 апреля 2013 года Одобрен Советом Федерации 27 апреля 2013 года Внести в пункт 2 статьи 16 1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2011, № 30, ст. 4602) изменение, изложив его в следующей редакции: "2. Государственная поддержка инновационной деятельности - совокупность мер, принимаемых органами государственной власти Российской Федерации и органами государственной власти субъектов Российской Федерации в соответствии с законодательством Российской Федерации и законодательством субъектов Российской Федерации в целях создания необходимых правовых, экономических и организационных условий, а также стимулов для юридических и физических лиц, осуществляющих инновационную деятельность.". Президент Российской Федерации В.Путин Москва, Кремль 7 мая 2013 года № 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