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федеральной службе безопасности"</w:t>
      </w:r>
    </w:p>
    <w:p>
      <w:r>
        <w:rPr>
          <w:b/>
        </w:rPr>
        <w:t>Статья None. Федеральный закон   от 07.05.2013 № 97-ФЗ</w:t>
      </w:r>
    </w:p>
    <w:p>
      <w:r>
        <w:t>О внесении изменения в статью 13 Федерального закона "О федеральной службе безопасности" РОССИЙСКАЯ ФЕДЕРАЦИЯ ФЕДЕРАЛЬНЫЙ ЗАКОН О внесении изменения в статью 13 Федерального закона "О федеральной службе безопасности" Принят Государственной Думой 23 апреля 2013 года Одобрен Советом Федерации 27 апреля 2013 года Внести в пункт "с" части первой статьи 13 Федерального закона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2700; 2006, № 17, ст. 1779; № 31, ст. 3452; 2007, № 31, ст. 4008; 2008, № 52, ст. 6235; 2010, № 31, ст. 4207; 2011, № 29, ст. 4282; № 50, ст. 7366) изменение, дополнив его после слов "официальных представителей" словами ", советников и специалистов". Президент Российской Федерации В.Путин Москва, Кремль 7 мая 2013 года № 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