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07.06.2013 № 118-ФЗ</w:t>
      </w:r>
    </w:p>
    <w:p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22 мая 2013 года Одобрен Советом Федерации 29 мая 2013 года Внести в подпункт 56 пункта 2 статьи 26 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1663) изменение, заменив слова "регионального государственного надзора в области охраны водных объектов" словами "регионального государственного надзора в области использования и охраны водных объектов". Президент Российской Федерации В.Путин Москва, Кремль 7 июня 2013 года № 118-ФЗ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