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24 Федерального закона "О свободе совести и о религиозных объединениях"</w:t>
      </w:r>
    </w:p>
    <w:p>
      <w:r>
        <w:rPr>
          <w:b/>
        </w:rPr>
        <w:t>Статья None. Федеральный закон   от 07.06.2013 № 119-ФЗ</w:t>
      </w:r>
    </w:p>
    <w:p>
      <w:r>
        <w:t>О внесении изменений в статьи 4 и 24 Федерального закона "О свободе совести и о религиозных объединениях" РОССИЙСКАЯ ФЕДЕРАЦИЯ ФЕДЕРАЛЬНЫЙ ЗАКОН О внесении изменений в статьи 4 и 24 Федерального закона "О свободе совести и о религиозных объединениях" Принят Государственной Думой 24 мая 2013 года Одобрен Советом Федерации 29 мая 2013 года 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4465) следующие изменения</w:t>
      </w:r>
    </w:p>
    <w:p>
      <w:r>
        <w:t>в абзаце втором пункта 5 статьи 4 слова "своим собственным установлениям" заменить словами "соответствующим условиям и требованиям и в порядке, предусматриваемом своими внутренними установлениями"</w:t>
      </w:r>
    </w:p>
    <w:p>
      <w:r>
        <w:t>в статье 24: а) пункт 1 изложить в следующей редакции: "1. Религиозные организации в случаях, предусмотренных их уставами, заключают трудовые договоры с работниками."; б) в пункте 2 слово "(контрактом)" исключить; в) в пункте 3 слово "(контрактам)" исключить; г) дополнить пунктом 5 следующего содержания: "5. Религиозные организации вправе устанавливать в соответствии со своими внутренними установлениями условия деятельности священнослужителей и религиозного персонала, а также требования к ним, в том числе в части религиозного образования.". Президент Российской Федерации В.Путин Москва, Кремль 7 июня 2013 года № 119-ФЗ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