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2013 год и на плановый период 2014 и 2015 годов"</w:t>
      </w:r>
    </w:p>
    <w:p>
      <w:r>
        <w:rPr>
          <w:b/>
        </w:rPr>
        <w:t>Статья 1</w:t>
      </w:r>
    </w:p>
    <w:p>
      <w:r>
        <w:t>Внести в Федеральный закон от 3 декабря 2012 года № 216-ФЗ "О федеральном бюджете на 2013 год и на плановый период 2014 и 2015 годов" (Собрание законодательства Российской Федерации, 2012, № 50, ст. 6939) следующие изменения</w:t>
      </w:r>
    </w:p>
    <w:p>
      <w:r>
        <w:t>в статье 7: а) в части 1 слова "в сумме 533 601 916,8 тыс. рублей" заменить словами "в сумме 536 892 158,7 тыс. рублей"; б) в пункте 1 части 2 слова "приложениям 7, 8 (секретно) и 9 (совершенно секретно)" заменить словами "приложениям 7, 71, 8 (секретно), 81 (секретно), 9 (совершенно секретно) и 91 (совершенно секретно)"; в) в пункте 1 части 3 слова "приложениям 13 и 14 (секретно)" заменить словами "приложениям 13, 131, 14 (секретно) и 141 (секретно)"; г) в пункте 1 части 4 слова "приложению 17 (секретно)" заменить словами "приложениям 17 (секретно) и 171 (секретно)"; д) в пункте 1 части 5 слова "приложениям 19, 20 (секретно)" заменить словами "приложениям 19, 191, 20 (секретно), 201 (секретно)"</w:t>
      </w:r>
    </w:p>
    <w:p>
      <w:r>
        <w:t>часть 3 статьи 10 после слов "(службы в органах и учреждениях)"," дополнить словами "и ежемесячного пособия детям, предусмотренного Указом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w:t>
      </w:r>
    </w:p>
    <w:p>
      <w:r>
        <w:t>в статье 11: а) в части 1: в пункте 4 слова "в сумме 1 944 717,0 тыс. рублей" заменить словами "в сумме 15 539 087,0 тыс. рублей"; в пункте 7 слова "в 2013 году в сумме 329 760,0 тыс. рублей," исключить; в пункте 12 слова "в 2013 - 2015 годах в сумме 1 000 000,0 тыс. рублей ежегодно" заменить словами "в 2013 году в сумме 773 458,5 тыс. рублей, в 2014 году в сумме 1 000 000,0 тыс. рублей и в 2015 году в сумме 1 000 000,0 тыс. рублей"; дополнить пунктом 131 следующего содержания: "131) открытого акционерного общества "Российские железные дороги" (город Москва) в 2013 году в сумме 16 206 265,4 тыс. рублей в целях реализации мероприятий по развитию железнодорожной инфраструктуры общего пользования на участке Междуреченск - Тайшет;"; в пункте 14: в абзаце шестом слова "в сумме 5 271 230,7 тыс. рублей" заменить словами "в сумме 4 613 314,1 тыс. рублей"; в абзаце одиннадцатом слова "в сумме 1 361 400,0 тыс. рублей" заменить словами "в сумме 544 700,0 тыс. рублей"; в абзаце двенадцатом слова "в сумме 57 000,0 тыс. рублей" заменить словами "в сумме 54 150,0 тыс. рублей"; в абзаце тринадцатом слова "в сумме 66 300,0 тыс. рублей" заменить словами "в сумме 62 985,0 тыс. рублей"; в абзаце пятнадцатом слова "в сумме 468 150,0 тыс. рублей" заменить словами "в сумме 483 150,0 тыс. рублей"; в абзаце двадцать втором слова "в 2013 году в сумме 15 000,0 тыс. рублей и" исключить; в абзаце тридцать третьем слова "в сумме 46 700,0 тыс. рублей" заменить словами "в сумме 44 365,0 тыс. рублей"; абзац тридцать четвертый признать утратившим силу; в абзаце тридцать восьмом слова "в сумме 190 000,0 тыс. рублей" заменить словами "в сумме 350 000,0 тыс. рублей"; в абзаце пятьдесят первом слова "в 2013 году в сумме 75 000,0 тыс. рублей," исключить; в абзаце пятьдесят втором слова "в сумме 360 000,0 тыс. рублей" заменить словами "в сумме 260 000,0 тыс. рублей"; абзацы пятьдесят шестой и пятьдесят восьмой признать утратившими силу; в абзаце шестидесятом слова "в 2013 году в сумме 180 000,0 тыс. рублей," исключить; в абзаце шестьдесят втором слова "в сумме 400 000,0 тыс. рублей" заменить словами "в сумме 470 000,0 тыс. рублей"; в абзаце восьмидесятом слова "в сумме 287 720,0 тыс. рублей" заменить словами "в сумме 389 720,0 тыс. рублей"; в абзаце восемьдесят восьмом слова "в 2013 году в сумме 50 000,0 тыс. рублей," исключить; в абзаце девяностом слова "в сумме 709 000,0 тыс. рублей" заменить словами "в сумме 579 000,0 тыс. рублей"; в абзаце девяносто первом слова "в сумме 120 000,0 тыс. рублей" заменить словами "в сумме 310 000,0 тыс. рублей"; в абзаце девяносто третьем слова "в 2013 году в сумме 30 000,0 тыс. рублей," исключить; в абзаце девяносто четвертом слова "в сумме 5 900,0 тыс. рублей" заменить словами "в сумме 5 605,0 тыс. рублей"; в абзаце девяносто седьмом слова "в сумме 140 000,0 тыс. рублей" заменить словами "в сумме 100 000,0 тыс. рублей"; в абзаце сто двадцать втором слова "в 2013 году в сумме 160 000,0 тыс. рублей," исключить; дополнить абзацами следующего содержания: "открытого акционерного общества "Научно-производственное предприятие "Радиосвязь" (город Красноярск) в 2013 году в сумме 70 000,0 тыс. рублей; открытого акционерного общества "Государственный оптический институт имени С.И.Вавилова" (город Санкт-Петербург) в 2013 году в сумме 80 000,0 тыс. рублей; открытого акционерного общества "НПО "Орион" (город Москва) в 2013 году в сумме 210 500,0 тыс. рублей; открытого акционерного общества "Научно-исследовательский институт "Полюс" им. М.Ф.Стельмаха" (город Москва) в 2013 году в сумме 120 000,0 тыс. рублей."; б) часть 5 изложить в следующей редакции: "5. Федеральные органы исполнительной власти и Государственная корпорация по атомной энергии "Росатом",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осуществления капитальных вложений и реализации специальных мероприятий, а также в Государственную корпорацию по содействию разработке, производству и экспорту высокотехнологичной промышленной продукции "Ростехнологии" в целях осуществления капитальных вложений на 2013 год согласно приложению 29 (совершенно секретно) к настоящему Федеральному закону и на плановый период 2014 и 2015 годов согласно приложению 30 (совершенно секретно) к настоящему Федеральному закону."; в) дополнить частью 6 следующего содержания: "6.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2013 году в объеме до 3 439 500,0 тыс. рублей при поступлении в федеральный бюджет в указанном объеме субсидии из бюджета города Москвы на цели, установленные пунктом 4 части 1 настоящей статьи."</w:t>
      </w:r>
    </w:p>
    <w:p>
      <w:r>
        <w:t>в статье 13: а) в абзаце первом части 1 слова "в сумме до 75 000 000,0 тыс. рублей" заменить словами "в сумме до 107 000 000,0 тыс. рублей"; б) в части 4 слова "в сумме до 97 200,0 тыс. рублей" заменить словами "в сумме до 231 660,0 тыс. рублей"; в) дополнить частью 5 следующего содержания: "5. 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одной второй ставки рефинансирования Центрального банка Российской Федерации, действующей на день заключения договора о предоставлении бюджетного кредита."</w:t>
      </w:r>
    </w:p>
    <w:p>
      <w:r>
        <w:t>часть 9 статьи 16 признать утратившей силу</w:t>
      </w:r>
    </w:p>
    <w:p>
      <w:r>
        <w:t>в абзаце шестнадцатом пункта 2 части 5 статьи 21 слова "российского юридического лица, созданного Внешэкономбанком," заменить словами "дочернего общества Внешэкономбанка"</w:t>
      </w:r>
    </w:p>
    <w:p>
      <w:r>
        <w:t>в статье 24: а) в части 1: пункт 16 дополнить словами ", на осуществление мер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 дополнить пунктом 17 следующего содержания: "17)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осуществлению ротации федеральных государственных гражданских служащих территориальных органов федеральных органов исполнительной власти в связи с Федеральным законом от 6 декабря 2011 года № 395-ФЗ "О внесении изменений в отдельные законодательные акты Российской Федерации в связи с введением ротации на государственной гражданской службе"."; б) в части 2: пункт 39 признать утратившим силу; дополнить пунктом 44 следующего содержания: "44) принятие Правительством Российской Федерации решения о перераспределении бюджетных ассигнований между главными распорядителями средств федерального бюджета, разделами, подразделами, целевыми статьями, видами расходов классификации расходов бюджетов в целях возмещения затрат в связи с оказанием услуг по содержанию объектов федерального имущества, расположенных на острове Русский, в том числе путем предоставления субсидии закрытому акционерному обществу "КРОКУС ИНТЕРНЭШНЛ" "CROCUS INTERNATIONAL" на указанные цели в порядке, установленном Правительством Российской Федерации."; в) дополнить частью 8 следующего содержания: "8. Установить, что Центральный банк Российской Федерации осуществляет в 2013 году перечисление в федеральный бюджет части прибыли в размере 73 130 300,2 тыс. рублей от фактически полученной Центральным банком Российской Федерации по итогам 2012 года прибыли, остающейся после уплаты налогов и сборов в соответствии с Налоговым кодексом Российской Федерации."</w:t>
      </w:r>
    </w:p>
    <w:p>
      <w:r>
        <w:t>в приложении 5: а) после строки б) строку в) после строки г) строку д) строки исключить</w:t>
      </w:r>
    </w:p>
    <w:p>
      <w:r>
        <w:t>дополнить приложением 71 следующего содержания: "Приложение 71 к Федеральному закону "О федеральном бюджете на 2013 год и на плановый период 2014 и 2015 годов" Изменение ведомственной структуры расходов федерального бюджета на 2013 год, предусмотренной приложением 7 к Федеральному закону "О федеральном бюджете на 2013 год и на плановый период 2014 и 2015 годов" (тыс. рублей) Наименование Мин Рз ПР ЦСР ВР Сумма -12 938 494,5 020 -31 242,4 020 02 +459 153,0 020 02 +459 153,0 020 02 09 +459 153,0 020 02 +459 153,0 020 02 +459 153,0 020 02 020 02 -100 500,0 020 02 -100 500,0 020 02 -100 500,0 020 02 +100 500,0 020 02 +100 500,0 020 02 +100 500,0 020 04 -490 395,4 020 04 +59 604,6 020 04 +59 604,6 020 04 +59 604,6 020 04 +59 604,6 020 04 020 04 +1 900,0 020 04 -2 026,1 020 04 +126,1 020 04 -550 000,0 020 04 -825 000,0 020 04 -825 000,0 020 04 -825 000,0 020 04 -825 000,0 020 04 -420 000,0 020 04 -80 000,0 020 04 +160 000,0 020 04 +160 000,0 020 04 -75 000,0 020 04 -75 000,0 020 04 -52 000,0 020 04 -52 000,0 020 04 -45 000,0 020 04 -45 000,0 020 04 +102 000,0 020 04 +102 000,0 020 04 +70 000,0 020 04 +70 000,0 020 04 -50 000,0 020 04 -50 000,0 020 04 -130 000,0 020 04 -130 000,0 020 04 +190 000,0 020 04 +190 000,0 020 04 +80 000,0 020 04 +80 000,0 020 04 +70 000,0 020 04 +70 000,0 020 04 +100 000,0 020 04 +100 000,0 020 04 +210 500,0 020 04 +210 500,0 020 04 -710 500,0 020 04 -710 500,0 020 04 020 04 +15 000,0 020 04 +15 000,0 020 04 -15 000,0 020 04 -15 000,0 020 04 -340 000,0 020 04 -180 000,0 020 04 -180 000,0 020 04 -160 000,0 020 04 -160 000,0 020 04 -130 000,0 020 04 -100 000,0 020 04 -100 000,0 020 04 -30 000,0 020 04 -30 000,0 020 04 +20 000,0 020 04 +20 000,0 020 04 -20 000,0 020 04 -20 000,0 020 04 +825 000,0 020 04 -556 301,5 020 04 -329 760,0 020 04 -329 760,0 020 04 -226 541,5 020 04 -226 541,5 020 04 +1 381 301,5 020 04 -70 000,0 020 04 -70 000,0 020 04 +1 900 000,0 020 04 +1 900 000,0 020 04 -1 845 337,9 020 04 -1 845 337,9 020 04 +825 000,0 020 04 +825 000,0 020 04 -512 840,6 020 04 -512 840,6 020 04 +70 000,0 020 04 +70 000,0 020 04 +14 480,0 020 04 +14 480,0 020 04 +1 000 000,0 020 04 +1 000 000,0 020 04 020 04 -239 750,0 020 04 -239 750,0 020 04 -239 750,0 020 04 +239 750,0 020 04 +239 750,0 020 04 +239 750,0 022 -4 428 529,3 022 04 -4 424 219,4 022 04 -4 519 877,8 022 04 022 04 022 04 +10 719,0 022 04 -10 719,0 022 04 +6 000,0 022 04 -90 719,0 022 04 +74 000,0 022 04 -4 519 656,6 022 04 -4 519 656,6 022 04 -657 916,6 022 04 -657 916,6 022 04 -3 861 740,0 022 04 -3 861 740,0 022 04 -221,2 022 04 -221,2 022 04 -221,2 022 04 +95 658,4 022 04 -50 000,0 022 04 -50 000,0 022 04 -50 000,0 022 04 +145 658,4 022 04 +145 658,4 022 04 +145 658,4 022 04 +95 658,4 022 04 +50 000,0 022 09 -4 309,9 022 09 -4 309,9 022 09 -4 309,9 022 09 -4 309,9 022 09 -4 309,9 048 -20 039,7 048 06 -20 039,7 048 06 -10 191,0 048 06 -10 191,0 048 06 -10 191,0 048 06 -10 191,0 048 06 -15 000,0 048 06 -15 000,0 048 06 -15 000,0 048 06 -15 000,0 048 06 +5 151,3 048 06 +5 151,3 048 06 +14 700,0 048 06 +4 700,0 048 06 -300,0 048 06 +5 000,0 048 06 +10 000,0 048 06 -9 548,7 048 06 +33 051,3 048 06 -9 548,7 048 06 +42 600,0 048 06 -42 600,0 049 -17 963,2 049 04 -17 963,2 049 04 -17 963,2 049 04 049 04 049 04 +2 250,0 049 04 -2 250,0 049 04 049 04 +16 486,8 049 04 -16 486,8 049 04 -3 005,3 049 04 -3 005,3 049 04 -3 005,3 049 04 -14 957,9 049 04 -14 957,9 049 04 -14 957,9 049 04 049 04 049 04 -16,4 049 04 -16,4 049 04 +16,4 049 04 +16,4 051 -357 396,0 051 01 -85 000,0 051 01 -85 000,0 051 01 -85 000,0 051 01 -85 000,0 051 01 -85 000,0 051 01 -85 000,0 051 04 -181 254,1 051 04 -10 000,0 051 04 -10 000,0 051 04 -10 000,0 051 04 -8 000,0 051 04 -10 000,0 051 04 +2 000,0 051 04 -2 000,0 051 04 -165 680,0 051 04 -165 680,0 051 04 -165 680,0 051 04 -165 680,0 051 04 -165 680,0 051 04 051 04 051 04 051 04 051 04 -16 100,0 051 04 +16 100,0 051 04 -5 574,1 051 04 -5 574,1 051 04 -5 574,1 051 04 -5 574,1 051 06 -91 141,9 051 06 -91 141,9 051 06 -91 141,9 051 06 -91 141,9 051 06 -91 141,9 052 -11 509,6 052 04 -11 509,6 052 04 -11 509,6 052 04 -2 000,0 052 04 -1 000,0 052 04 -1 000,0 052 04 -1 000,0 052 04 -1 000,0 052 04 -5 000,0 052 04 +5 000,0 052 04 -9 509,6 052 04 -9 509,6 052 04 -9 509,6 053 -7 000,0 053 04 -7 000,0 053 04 -7 000,0 053 04 -7 060,0 053 04 -2 000,0 053 04 -2 000,0 053 04 -5 060,0 053 04 -5 000,0 053 04 -60,0 053 04 -709 850,1 053 04 -709 850,1 053 04 -709 850,1 053 04 -32 900,0 053 04 -676 950,1 053 04 +739 555,8 053 04 +739 555,8 053 04 +739 555,8 053 04 -29 705,7 053 04 -29 705,7 053 04 -29 705,7 053 04 +60,0 053 04 +60,0 053 04 +60,0 053 04 +60,0 054 +228 906,5 054 04 +229 500,0 054 04 +229 500,0 054 04 +229 500,0 054 04 +229 500,0 054 04 +229 500,0 054 07 -350 000,0 054 07 054 07 054 07 054 07 -203 400,0 054 07 -203 400,0 054 07 +203 400,0 054 07 +203 400,0 054 07 -350 000,0 054 07 -250 000,0 054 07 -250 000,0 054 07 -250 000,0 054 07 -250 000,0 054 07 -100 000,0 054 07 -50 000,0 054 07 -50 000,0 054 07 -50 000,0 054 07 -50 000,0 054 08 +349 406,5 054 08 +355 824,4 054 08 -1 507 200,0 054 08 -1 507 200,0 054 08 -1 507 200,0 054 08 -507 200,0 054 08 -1 000 000,0 054 08 -315 800,0 054 08 +600 000,0 054 08 +600 000,0 054 08 +600 000,0 054 08 -915 800,0 054 08 -915 800,0 054 08 -915 800,0 054 08 +1 508 824,4 054 08 +1 019 884,4 054 08 +1 019 884,4 054 08 +2 036 563,1 054 08 -1 016 678,7 054 08 +300 000,0 054 08 +300 000,0 054 08 +188 940,0 054 08 +188 940,0 054 08 054 08 -152 100,0 054 08 +152 100,0 054 08 -80 000,0 054 08 -50 000,0 054 08 -50 000,0 054 08 -30 000,0 054 08 -30 000,0 054 08 -20 000,0 054 08 -20 000,0 054 08 -20 000,0 054 08 +770 000,0 054 08 +780 000,0 054 08 +780 000,0 054 08 +630 000,0 054 08 +150 000,0 054 08 -10 000,0 054 08 -10 000,0 054 08 +20 000,0 054 08 -30 000,0 054 08 -6 417,9 054 08 -6 417,9 054 08 -6 000,0 054 08 -6 000,0 054 08 -417,9 054 08 +582,1 054 08 -417,9 054 08 +1 000,0 054 08 -1 000,0 056 -701 479,2 056 01 -107 309,2 056 01 -107 309,2 056 01 -50 798,0 056 01 -50 798,0 056 01 -50 798,0 056 01 -11 062,4 056 01 -39 735,6 056 01 -56 511,2 056 01 -56 511,2 056 01 -56 511,2 056 04 -34 000,0 056 04 -34 000,0 056 04 -34 000,0 056 04 -34 000,0 056 04 -34 000,0 056 04 -34 000,0 056 05 -1 748,5 056 05 -1 748,5 056 05 -1 748,5 056 05 -1 748,5 056 05 -1 748,5 056 05 -1 748,5 056 05 -1 748,5 056 07 -494 867,0 056 07 -939,7 056 07 -939,7 056 07 -939,7 056 07 -939,7 056 07 -537,6 056 07 -402,1 056 07 -6 155,1 056 07 -90,6 056 07 -90,6 056 07 -90,6 056 07 -85,4 056 07 -5,2 056 07 -6 064,5 056 07 -6 064,5 056 07 -6 064,5 056 07 -3 700,7 056 07 -2 363,8 056 07 -487 211,3 056 07 -3 436,6 056 07 -3 436,6 056 07 -3 436,6 056 07 -2 486,4 056 07 -950,2 056 07 -171 417,9 056 07 -171 417,9 056 07 -171 417,9 056 07 -105 057,2 056 07 -66 360,7 056 07 -417 232,8 056 07 +52,7 056 07 +52,7 056 07 -417 285,5 056 07 -417 285,5 056 07 -432 285,5 056 07 +15 000,0 056 07 +7 067,4 056 07 +7 067,4 056 07 +7 067,4 056 07 -4 348,1 056 07 +11 415,5 056 07 +101 558,6 056 07 +101 558,6 056 07 +101 558,6 056 07 -3 750,0 056 07 -3 750,0 056 07 -3 750,0 056 07 -560,9 056 07 -560,9 056 07 -560,9 056 07 -560,9 056 07 -488,2 056 07 -72,7 056 09 -63 554,5 056 09 +1 417 776,8 056 09 +2 292 760,4 056 09 +3 571,2 056 09 +3 571,2 056 09 +2 289 189,2 056 09 -1 086,1 056 09 +2 290 653,5 056 09 -408 115,9 056 09 +2 698 769,4 056 09 -378,2 056 09 -646 000,0 056 09 -646 000,0 056 09 -546 000,0 056 09 -100 000,0 056 09 -228 983,6 056 09 -140 926,9 056 09 -140 926,9 056 09 -44 556,7 056 09 -44 556,7 056 09 -36 000,0 056 09 -36 000,0 056 09 -7 500,0 056 09 -7 500,0 056 09 -248 285,4 056 09 -248 285,4 056 09 -248 285,4 056 09 -248 285,4 056 09 -188 501,9 056 09 -112,0 056 09 -112,0 056 09 -112,0 056 09 -106,0 056 09 -6,0 056 09 -31 826,1 056 09 +953,7 056 09 +953,7 056 09 -32 779,8 056 09 -32 779,8 056 09 -32 229,2 056 09 -550,6 056 09 -60 161,2 056 09 +1 110,0 056 09 +1 110,0 056 09 -61 271,2 056 09 -61 271,2 056 09 -41 214,6 056 09 -20 056,6 056 09 -73 657,6 056 09 +1 322,4 056 09 +1 322,4 056 09 -74 980,0 056 09 -74 980,0 056 09 -51 576,5 056 09 -23 403,5 056 09 -22 745,0 056 09 -22 745,0 056 09 -22 745,0 056 09 -10 945,6 056 09 -11 799,4 056 09 -360 059,4 056 09 -36 349,3 056 09 -36 349,3 056 09 -36 349,3 056 09 -11 097,2 056 09 -25 252,1 056 09 -593 260,4 056 09 +1,8 056 09 +1,8 056 09 -593 262,2 056 09 -593 262,2 056 09 -805 928,4 056 09 +212 666,2 056 09 +269 550,3 056 09 +269 550,3 056 09 +269 550,3 056 09 -684 484,6 056 09 -117 767,1 056 09 -117 767,1 056 09 +23 232,9 056 09 -144 000,0 056 09 -101 000,0 056 09 -43 000,0 056 09 +3 000,0 056 09 -10 271,4 056 09 -10 271,4 056 09 -10 271,4 056 09 -4 493,0 056 09 -5 778,4 056 09 -685 775,0 056 09 +360 000,0 056 09 +360 000,0 056 09 +360 000,0 056 09 -1 045 775,0 056 09 -994 739,4 056 09 -994 739,4 056 09 -51 035,6 056 09 -51 035,6 056 09 +129 328,9 056 09 +129 328,9 056 09 +129 328,9 056 09 +98 283,7 056 09 +31 045,2 060 +75 450,1 060 09 +75 450,1 060 09 +75 450,1 060 09 +15 609,3 060 09 +1 283,3 060 09 +1 283,3 060 09 +14 326,0 060 09 +14 326,0 060 09 +59 840,8 060 09 +59 840,8 060 09 +59 840,8 060 09 +51 190,8 060 09 +8 650,0 071 -697 629,5 071 04 -697 629,5 071 04 -517 629,5 071 04 -7 000,0 071 04 -7 000,0 071 04 -7 000,0 071 04 071 04 -47 500,0 071 04 +47 500,0 071 04 -370 000,0 071 04 -370 000,0 071 04 -370 000,0 071 04 -370 000,0 071 04 +1 502 000,0 071 04 +1 502 000,0 071 04 +1 502 000,0 071 04 +1 502 000,0 071 04 -1 642 629,5 071 04 -140 629,5 071 04 -140 629,5 071 04 -140 629,5 071 04 -1 502 000,0 071 04 -1 502 000,0 071 04 -1 502 000,0 071 04 -180 000,0 071 04 -180 000,0 071 04 -180 000,0 071 04 -180 000,0 071 04 -180 000,0 074 +46 991 033,2 074 01 -18 967,9 074 01 -18 967,9 074 01 -18 967,9 074 01 -18 967,9 074 01 -18 967,9 074 01 -14 041,4 074 01 -4 926,5 074 04 -85 050,0 074 04 -2 250,0 074 04 -2 250,0 074 04 -2 250,0 074 04 -2 250,0 074 04 -2 250,0 074 04 -82 800,0 074 04 -53 000,0 074 04 -14 000,0 074 04 -14 000,0 074 04 -14 000,0 074 04 -7 000,0 074 04 -7 000,0 074 04 -39 000,0 074 04 -39 000,0 074 04 -39 000,0 074 04 -14 300,0 074 04 -24 700,0 074 04 -800,0 074 04 -800,0 074 04 -800,0 074 04 -800,0 074 04 -29 000,0 074 04 -29 000,0 074 04 -29 000,0 074 04 -29 000,0 074 05 -249 550,0 074 05 -249 550,0 074 05 -249 550,0 074 05 -179 600,0 074 05 -179 600,0 074 05 -179 600,0 074 05 -54 100,0 074 05 -125 500,0 074 05 -7 000,0 074 05 -7 000,0 074 05 -7 000,0 074 05 -42 450,0 074 05 -42 450,0 074 05 -42 450,0 074 05 -42 450,0 074 05 -20 500,0 074 05 -20 500,0 074 05 -20 500,0 074 07 +46 906 701,1 074 07 +50 000 000,0 074 07 +50 000 000,0 074 07 +50 000 000,0 074 07 +50 000 000,0 074 07 -1 019 314,0 074 07 -911,3 074 07 -911,3 074 07 -911,3 074 07 -31 605,4 074 07 -31 605,4 074 07 -31 605,4 074 07 -1 322,3 074 07 -1 322,3 074 07 -1 322,3 074 07 -4 370,3 074 07 -4 370,3 074 07 -4 370,3 074 07 -4 370,3 074 07 -981 104,7 074 07 -981 104,7 074 07 -981 104,7 074 07 -40 975,3 074 07 -28 191,3 074 07 -28 191,3 074 07 -28 191,3 074 07 -12 784,0 074 07 -12 784,0 074 07 -12 784,0 074 07 -12 784,0 074 07 -4 568,5 074 07 -4 568,5 074 07 -4 568,5 074 07 -4 568,5 074 07 -3 432,8 074 07 -1 135,7 074 07 -2 014 012,0 074 07 -303 352,1 074 07 -80 000,0 074 07 -80 000,0 074 07 -80 000,0 074 07 -13 700,0 074 07 -13 700,0 074 07 -13 700,0 074 07 -194 912,1 074 07 -194 912,1 074 07 -194 912,1 074 07 -14 740,0 074 07 -14 740,0 074 07 -14 740,0 074 07 -10 000,0 074 07 -10 000,0 074 07 -10 000,0 074 07 -10 000,0 074 07 -1 951 330,7 074 07 -413 700,0 074 07 -413 700,0 074 07 -222 100,0 074 07 -191 600,0 074 07 -98 076,2 074 07 -98 076,2 074 07 -98 076,2 074 07 -126 690,4 074 07 -126 690,4 074 07 -96 494,7 074 07 -78 243,1 074 07 -18 251,6 074 07 -30 195,7 074 07 -29 347,7 074 07 -848,0 074 07 -1 312 864,1 074 07 -1 312 864,1 074 07 -1 093 157,5 074 07 -902 856,7 074 07 -190 300,8 074 07 -219 706,6 074 07 -178 436,2 074 07 -41 270,4 074 07 +250 670,8 074 07 +250 670,8 074 07 +250 670,8 074 07 -5 070,5 074 07 -5 070,5 074 07 -5 070,5 074 07 -5 070,5 074 07 -1 038,4 074 07 -4 032,1 074 07 -9 358,6 074 07 -17 962,7 074 07 -17 962,7 074 07 +8 600,0 074 07 -26 562,7 074 07 +17 962,7 074 07 +17 962,7 074 07 +17 962,7 074 07 -9 193,0 074 07 -9 193,0 074 07 -9 193,0 074 07 -165,6 074 07 -165,6 074 07 -165,6 074 10 +437 900,0 074 10 +437 900,0 074 10 +437 900,0 074 10 +437 900,0 074 10 +437 900,0 074 10 +437 900,0 076 -52 226,2 076 04 -52 226,2 076 04 -174 405,5 076 04 -174 405,5 076 04 -174 405,5 076 04 -174 405,5 076 04 -155 368,9 076 04 -19 036,6 076 04 -20 000,0 076 04 -20 000,0 076 04 -20 000,0 076 04 +20 000,0 076 04 +20 000,0 076 04 +20 000,0 076 04 +122 179,3 076 04 +122 179,3 076 04 -800,0 076 04 -800,0 076 04 +122 979,3 076 04 +122 979,3 077 -1 000,0 077 07 -1 000,0 077 07 -1 000,0 077 07 -1 000,0 077 07 -1 000,0 077 07 -1 000,0 081 -94 602,8 081 04 -94 602,8 081 04 -54 773,3 081 04 -54 773,3 081 04 -54 773,3 081 04 -54 773,3 081 04 -26 960,5 081 04 -26 960,5 081 04 -26 960,5 081 04 -26 960,5 081 04 -12 869,0 081 04 -12 869,0 081 04 +4 859,5 081 04 +5 009,5 081 04 -150,0 081 04 -17 728,5 081 04 -17 878,5 081 04 +150,0 082 +40 684 917,2 082 04 +40 785 293,1 082 04 +40 751 178,7 082 04 -689 279,4 082 04 -86 000,0 082 04 -86 000,0 082 04 -86 000,0 082 04 -3 184,3 082 04 -3 184,3 082 04 -3 184,3 082 04 -525 749,0 082 04 -525 749,0 082 04 -5 310,5 082 04 -390 078,8 082 04 -388 608,8 082 04 -1 470,0 082 04 -130 359,7 082 04 -65 065,0 082 04 -65 065,0 082 04 -63 912,6 082 04 -9 563,2 082 04 -54 349,4 082 04 -1 152,4 082 04 -9 281,1 082 04 -9 281,1 082 04 -5 667,4 082 04 -3 613,7 082 04 -6 457,9 082 04 -6 457,9 082 04 -6 457,9 082 04 -6 457,9 082 04 +41 599 263,2 082 04 +12 000 000,0 082 04 +12 000 000,0 082 04 +10 000 000,0 082 04 +10 000 000,0 082 04 +3 200 000,0 082 04 +3 200 000,0 082 04 -400 736,8 082 04 -400 736,8 082 04 +11 800 000,0 082 04 +11 800 000,0 082 04 +5 000 000,0 082 04 +5 000 000,0 082 04 -152 347,2 082 04 -152 347,2 082 04 -152 347,2 082 04 -134 378,2 082 04 -17 969,0 082 04 -3 208,1 082 04 -3 208,1 082 04 -3 072,5 082 04 -3 072,5 082 04 -3 072,5 082 04 -135,6 082 04 -135,6 082 04 -135,6 082 04 +37 322,5 082 04 +37 322,5 082 04 +37 322,5 082 04 +37 322,5 082 07 -100 375,9 082 07 -100 375,9 082 07 -100 375,9 082 07 -100 375,9 082 07 -100 375,9 082 07 -100 375,9 084 -737 849,7 084 04 -737 849,7 084 04 -737 849,7 084 04 084 04 084 04 084 04 -2 000,0 084 04 +2 000,0 084 04 -862 337,5 084 04 -1 001 987,7 084 04 -1 001 987,7 084 04 -1 001 987,7 084 04 +139 650,2 084 04 +139 650,2 084 04 +124 487,8 084 04 +124 487,8 084 04 +124 487,8 084 04 +124 487,8 084 04 +124 487,8 089 +56 062,3 089 03 +56 062,3 089 03 +56 062,3 089 03 +56 062,3 089 03 +56 062,3 089 03 +56 062,3 091 +206 026,0 091 01 +48 026,0 091 01 +48 026,0 091 01 +48 026,0 091 01 +48 026,0 091 01 +25 424,0 091 01 +24 524,0 091 01 +900,0 091 01 +22 602,0 091 07 +158 000,0 091 07 +158 000,0 091 07 +158 000,0 091 07 +158 000,0 091 07 +150 000,0 091 07 +8 000,0 092 -137 023 090,6 092 01 -11 625 257,2 092 01 -304 358,8 092 01 +156 022,9 092 01 +156 022,9 092 01 -67 669,9 092 01 +223 692,8 092 01 +230 000,0 092 01 -6 307,2 092 01 -460 106,1 092 01 -460 106,1 092 01 -114 155,8 092 01 -114 155,8 092 01 -345 950,3 092 01 -345 950,3 092 01 +51 224,4 092 01 +51 224,4 092 01 +51 224,4 092 01 +20 421,0 092 01 +30 803,4 092 01 -51 500,0 092 01 -51 500,0 092 01 -51 500,0 092 01 -51 500,0 092 01 +895 487,1 092 01 +345 487,1 092 01 +530 000,0 092 01 +530 000,0 092 01 -184 512,9 092 01 -184 512,9 092 01 +550 000,0 092 01 +550 000,0 092 01 +550 000,0 092 01 -12 216 385,5 092 01 -18 247,5 092 01 -18 247,5 092 01 +170,7 092 01 +270,7 092 01 -100,0 092 01 -18 418,2 092 01 -1 284 010,6 092 01 -1 318 406,4 092 01 -788 406,4 092 01 -788 406,4 092 01 -530 000,0 092 01 -530 000,0 092 01 +34 395,8 092 01 +34 395,8 092 01 -10 914 127,4 092 01 -10 914 127,4 092 01 -10 914 127,4 092 01 -10 914 127,4 092 01 -1 090 000,0 092 01 -959 862,5 092 01 -8 864 264,9 092 02 -326 481,1 092 02 -326 481,1 092 02 -326 481,1 092 02 -326 481,1 092 02 -326 481,1 092 03 092 03 092 03 092 03 092 03 092 03 +400 000,0 092 03 -400 000,0 092 04 -4 470 866,2 092 04 -4 470 866,2 092 04 -3 170 866,2 092 04 -3 170 866,2 092 04 -3 170 866,2 092 04 -3 170 866,2 092 04 -1 300 000,0 092 04 -1 300 000,0 092 04 -1 300 000,0 092 05 -2 000 000,0 092 05 -2 000 000,0 092 05 -2 000 000,0 092 05 -2 000 000,0 092 05 -2 000 000,0 092 05 -2 000 000,0 092 09 -20 870,8 092 09 -1 522,1 092 09 -1 522,1 092 09 -1 522,1 092 09 -1 522,1 092 09 -19 348,7 092 09 -19 348,7 092 09 -19 348,7 092 09 -19 348,7 092 09 -3 494,7 092 09 -15 854,0 092 10 -102 669 900,2 092 10 -74 245 133,7 092 10 +208 802,6 092 10 +208 802,6 092 10 +208 802,6 092 10 -7 363 689,6 092 10 -7 363 689,6 092 10 -7 363 689,6 092 10 -7 363 689,6 092 10 -67 090 246,7 092 10 -67 090 246,7 092 10 -67 090 246,7 092 10 -29 342 480,7 092 10 -2 198 277,8 092 10 +3 926 387,7 092 10 +3 926 387,7 092 10 +3 926 387,7 092 10 -6 092 827,3 092 10 -6 092 827,3 092 10 -31 838,2 092 10 -31 838,2 092 10 -31 838,2 092 10 -27 144 202,9 092 10 -27 144 202,9 092 10 -27 144 202,9 092 10 +917 714,2 092 10 +917 714,2 092 10 +917 714,2 092 10 +917 714,2 092 10 +917 714,2 092 13 -16 896 518,1 092 13 -16 896 518,1 092 13 -16 896 518,1 092 13 -16 896 518,1 092 13 -16 896 518,1 092 14 +986 803,0 092 14 +986 803,0 092 14 +986 803,0 092 14 +986 803,0 092 14 +396 803,0 092 14 +396 803,0 092 14 +70 000,0 092 14 +70 000,0 092 14 +120 000,0 092 14 +120 000,0 092 14 +400 000,0 092 14 +400 000,0 095 +293 000,0 095 01 +200 000,0 095 01 095 01 095 01 095 01 -40 000,0 095 01 +40 000,0 095 01 +200 000,0 095 01 +200 000,0 095 01 +200 000,0 095 01 +200 000,0 095 08 +93 000,0 095 08 +93 000,0 095 08 +93 000,0 095 08 +93 000,0 095 08 +93 000,0 096 -453 756,7 096 04 -453 756,7 096 04 +4 600,0 096 04 +4 600,0 096 04 +34 500,0 096 04 -2 000,0 096 04 +37 500,0 096 04 -1 000,0 096 04 -29 900,0 096 04 -5 300,0 096 04 -24 600,0 096 04 -458 356,7 096 04 -458 356,7 096 04 -458 356,7 096 04 -458 356,7 096 04 -458 356,7 100 -164 695,0 100 01 -164 695,0 100 01 -164 695,0 100 01 -164 695,0 100 01 -30 000,0 100 01 -30 000,0 100 01 -134 695,0 100 01 -134 695,0 100 01 100 01 100 01 100 01 100 01 -429 321,6 100 01 +429 321,6 100 01 -3 000,0 100 01 -3 000,0 100 01 -5 000,0 100 01 -5 000,0 100 01 +2 000,0 100 01 +2 000,0 100 01 +3 000,0 100 01 +3 000,0 100 01 +3 000,0 100 01 +3 000,0 103 -5 808,2 103 04 -5 808,2 103 04 -5 808,2 103 04 -5 808,2 103 04 -5 808,2 103 04 -5 808,2 106 -17 021,9 106 03 -1 350,0 106 03 -1 350,0 106 03 -1 350,0 106 03 -1 350,0 106 03 -1 350,0 106 03 -1 350,0 106 04 -15 671,9 106 04 -15 671,9 106 04 -15 671,9 106 04 +32 644,7 106 04 +19 644,7 106 04 +9 644,7 106 04 +10 000,0 106 04 +13 000,0 106 04 +10 000,0 106 04 +3 000,0 106 04 -48 316,6 106 04 -118 316,6 106 04 -25 316,6 106 04 -93 000,0 106 04 +70 000,0 106 04 +40 000,0 106 04 +30 000,0 107 +640 388,5 107 04 +640 388,5 107 04 +640 388,5 107 04 +85 611,1 107 04 -3 754,8 107 04 -3 754,8 107 04 -4 184,3 107 04 +4 184,3 107 04 +89 365,9 107 04 +89 365,9 107 04 +700 000,0 107 04 +700 000,0 107 04 +700 000,0 107 04 +700 000,0 107 04 -145 222,6 107 04 -145 000,0 107 04 -145 000,0 107 04 -145 000,0 107 04 -222,6 107 04 -222,6 108 +5 853 115,2 108 04 +5 853 115,2 108 04 +5 853 115,2 108 04 +5 853 115,2 108 04 +5 853 115,2 108 04 +5 853 115,2 108 04 +5 853 115,2 108 04 -9 000,0 108 04 -9 000,0 108 04 -9 000,0 108 04 -9 000,0 108 04 +9 000,0 108 04 +9 000,0 108 04 +9 000,0 108 04 +9 000,0 109 +27 018 000,0 109 04 +27 018 000,0 109 04 +27 018 000,0 109 04 -9 188 265,4 109 04 -9 188 265,4 109 04 -9 188 265,4 109 04 -337 115,4 109 04 -8 851 150,0 109 04 -3 594 370,0 109 04 -3 594 370,0 109 04 -3 594 370,0 109 04 -3 594 370,0 109 04 +10 000 000,0 109 04 +10 000 000,0 109 04 +10 000 000,0 109 04 +10 000 000,0 109 04 +29 800 635,4 109 04 +29 800 635,4 109 04 +29 800 635,4 109 04 +29 800 635,4 110 +8 137,7 110 04 +8 137,7 110 04 +8 137,7 110 04 +8 137,7 110 04 +8 137,7 110 04 +8 137,7 135 +2 622 036,4 135 12 +2 622 036,4 135 12 +2 211 975,9 135 12 -803 615,0 135 12 -803 615,0 135 12 -803 615,0 135 12 -616 850,0 135 12 -21 500,0 135 12 -595 350,0 135 12 -186 765,0 135 12 -27 266,0 135 12 -27 266,0 135 12 -27 266,0 135 12 -27 266,0 135 12 -137 143,1 135 12 -137 143,1 135 12 -137 143,1 135 12 +3 180 000,0 135 12 +3 180 000,0 135 12 -40 000,0 135 12 -40 000,0 135 12 +20 000,0 135 12 +20 000,0 135 12 +3 200 000,0 135 12 +3 200 000,0 135 12 -204 347,5 135 12 -10 025,0 135 12 -10 025,0 135 12 -10 025,0 135 12 -10 025,0 135 12 +3 906,0 135 12 +3 906,0 135 12 +3 906,0 135 12 +3 906,0 135 12 -198 228,5 135 12 -198 228,5 135 12 -198 228,5 135 12 -985,4 135 12 -985,4 135 12 -985,4 135 12 -985,4 135 12 +615 393,4 135 12 -900,0 135 12 -900,0 135 12 -900,0 135 12 -1 950,0 135 12 -1 950,0 135 12 -1 950,0 135 12 -1 950,0 135 12 +300 000,0 135 12 +300 000,0 135 12 +300 000,0 135 12 +300 000,0 135 12 +318 243,4 135 12 +318 243,4 135 12 +318 243,4 139 -1 313 961,8 139 01 -120 735,1 139 01 -120 735,1 139 01 -23 760,0 139 01 +109 240,0 139 01 +96 608,5 139 01 +12 381,5 139 01 +12 631,5 139 01 -250,0 139 01 +250,0 139 01 -133 000,0 139 01 -133 000,0 139 01 -2 631,5 139 01 -2 631,5 139 01 -2 631,5 139 01 -11 600,0 139 01 -17 100,0 139 01 -17 100,0 139 01 +5 500,0 139 01 +5 500,0 139 01 -82 743,6 139 01 -82 743,6 139 01 -82 743,6 139 01 -82 743,6 139 04 -814 728,2 139 04 -57 520,0 139 04 -57 520,0 139 04 -57 520,0 139 04 -57 520,0 139 04 -57 520,0 139 04 -32 750,0 139 04 +10 000,0 139 04 +10 000,0 139 04 +10 000,0 139 04 -42 750,0 139 04 -42 750,0 139 04 -42 750,0 139 04 -42 750,0 139 04 -724 458,2 139 04 -10 662,3 139 04 -10 662,3 139 04 -10 662,3 139 04 -10 662,3 139 04 +1 300 000,0 139 04 +1 300 000,0 139 04 +1 300 000,0 139 04 -2 019 295,9 139 04 -2 019 295,9 139 04 -2 019 295,9 139 04 +5 500,0 139 04 +5 500,0 139 04 +5 500,0 139 05 -361 098,5 139 05 -361 098,5 139 05 -361 098,5 139 05 -361 098,5 139 05 -361 098,5 139 05 -361 098,5 139 07 139 07 +12 410,0 139 07 +12 410,0 139 07 +12 410,0 139 07 +12 410,0 139 07 -12 410,0 139 07 -12 410,0 139 07 -12 410,0 139 07 -12 410,0 139 09 +1 600,0 139 09 +1 600,0 139 09 +1 600,0 139 09 +1 600,0 139 09 +1 600,0 139 10 -19 000,0 139 10 -5 500,0 139 10 -5 500,0 139 10 -5 500,0 139 10 -5 500,0 139 10 -13 500,0 139 10 -13 500,0 139 10 -13 500,0 139 10 -13 500,0 141 -14 069,7 141 04 -17 000,0 141 04 -17 000,0 141 04 -17 000,0 141 04 -17 000,0 141 04 -17 000,0 141 04 -17 000,0 141 09 +2 930,3 141 09 -8 192,0 141 09 -8 192,0 141 09 -8 192,0 141 09 -8 192,0 141 09 -8 192,0 141 09 +86,4 141 09 +86,4 141 09 +86,4 141 09 -86,4 141 09 -86,4 141 09 -86,4 141 09 +11 122,3 141 09 +11 122,3 141 09 +11 122,3 141 09 +11 122,3 141 09 141 09 141 09 -1 191,0 141 09 -1 191,0 141 09 +1 191,0 141 09 +1 191,0 149 +197 523,7 149 01 149 01 149 01 149 01 -1 600,0 149 01 -1 600,0 149 01 +1 600,0 149 01 +1 600,0 149 07 +6 116,0 149 07 +6 116,0 149 07 +6 116,0 149 07 +6 116,0 149 07 +4 420,0 149 07 +3 420,0 149 07 +1 000,0 149 07 +1 696,0 149 07 +1 387,5 149 07 +308,5 149 09 -9 815,6 149 09 -9 815,6 149 09 -881,1 149 09 -881,1 149 09 -881,1 149 09 -8 934,5 149 09 -8 934,5 149 09 -8 934,5 149 10 +201 223,3 149 10 -442 897,2 149 10 -442 897,2 149 10 -442 897,2 149 10 -442 897,2 149 10 -6 051,3 149 10 -6 331,7 149 10 -6 331,7 149 10 -6 706,7 149 10 +375,0 149 10 -25,0 149 10 +400,0 149 10 +280,4 149 10 +280,4 149 10 +280,4 149 10 +881 557,1 149 10 +881 557,1 149 10 +938 878,5 149 10 +938 878,5 149 10 +938 878,5 149 10 -57 321,4 149 10 -57 321,4 149 10 -231 385,3 149 10 +18 514,7 149 10 +18 514,7 149 10 +18 514,7 149 10 -250 000,0 149 10 -250 000,0 149 10 -250 000,0 149 10 +100,0 149 10 +100,0 149 10 +100,0 150 +4 252 845,8 150 04 -9 022,2 150 04 -3 500,0 150 04 -3 500,0 150 04 -500,0 150 04 -500,0 150 04 -3 000,0 150 04 -3 000,0 150 04 -5 522,2 150 04 -5 522,2 150 04 -5 522,2 150 04 -5 522,2 150 04 -5 522,2 150 10 +2 261 868,0 150 10 +2 261 868,0 150 10 -2 700 000,0 150 10 -2 700 000,0 150 10 -2 700 000,0 150 10 -2 700 000,0 150 10 +4 961 868,0 150 10 +4 961 868,0 150 10 +4 961 868,0 150 10 +4 961 868,0 150 14 +2 000 000,0 150 14 +2 000 000,0 150 14 +2 000 000,0 150 14 +2 000 000,0 150 14 +2 000 000,0 151 +479 911,9 151 01 +479 911,9 151 01 +479 911,9 151 01 +479 911,9 151 01 +398 411,8 151 01 +398 411,8 151 01 +334 300,1 151 01 +64 111,7 151 01 +81 500,1 151 01 +4 746,6 151 01 +76 753,5 151 01 +14 288,5 151 01 +62 465,0 153 -70 318,9 153 01 +24 961,7 153 01 +24 961,7 153 01 -94 597,7 153 01 +38,0 153 01 +38,0 153 01 -153 742,0 153 01 -85 540,0 153 01 -87 480,0 153 01 +1 940,0 153 01 +6 800,0 153 01 -4 860,0 153 01 -68 202,0 153 01 +61 158,3 153 01 +61 158,3 153 01 -2 052,0 153 01 -2 052,0 153 01 -18 188,8 153 01 -18 188,8 153 01 -18 188,8 153 01 -18 188,8 153 01 +132 394,4 153 01 -37 368,3 153 01 -37 368,3 153 01 -17 882,6 153 01 -19 485,7 153 01 -1 000,0 153 01 -1 000,0 153 01 +244 669,5 153 01 +3 253,9 153 01 -187 800,0 153 01 -61 353,9 153 01 -126 446,1 153 01 +191 053,9 153 01 +242 392,3 153 01 +102 819,8 153 01 +18 870,9 153 01 +83 948,9 153 01 +139 572,5 153 01 +121 260,4 153 01 +18 312,1 153 01 -976,7 153 01 -65 167,2 153 01 -65 167,2 153 01 -8 739,6 153 01 -8 739,6 153 01 +195,6 153 01 +195,6 153 01 +195,6 153 01 +5 158,2 153 01 +4 780,3 153 01 +4 615,1 153 01 +4 615,1 153 01 +0,3 153 01 +0,3 153 01 +164,9 153 01 +164,9 153 01 +377,9 153 01 +377,9 153 01 +377,9 153 05 -52 130,1 153 05 -52 130,1 153 05 -52 130,1 153 05 -52 130,1 153 05 -52 130,1 153 05 -52 130,1 153 07 153 07 153 07 +696,7 153 07 +696,7 153 07 +1 582,9 153 07 -586,2 153 07 -400,0 153 07 -186,2 153 07 -300,0 153 07 -696,7 153 07 -702,4 153 07 -702,4 153 07 -702,4 153 07 +5,7 153 07 +5,7 153 07 +5,7 153 09 -1 008,7 153 09 -4 247,8 153 09 -4 252,0 153 09 -108,0 153 09 -108,0 153 09 -4 144,0 153 09 -3 868,8 153 09 -275,2 153 09 +4,2 153 09 +4,2 153 09 +4,2 153 09 +4,2 153 09 +4 252,0 153 09 +4 252,0 153 09 +108,0 153 09 +108,0 153 09 +4 144,0 153 09 +3 868,8 153 09 +1 720,8 153 09 +2 148,0 153 09 +275,2 153 09 -1 012,9 153 09 -1 012,9 153 09 -13,0 153 09 -13,0 153 09 -999,9 153 09 -999,9 153 09 -739,9 153 09 -260,0 153 09 -690,0 153 09 -50,0 153 09 -640,0 153 09 +690,0 153 10 -42 141,8 153 10 -42 141,8 153 10 -42 141,8 153 10 -42 141,8 153 10 -42 141,8 155 -32 551,1 155 01 155 01 155 01 155 01 155 01 +100,0 155 01 -100,0 155 01 155 01 155 01 +100,0 155 01 -150,0 155 01 +50,0 155 01 155 01 +100,0 155 01 -100,0 155 08 -32 551,1 155 08 -32 551,1 155 08 -32 551,1 155 08 -32 551,1 155 08 -32 551,1 155 08 -32 551,1 157 157 01 157 01 157 01 157 01 -15 533,3 157 01 -15 473,9 157 01 -187,0 157 01 +17,6 157 01 +110,0 157 01 +17 293,3 157 01 +15 473,9 157 01 +59,4 157 01 +1 760,0 157 01 -1 760,0 157 01 -1 760,0 157 01 157 01 157 01 -1 757,1 157 01 -1 757,1 157 01 +1 757,1 157 01 +1 757,1 160 -4 500,0 160 01 -4 500,0 160 01 -4 500,0 160 01 -4 500,0 160 01 -2 500,0 160 01 -2 500,0 160 01 -2 000,0 160 01 -2 000,0 161 +79 192,1 161 04 +79 192,1 161 04 +79 192,1 161 04 +79 192,1 161 04 +33 622,1 161 04 +33 622,1 161 04 +45 570,0 161 04 +43 420,0 161 04 +45 570,0 161 04 -2 150,0 161 04 +1 900,0 161 04 +250,0 165 +13 022,5 165 01 +13 022,5 165 01 +13 022,5 165 01 +13 022,5 165 01 +27 199,9 165 01 +12 833,4 165 01 +14 323,5 165 01 +11 334,4 165 01 +2 989,1 165 01 +43,0 165 01 -7,0 165 01 +50,0 165 01 -14 177,4 165 01 -8 000,0 165 01 -6 264,4 165 01 +87,0 165 01 +7,0 165 01 +80,0 167 167 01 167 01 167 01 +50 000,0 167 01 +106 000,0 167 01 +106 000,0 167 01 -56 000,0 167 01 -56 000,0 167 01 -50 000,0 167 01 -50 000,0 167 01 -50 000,0 168 -1 000,0 168 01 -1 000,0 168 01 -1 000,0 168 01 -1 000,0 168 01 -1 000,0 168 01 -1 000,0 169 -307 628,2 169 01 +6 995,2 169 01 +6 995,2 169 01 +6 995,2 169 01 +6 995,2 169 01 +6 995,2 169 01 169 01 169 01 +4 000,0 169 01 +4 000,0 169 01 -4 000,0 169 01 +3 548,8 169 01 -7 888,8 169 01 -373,0 169 01 -7 515,8 169 01 +340,0 169 01 +220,0 169 01 +120,0 169 04 -32 404,1 169 04 -32 404,1 169 04 -32 404,1 169 04 -32 404,1 169 04 -32 404,1 169 06 -282 219,3 169 06 -282 219,3 169 06 -282 219,3 169 06 -282 219,3 169 06 -282 219,3 171 -226 553,0 171 01 -226 553,0 171 01 +59 984,0 171 01 +59 984,0 171 01 +40 000,0 171 01 +40 000,0 171 01 +19 984,0 171 01 +19 984,0 171 01 -70,1 171 01 -70,1 171 01 -70,1 171 01 +70,1 171 01 +70,1 171 01 +70,1 171 01 +70,1 171 01 -286 537,0 171 01 -286 537,0 171 01 -286 537,0 171 01 -286 537,0 171 07 171 07 171 07 171 07 171 07 171 07 -96,0 171 07 +96,0 172 -500,0 172 04 -500,0 172 04 -500,0 172 04 -500,0 172 04 -500,0 172 04 -500,0 177 -771 170,1 177 01 -2 138,2 177 01 -2 138,2 177 01 -2 138,2 177 01 -2 138,2 177 01 -2 138,2 177 03 -77 416,7 177 03 +108 847,0 177 03 +283 163,0 177 03 -1 800,0 177 03 -1 761,0 177 03 -1 400,0 177 03 -361,0 177 03 -39,0 177 03 +3 216,7 177 03 +39 110,0 177 03 +1 500,0 177 03 +37 610,0 177 03 +2 000,0 177 03 +35 610,0 177 03 -35 893,3 177 03 -13 000,0 177 03 -22 893,3 177 03 -2 321,5 177 03 -2 321,5 177 03 +223 140,3 177 03 +223 140,3 177 03 +85 927,5 177 03 +85 927,5 177 03 -25 000,0 177 03 -25 000,0 177 03 -95 991,5 177 03 -95 991,5 177 03 -95 991,5 177 03 -95 991,5 177 03 -230 737,5 177 03 +3 124,5 177 03 +3 124,5 177 03 -228 974,3 177 03 -132 075,0 177 03 -49 905,3 177 03 -82 169,7 177 03 -96 899,3 177 03 -31 089,0 177 03 -65 810,3 177 03 -386,0 177 03 -65 424,3 177 03 -2 008,9 177 03 -2 008,9 177 03 -17 000,0 177 03 -17 000,0 177 03 -46 052,8 177 03 -46 052,8 177 03 +60 174,0 177 03 +60 174,0 177 03 +56 796,9 177 03 +56 796,9 177 03 +56 796,9 177 03 +80 616,1 177 03 +80 616,1 177 03 -9 862,7 177 03 +88 044,8 177 03 +55 000,0 177 03 +50 000,0 177 03 +5 000,0 177 03 +33 044,8 177 03 +2 434,0 177 03 +20 000,0 177 03 +20 000,0 177 03 +20 000,0 177 03 +20 000,0 177 03 -5 000,0 177 03 -12 000,0 177 03 -12 000,0 177 03 -12 000,0 177 03 +8 000,0 177 03 +8 000,0 177 03 +8 000,0 177 03 -1 000,0 177 03 -1 000,0 177 03 -1 000,0 177 03 -278 631,8 177 03 -292 081,8 177 03 -234 110,8 177 03 -234 110,8 177 03 +212 065,5 177 03 +163 819,1 177 03 +36 269,8 177 03 +127 549,3 177 03 +60 508,0 177 03 +67 041,3 177 03 +48 246,4 177 03 +9 363,0 177 03 +38 883,4 177 03 -162 631,4 177 03 -162 631,4 177 03 -24 620,0 177 03 -24 620,0 177 03 -120 000,0 177 03 -120 000,0 177 03 -12 000,0 177 03 -12 000,0 177 03 +49 214,9 177 03 +49 214,9 177 03 177 03 +14 072,5 177 03 +14 072,5 177 03 +30 083,4 177 03 +30 083,4 177 03 -44 155,9 177 03 +5 802,8 177 03 +3 802,8 177 03 +2 000,0 177 03 -49 958,7 177 03 +14 000,0 177 03 -15 000,0 177 03 +27 000,0 177 03 +27 000,0 177 03 -2 000,0 177 03 -2 000,0 177 03 -40 000,0 177 03 -40 000,0 177 03 +30 000,0 177 03 +30 000,0 177 03 +30 000,0 177 03 -1 000,0 177 03 -1 000,0 177 03 -1 000,0 177 03 -550,0 177 03 -550,0 177 03 -550,0 177 03 -550,0 177 03 +92 368,1 177 03 +94 640,1 177 03 -1 785,0 177 03 -1 785,0 177 03 -488,0 177 03 -488,0 177 03 +96 913,1 177 03 +96 913,1 177 03 +66 376,1 177 03 +30 537,0 177 03 177 03 177 03 177 03 -6 000,0 177 03 +6 000,0 177 03 -2 266,0 177 03 -2 258,0 177 03 -700,0 177 03 -700,0 177 03 -5,0 177 03 -5,0 177 03 -167,0 177 03 -167,0 177 03 -1 386,0 177 03 -1 386,0 177 03 -8,0 177 03 -8,0 177 03 -8,0 177 03 -6,0 177 03 -6,0 177 03 -6,0 177 03 -6,0 177 07 -71 436,6 177 07 -95 795,9 177 07 -92 638,4 177 07 -8 330,0 177 07 -8 330,0 177 07 -2 112,0 177 07 -2 112,0 177 07 -82 196,4 177 07 +300,0 177 07 -112 500,0 177 07 +30 003,6 177 07 -3 145,5 177 07 -3 132,5 177 07 -800,0 177 07 -800,0 177 07 -7,2 177 07 -7,2 177 07 -292,5 177 07 -292,5 177 07 -2 032,8 177 07 -2 032,8 177 07 -13,0 177 07 -13,0 177 07 -13,0 177 07 -12,0 177 07 -12,0 177 07 -12,0 177 07 -12,0 177 07 +24 359,3 177 07 +35 120,4 177 07 -29 403,0 177 07 -29 403,0 177 07 -28 160,0 177 07 -28 160,0 177 07 +92 683,4 177 07 +300,0 177 07 -55 150,0 177 07 -27 000,0 177 07 -28 150,0 177 07 +147 533,4 177 07 +26 025,9 177 07 +121 507,5 177 07 -10 032,1 177 07 -10 710,4 177 07 -3 300,0 177 07 -3 300,0 177 07 -42,2 177 07 -42,2 177 07 -1 285,0 177 07 -1 285,0 177 07 -6 083,2 177 07 -6 083,2 177 07 +800,0 177 07 +800,0 177 07 +800,0 177 07 -121,7 177 07 -121,7 177 07 -121,7 177 07 -729,0 177 07 -640,0 177 07 -640,0 177 07 -640,0 177 07 -89,0 177 07 -89,0 177 07 -89,0 177 07 -20,0 177 07 -69,0 177 09 -586 838,2 177 09 -641 838,2 177 09 -641 838,2 177 09 -641 838,2 177 09 -641 838,2 177 09 -641 838,2 177 09 +55 000,0 177 09 +55 000,0 177 09 +55 000,0 177 09 +45 000,0 177 09 +10 000,0 177 14 -33 340,4 177 14 -33 340,4 177 14 -33 340,4 177 14 -33 340,4 177 14 -33 340,4 177 14 -33 340,4 182 -384 793,1 182 01 -384 793,1 182 01 -360 444,0 182 01 182 01 -100 000,0 182 01 -100 000,0 182 01 +100 000,0 182 01 +450 000,0 182 01 +1 000 000,0 182 01 -550 000,0 182 01 -350 000,0 182 01 +300 000,0 182 01 -650 000,0 182 01 -360 444,0 182 01 -360 444,0 182 01 -360 444,0 182 01 -360 444,0 182 01 -24 349,1 182 01 -24 349,1 182 01 -24 349,1 182 01 -24 349,1 185 -5 425,8 185 02 -5 425,8 185 02 -5 425,8 185 02 -4 050,0 185 02 -3 839,2 185 02 +662,8 185 02 -3 837,2 185 02 +4 500,0 185 02 -4 402,0 185 02 -100,0 185 02 -210,8 185 02 -1 300,8 185 02 -210,8 185 02 -1 090,0 185 02 +942,0 185 02 +148,0 185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