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Договор о дружбе, сотрудничестве и взаимной помощи между Российской Федерацией и Республикой Казахстан от 25 мая 1992 года</w:t>
      </w:r>
    </w:p>
    <w:p>
      <w:r>
        <w:rPr>
          <w:b/>
        </w:rPr>
        <w:t>Статья None. Федеральный закон   от 02.07.2013 № 140-ФЗ</w:t>
      </w:r>
    </w:p>
    <w:p>
      <w:r>
        <w:t>О ратификации Протокола о внесении изменений в Договор о дружбе, сотрудничестве и взаимной помощи между Российской Федерацией и Республикой Казахстан от 25 мая 1992 года РОССИЙСКАЯ ФЕДЕРАЦИЯ ФЕДЕРАЛЬНЫЙ ЗАКОН О ратификации Протокола о внесении изменений в Договор о дружбе, сотрудничестве и взаимной помощи между Российской Федерацией и Республикой Казахстан от 25 мая 1992 года Принят Государственной Думой 14 июня 2013 года Одобрен Советом Федерации 26 июня 2013 года Ратифицировать Протокол о внесении изменений в Договор о дружбе, сотрудничестве и взаимной помощи между Российской Федерацией и Республикой Казахстан от 25 мая 1992 года, подписанный в городе Астане 7 июня 2012 года. Президент Российской Федерации В.Путин Москва, Кремль 2 июля 2013 года № 140-ФЗ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