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между Правительством Российской Федерации и Правительством Республики Казахстан о торгово-экономическом сотрудничестве в области поставок нефти и нефтепродуктов в Республику Казахстан от 9 декабря 2010 года</w:t>
      </w:r>
    </w:p>
    <w:p>
      <w:r>
        <w:rPr>
          <w:b/>
        </w:rPr>
        <w:t>Статья None. Федеральный закон   от 02.07.2013 № 141-ФЗ</w:t>
      </w:r>
    </w:p>
    <w:p>
      <w:r>
        <w:t>О ратификации Протокола о внесении изменений в Соглашение между Правительством Российской Федерации и Правительством Республики Казахстан о торгово-экономическом сотрудничестве в области поставок нефти и нефтепродуктов в Республику Казахстан от 9 декабря 2010 года РОССИЙСКАЯ ФЕДЕРАЦИЯ ФЕДЕРАЛЬНЫЙ ЗАКОН О ратификации Протокола о внесении изменений в Соглашение между Правительством Российской Федерации и Правительством Республики Казахстан о торгово-экономическом сотрудничестве в области поставок нефти и нефтепродуктов в Республику Казахстан от 9 декабря 2010 года Принят Государственной Думой 21 июня 2013 года Одобрен Советом Федерации 26 июня 2013 года Ратифицировать Протокол о внесении изменений в Соглашение между Правительством Российской Федерации и Правительством Республики Казахстан о торгово-экономическом сотрудничестве в области поставок нефти и нефтепродуктов в Республику Казахстан от 9 декабря 2010 года, подписанный в городе Павлодаре 19 сентября 2012 года. Президент Российской Федерации В.Путин Москва, Кремль 2 июля 2013 года № 141-ФЗ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