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жилищных субсидиях гражданам, выезжающим из закрывающихся населенных пунктов в районах Крайнего Севера и приравненных к ним местностях"</w:t>
      </w:r>
    </w:p>
    <w:p>
      <w:r>
        <w:rPr>
          <w:b/>
        </w:rPr>
        <w:t>Статья None. Федеральный закон   от 02.07.2013 № 145-ФЗ</w:t>
      </w:r>
    </w:p>
    <w:p>
      <w:r>
        <w:t>О внесении изменения в статью 1 Федерального закона "О жилищных субсидиях гражданам, выезжающим из закрывающихся населенных пунктов в районах Крайнего Севера и приравненных к ним местностях" РОССИЙСКАЯ ФЕДЕРАЦИЯ ФЕДЕРАЛЬНЫЙ ЗАКОН О внесении изменения в статью 1 Федерального закона "О жилищных субсидиях гражданам, выезжающим из закрывающихся населенных пунктов в районах Крайнего Севера и приравненных к ним местностях" Принят Государственной Думой 18 июня 2013 года Одобрен Советом Федерации 26 июня 2013 года Внести в статью 1 Федерального закона от 17 июля 2011 года № 211-ФЗ "О жилищных субсидиях гражданам, выезжающим из закрывающихся населенных пунктов в районах Крайнего Севера и приравненных к ним местностях" (Собрание законодательства Российской Федерации, 2011, № 30, ст. 4559) изменение, дополнив ее предложением следующего содержания: "Порядок согласования устанавливается Правительством Российской Федерации.". Президент Российской Федерации В.Путин Москва, Кремль 2 июля 2013 года № 145-ФЗ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