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2282; № 27, ст. 3409; 2011, № 11, ст. 1501; № 23, ст. 3254; № 49, ст. 7065; 2012, № 31, ст. 4335; № 41, ст. 5528; № 47, ст. 6395) изменение, заменив слова "Новосибирская область - 135" словами "Новосибирская область - 138".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Новосибирской области в 2013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