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20.13 Кодекса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2010, № 19, ст. 2291; № 31, ст. 4193; 2011, № 1, ст. 10, 23; № 19, ст. 2714; № 47, ст. 6602; № 50, ст. 7362; 2012, № 24, ст. 3082; № 31, ст. 4320; № 47, ст. 6403, 6404, 6405; № 53, ст. 7602; 2013, № 14, ст. 1666; № 19, ст. 2323) следующие изменения: 1) в абзаце первом части 1 статьи 3.5 слова "14.12, частью 21 статьи 14.16 настоящего Кодекса, - пятидесяти тысяч рублей," заменить словами "14.12, частью 21 статьи 14.16, частями 1 и 2 статьи 20.13 настоящего Кодекса, - пятидесяти тысяч рублей, в случаях, предусмотренных частью 3 статьи 20.13 настоящего Кодекса, - ста тысяч рублей,"; 2) статью 20.13 изложить в следующей редакции: "Статья 20.13. Стрельба из оружия в отведенных для этого местах с нарушением установленных правил или в не отведенных для этого местах 1. Стрельба из оружия в отведенных для этого местах с нарушением установленных правил - влечет наложение административного штрафа в размере от трех тысяч до пяти тысяч рублей с конфискацией оружия и патронов к нему или без таковой.</w:t>
      </w:r>
    </w:p>
    <w:p>
      <w:r>
        <w:rPr>
          <w:b/>
        </w:rPr>
        <w:t xml:space="preserve">2. </w:t>
      </w:r>
      <w:r>
        <w:t>Стрельба из оружия в населенных пунктах или в других не отведенных для этого местах - 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</w:t>
      </w:r>
    </w:p>
    <w:p>
      <w:r>
        <w:rPr>
          <w:b/>
        </w:rPr>
        <w:t xml:space="preserve">3. </w:t>
      </w:r>
      <w:r>
        <w:t>Действие, предусмотренное частью 2 настоящей статьи, совершенное группой лиц либо лицом, находящимся в состоянии опьянения, - 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нему."</w:t>
      </w:r>
    </w:p>
    <w:p>
      <w:r>
        <w:rPr>
          <w:b/>
        </w:rPr>
        <w:t>Статья 2</w:t>
      </w:r>
    </w:p>
    <w:p>
      <w:r>
        <w:t>В абзаце втором пункта 1 статьи 1 Федерального закона от 7 мая 2013 года № 96-ФЗ "О внесении изменений в Кодекс Российской Федерации об административных правонарушениях" (Собрание законодательства Российской Федерации, 2013, № 19, ст. 2323) слова "14.12, частью 21 статьи 14.16 настоящего Кодекса, - пятидесяти тысяч рублей," заменить словами "14.12, частью 21 статьи 14.16, частями 1 и 2 статьи 20.13 настоящего Кодекса, - пятидесяти тысяч рублей, в случаях, предусмотренных частью 3 статьи 20.13 настоящего Кодекса, - ста тысяч рублей,".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30 июля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