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официальном статистическом учете и системе государственной статистики в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29 ноября 2007 года № 282-ФЗ "Об официальном статистическом учете и системе государственной статистики в Российской Федерации" (Собрание законодательства Российской Федерации, 2007, № 49, ст. 6043; 2011, № 43, ст. 5973) следующие изменения: 1) в статье 2: а) пункт 3 после слов "количественной стороне" дополнить словом "массовых"; б) дополнить пунктом 9 следующего содержания: "9) национальные счета - совокупность балансовых таблиц и методов их составления, обеспечивающая формирование официальной статистической информации о валовом внутреннем продукте и других макроэкономических показателях."; 2) в статье 5: а) часть 8 после слов "по его актуализации" дополнить словами ", составлении национальных счетов"; б) в части 9 слова "при условии их обязательного обезличивания" исключить; 3) в статье 7: а) часть 2 после слов "административных данных," дополнить словами "составления национальных счетов,"; б) дополнить частью 4 следующего содержания: "4. Методология составления национальных счетов разрабатывается и утверждается уполномоченным Правительством Российской Федерации федеральным органом исполнительной власти."; 4) в статье 8: а) в части 1 слова "при условии их обязательного обезличивания" исключить; б) в части 5 слова "при условии их обязательного обезличивания" исключить; 5) статью 9 изложить в следующей редакции: "Статья 9. Гарантии защиты первичных статистических данных, содержащихся в формах федерального статистического наблюдения, и административных данных, доступ к которым ограничен федеральными законами 1. Первичные статистические данные, содержащиеся в формах федерального статистического наблюдения, являются информацией ограниченного доступа, за исключением информации, недопустимость ограничения доступа к которой установлена федеральными законами. Субъекты официального статистического учета обязаны обеспечить конфиденциальность информации ограниченного доступа. Первичные статистические данные, являющиеся информацией ограниченного доступа, не подлежат разглашению (распространению и (или) предоставлению) и используются только в целях формирования официальной статистической информации.</w:t>
      </w:r>
    </w:p>
    <w:p>
      <w:r>
        <w:rPr>
          <w:b/>
        </w:rPr>
        <w:t xml:space="preserve">2. </w:t>
      </w:r>
      <w:r>
        <w:t>Субъекты официального статистического учета не вправе предоставлять федеральным органам государственной власти, органам государственной власти субъектов Российской Федерации, органам местного самоуправления, государственным и муниципальным служащим, должностным лицам, другим физическим и юридическим лицам первичные статистические данные, являющиеся информацией ограниченного доступа, для использования этих данных в иных не связанных с формированием официальной статистической информации целях</w:t>
      </w:r>
    </w:p>
    <w:p>
      <w:r>
        <w:rPr>
          <w:b/>
        </w:rPr>
        <w:t xml:space="preserve">3. </w:t>
      </w:r>
      <w:r>
        <w:t>Федеральные органы государственной власти, органы государственной власти субъектов Российской Федерации, органы местного самоуправления, государственные и муниципальные служащие, должностные лица, другие физические и юридические лица не вправе требовать предоставление первичных статистических данных, являющихся информацией ограниченного доступа, от субъектов официального статистического учета и использовать их в иных не связанных с формированием официальной статистической информации целях</w:t>
      </w:r>
    </w:p>
    <w:p>
      <w:r>
        <w:rPr>
          <w:b/>
        </w:rPr>
        <w:t xml:space="preserve">4. </w:t>
      </w:r>
      <w:r>
        <w:t>Обработка первичных статистических данных, указанных в части 1 настоящей статьи, и административных данных, доступ к которым ограничен федеральными законами, осуществляется в условиях, гарантирующих в соответствии с законодательством Российской Федерации защиту таких данных от несанкционированного доступа, предотвращение их хищения, утраты, подделки или искажения, а также при условии обязательного обезличивания персональных данных субъектами официального статистического учета</w:t>
      </w:r>
    </w:p>
    <w:p>
      <w:r>
        <w:rPr>
          <w:b/>
        </w:rPr>
        <w:t xml:space="preserve">5. </w:t>
      </w:r>
      <w:r>
        <w:t>В случае, если должностные лица, а также лица, которые в силу своего служебного положения или рода осуществляемой деятельности имели доступ к информации ограниченного доступа, допустили утрату этой информации, ее незаконное разглашение (распространение и (или) предоставление) либо фальсифицировали ее или содействовали ее фальсификации, указанные лица несут дисциплинарную, гражданско-правовую, административную или уголовную ответственность в соответствии с законодательством Российской Федерации."</w:t>
      </w:r>
    </w:p>
    <w:p>
      <w:r>
        <w:rPr>
          <w:b/>
        </w:rPr>
        <w:t>Статья 2</w:t>
      </w:r>
    </w:p>
    <w:p>
      <w:r>
        <w:t>Внести в Федеральный закон от 21 июля 2005 года № 94-ФЗ "О размещении заказов на поставки товаров, выполнение работ, оказание услуг для государственных и муниципальных нужд" (Собрание законодательства Российской Федерации, 2005, № 30, ст. 3105; 2007, № 17, ст. 1929; № 31, ст. 4015; 2008, № 30, ст. 3616; 2009, № 19, ст. 2283; № 29, ст. 3601; 2010, № 19, ст. 2291; № 31, ст. 4209; 2011, № 29, ст. 4291; 2012, № 30, ст. 4173; 2013, № 14, ст. 1652) следующие изменения</w:t>
      </w:r>
    </w:p>
    <w:p>
      <w:r>
        <w:t>в части 4 статьи 16 слова "сертификатов ключей электронно-цифровых подписей" заменить словами "квалифицированных сертификатов ключей проверки электронной подписи"</w:t>
      </w:r>
    </w:p>
    <w:p>
      <w:r>
        <w:t>в статье 412: а) в части 2 слова "электронной цифровой подписью" заменить словами "усиленной электронной подписью в соответствии с условиями функционирования электронных площадок"; б) в части 3 слова "электронной цифровой подписью" заменить словами "усиленной электронной подписью в соответствии с условиями функционирования электронных площадок"; в) в части 4 слова "электронной цифровой подписью" заменить словами "усиленной электронной подписью в соответствии с условиями функционирования электронных площадок"; г) в части 5 слова "электронной цифровой подписи" заменить словами "усиленной электронной подписи в соответствии с условиями функционирования электронных площадок"</w:t>
      </w:r>
    </w:p>
    <w:p>
      <w:r>
        <w:t>в статье 413: а) в части 10 слова "электронной цифровой подписи)" заменить словами "усиленной электронной подписи в соответствии с условиями функционирования электронных площадок)"; б) в части 11 слова "электронная цифровая подпись" в соответствующих числе и падеже заменить словами "усиленная электронная подпись в соответствии с условиями функционирования электронных площадок" в соответствующих числе и падеже</w:t>
      </w:r>
    </w:p>
    <w:p>
      <w:r>
        <w:t>в части 4 статьи 414 слова "электронной цифровой подписи" заменить словами "усиленной электронной подписи в соответствии с условиями функционирования электронных площадок"</w:t>
      </w:r>
    </w:p>
    <w:p>
      <w:r>
        <w:t>в статье 4112: а) в части 3 слова "электронной цифровой подписи" заменить словами "усиленной электронной подписи в соответствии с условиями функционирования электронных площадок"; б) в части 4 слова "электронной цифровой подписью" заменить словами "усиленной электронной подписью в соответствии с условиями функционирования электронных площадок"; в) в части 41 слова "электронной цифровой подписью" заменить словами "усиленной электронной подписью в соответствии с условиями функционирования электронных площадок"; г) в части 43 слова "электронной цифровой подписи" заменить словами "усиленной электронной подписи в соответствии с условиями функционирования электронных площадок"; д) в части 44 слова "электронной цифровой подписью" заменить словами "усиленной электронной подписью в соответствии с условиями функционирования электронных площадок"; е) в части 46 слова "электронной цифровой подписью" заменить словами "усиленной электронной подписью в соответствии с условиями функционирования электронных площадок"; ж) в части 5 слова "электронной цифровой подписью" заменить словами "усиленной электронной подписью в соответствии с условиями функционирования электронных площадок"; з) в части 6 слова "электронной цифровой подписью" заменить словами "усиленной электронной подписью в соответствии с условиями функционирования электронных площадок"; и) в части 61 слова "электронной цифровой подписью" заменить словами "усиленной электронной подписью в соответствии с условиями функционирования электронных площадок"; к) в части 7 слова "электронной цифровой подписью" заменить словами "усиленной электронной подписью в соответствии с условиями функционирования электронных площадок"; л) в части 11 слова "электронной цифровой подписью" заменить словами "усиленной электронной подписью в соответствии с условиями функционирования электронных площадок"</w:t>
      </w:r>
    </w:p>
    <w:p>
      <w:r>
        <w:rPr>
          <w:b/>
        </w:rPr>
        <w:t>Статья 3</w:t>
      </w:r>
    </w:p>
    <w:p>
      <w:r>
        <w:t>Внести в статью 19 Федерального закона от 6 апреля 2011 года № 63-ФЗ "Об электронной подписи" (Собрание законодательства Российской Федерации, 2011, № 15, ст. 2036) следующие изменения</w:t>
      </w:r>
    </w:p>
    <w:p>
      <w:r>
        <w:t>часть 2 изложить в следующей редакции: "2. Электронный документ, подписанный электронной подписью, ключ проверки которой содержится в сертификате ключа проверки электронной подписи, выданном в соответствии с порядком, ранее установленным Федеральным законом от 10 января 2002 года № 1-ФЗ "Об электронной цифровой подписи", в течение срока действия указанного сертификата, но не позднее 31 декабря 2013 года признается электронным документом, подписанным квалифицированной электронной подписью в соответствии с настоящим Федеральным законом."</w:t>
      </w:r>
    </w:p>
    <w:p>
      <w:r>
        <w:t>дополнить частью 3 следующего содержания: "3. В случаях, если федеральными законами и иными нормативными правовыми актами, вступившими в силу до 1 июля 2013 года, предусмотрено использование электронной цифровой подписи, используется усиленная квалифицированная электронная подпись в соответствии с настоящим Федеральным законом."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2 и 3 настоящего Федерального закона</w:t>
      </w:r>
    </w:p>
    <w:p>
      <w:r>
        <w:rPr>
          <w:b/>
        </w:rPr>
        <w:t xml:space="preserve">2. </w:t>
      </w:r>
      <w:r>
        <w:t>Статьи 2 и 3 настоящего Федерального закона вступают в силу с 1 июля 2013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