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связи"</w:t>
      </w:r>
    </w:p>
    <w:p>
      <w:r>
        <w:rPr>
          <w:b/>
        </w:rPr>
        <w:t>Статья 1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2004, № 35, ст. 3607; 2006, № 10, ст. 1069; № 31, ст. 3431; 2007, № 7, ст. 835; 2010, № 7, ст. 705; № 27, ст. 3408; № 31, ст. 4190; 2011, № 27, ст. 3873; № 45, ст. 6333; № 50, ст. 7351; 2012, № 53, ст. 7578) следующие изменения</w:t>
      </w:r>
    </w:p>
    <w:p>
      <w:r>
        <w:t>статью 2 дополнить подпунктом 341 следующего содержания: "341) контентные услуги - вид услуг связи, которые технологически неразрывно связаны с услугами подвижной радиотелефонной связи и направлены на повышение их потребительской ценности (в том числе услуги по предоставлению абонентам возможности получать на пользовательское (оконечное) оборудование в сетях связи справочную, развлекательную и (или) иную дополнительно оплачиваемую информацию, участвовать в голосовании, играх, конкурсах и аналогичных мероприятиях) и стоимость оказания которых оплачивается абонентом оператору связи, с которым у абонента заключен договор об оказании услуг связи;"</w:t>
      </w:r>
    </w:p>
    <w:p>
      <w:r>
        <w:t>статью 44 дополнить пунктом 5 следующего содержания: "5. В случае привлечения оператором связи иных лиц к оказанию контентных услуг, за исключением услуг связи, оказываемых через единый портал государственных и муниципальных услуг, оператор связи на основании обращения абонента обязан создать отдельный лицевой счет, предназначенный только для оплаты данных услуг связи в пределах средств, находящихся на указанном лицевом счете. При отсутствии указанного обращения оплата данных услуг связи осуществляется в порядке, установленном абзацем третьим настоящего пункта. Оказание иных услуг, технологически неразрывно связанных с услугами подвижной радиотелефонной связи и направленных на повышение их потребительской ценности, осуществляется с согласия абонента, выраженного посредством совершения им действий, однозначно идентифицирующих абонента и позволяющих достоверно установить его волеизъявление на получение данных услуг. До получения согласия абонента об оказании иных услуг связи, технологически неразрывно связанных с услугами подвижной радиотелефонной связи и направленных на повышение их потребительской ценности, в том числе контентных услуг, оператор связи должен предоставлять абоненту информацию о тарифах на услуги и кратком содержании данных услуг, а также о лице, предоставляющем конкретную услугу, и лицевом счете, с которого осуществляется списание денежных средств на оплату таких услуг. Расчеты за оказанные абоненту услуги осуществляются оператором связи."</w:t>
      </w:r>
    </w:p>
    <w:p>
      <w:r>
        <w:t>статью 54 дополнить пунктом 5 следующего содержания: "5. Не подлежат оплате иные услуги связи, технологически неразрывно связанные с услугами подвижной радиотелефонной связи и направленные на повышение их потребительской ценности, в том числе контентные услуги, оказанные с нарушением требований, установленных настоящим Федеральным законом."</w:t>
      </w:r>
    </w:p>
    <w:p>
      <w:r>
        <w:t>статью 68 дополнить пунктом 8 следующего содержания: "8. Операторы связи несут ответственность перед абонентами за нарушение требований, установленных пунктом 5 статьи 44 настоящего Федерального закона, при подключении и предоставлении иных услуг связи, технологически неразрывно связанных с услугами подвижной радиотелефонной связи и направленных на повышение их потребительской ценности, в том числе контентных услуг."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