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санитарно-эпидемиологическом благополучии населения"</w:t>
      </w:r>
    </w:p>
    <w:p>
      <w:r>
        <w:rPr>
          <w:b/>
        </w:rPr>
        <w:t>Статья None. Федеральный закон   от 23.07.2013 № 246-ФЗ</w:t>
      </w:r>
    </w:p>
    <w:p>
      <w:r>
        <w:t>О внесении изменений в Федеральный закон "О санитарно-эпидемиологическом благополучии населения" РОССИЙСКАЯ ФЕДЕРАЦИЯ ФЕДЕРАЛЬНЫЙ ЗАКОН О внесении изменений в Федеральный закон "О санитарно-эпидемиологическом благополучии населения" Принят Государственной Думой 2 июля 2013 года Одобрен Советом Федерации 10 июля 2013 года 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2, ст. 167; № 27, ст. 2700; 2004, № 35, ст. 3607; 2005, № 19, ст. 1752; 2007, № 49, ст. 6070; 2008, № 29, ст. 3418; 2009, № 1, ст. 17; 2011, № 1, ст. 6; № 30, ст. 4590, 4596; 2012, № 26, ст. 3446) следующие изменения</w:t>
      </w:r>
    </w:p>
    <w:p>
      <w:r>
        <w:t>в пункте 1 статьи 38 слова "нормативно-правовое регулирование в сфере санитарно-эпидемиологического благополучия" заменить словами "федеральный государственный санитарно-эпидемиологический надзор</w:t>
      </w:r>
    </w:p>
    <w:p>
      <w:r>
        <w:t>в статье 39: а) в наименовании слова "и введение в действие" исключить; б) пункт 1 изложить в следующей редакции: "1. На территории Российской Федерации действуют федеральные санитарные правила, утвержденные федеральным органом исполнительной власти, осуществляющим федеральный государственный санитарно-эпидемиологический надзор, в порядке, установленном Правительством Российской Федерации."</w:t>
      </w:r>
    </w:p>
    <w:p>
      <w:r>
        <w:t>в абзаце втором пункта 2 статьи 46 слово "уполномоченный" исключить</w:t>
      </w:r>
    </w:p>
    <w:p>
      <w:r>
        <w:t>в статье 51: а) абзац третий пункта 2 изложить в следующей редакции: "принимать постановления, издавать распоряжения и указания, утверждать методические, инструктивные и другие документы по вопросам организации федерального государственного санитарно-эпидемиологического надзора и обеспечения санитарно-эпидемиологического благополучия населения;"; б) в абзаце втором пункта 3 слова "нормативно-правовое регулирование в сфере санитарно-эпидемиологического благополучия населения" заменить словами "федеральный государственный санитарно-эпидемиологический надзор". Президент Российской Федерации В.Путин Москва, Кремль 23 июля 2013 года № 246-ФЗ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