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   от 30.09.2013 № 258-ФЗ</w:t>
      </w:r>
    </w:p>
    <w:p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РОССИЙСКАЯ ФЕДЕРАЦИЯ ФЕДЕРАЛЬНЫЙ ЗАКОН 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Принят Государственной Думой 20 сентября 2013 года Одобрен Советом Федерации 25 сентября 2013 года Ратифицировать 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подписанный в городе Ялте 28 сентября 2012 года. Президент Российской Федерации В.Путин Москва, Кремль 30 сентября 2013 года № 258-ФЗ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