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области оказания высокотехнологичной медицинской помощи гражданам государств - членов Евразийского экономического сообщества</w:t>
      </w:r>
    </w:p>
    <w:p>
      <w:r>
        <w:rPr>
          <w:b/>
        </w:rPr>
        <w:t>Статья None. Федеральный закон   от 02.11.2013 № 287-ФЗ</w:t>
      </w:r>
    </w:p>
    <w:p>
      <w:r>
        <w:t>О ратификации Соглашения о сотрудничестве в области оказания высокотехнологичной медицинской помощи гражданам государств - членов Евразийского экономического сообщества РОССИЙСКАЯ ФЕДЕРАЦИЯ ФЕДЕРАЛЬНЫЙ ЗАКОН О ратификации Соглашения о сотрудничестве в области оказания высокотехнологичной медицинской помощи гражданам государств - членов Евразийского экономического сообщества Принят Государственной Думой 18 октября 2013 года Одобрен Советом Федерации 30 октября 2013 года Ратифицировать Соглашение о сотрудничестве в области оказания высокотехнологичной медицинской помощи гражданам государств - членов Евразийского экономического сообщества, подписанное в городе Ялте 28 сентября 2012 года. Президент Российской Федерации В.Путин Москва, Кремль 2 ноября 2013 года № 287-ФЗ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