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Социалистической Республики Вьетнам о временной трудовой деятельности граждан Российской Федерации в Социалистической Республике Вьетнам и граждан Социалистической Республики Вьетнам в Российской Федерации</w:t>
      </w:r>
    </w:p>
    <w:p>
      <w:r>
        <w:rPr>
          <w:b/>
        </w:rPr>
        <w:t>Статья None. Федеральный закон   от 02.11.2013 № 290-ФЗ</w:t>
      </w:r>
    </w:p>
    <w:p>
      <w:r>
        <w:t>О ратификации Соглашения между Правительством Российской Федерации и Правительством Социалистической Республики Вьетнам о временной трудовой деятельности граждан Российской Федерации в Социалистической Республике Вьетнам и граждан Социалистической Республики Вьетнам в Российской Федерации РОССИЙСКАЯ ФЕДЕРАЦИЯ ФЕДЕРАЛЬНЫЙ ЗАКОН О ратификации Соглашения между Правительством Российской Федерации и Правительством Социалистической Республики Вьетнам о временной трудовой деятельности граждан Российской Федерации в Социалистической Республике Вьетнам и граждан Социалистической Республики Вьетнам в Российской Федерации Принят Государственной Думой 18 октября 2013 года Одобрен Советом Федерации 30 октября 2013 года Ратифицировать Соглашение между Правительством Российской Федерации и Правительством Социалистической Республики Вьетнам о временной трудовой деятельности граждан Российской Федерации в Социалистической Республике Вьетнам и граждан Социалистической Республики Вьетнам в Российской Федерации, подписанное в городе Москве 27 октября 2008 года. Президент Российской Федерации В.Путин Москва, Кремль 2 ноября 2013 года № 290-ФЗ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