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15 и 24 Федерального закона "О статусе военнослужащих"</w:t>
      </w:r>
    </w:p>
    <w:p>
      <w:r>
        <w:rPr>
          <w:b/>
        </w:rPr>
        <w:t>Статья None. Федеральный закон   от 02.11.2013 № 298-ФЗ</w:t>
      </w:r>
    </w:p>
    <w:p>
      <w:r>
        <w:t>О внесении изменений в статьи 15 и 24 Федерального закона "О статусе военнослужащих" РОССИЙСКАЯ ФЕДЕРАЦИЯ ФЕДЕРАЛЬНЫЙ ЗАКОН О внесении изменений в статьи 15 и 24 Федерального закона "О статусе военнослужащих" Принят Государственной Думой 18 октября 2013 года Одобрен Советом Федерации 30 октября 2013 года Внести в Федеральный закон от 27 мая 1998 года № 76-ФЗ "О статусе военнослужащих" (Собрание законодательства Российской Федерации, 1998, № 22, ст. 2331; 2002, № 19, ст. 1794; 2003, № 46, ст. 4437; 2004, № 30, ст. 3089; № 35, ст. 3607; 2006, № 19, ст. 2062, 2067; № 29, ст. 3122; 2007, № 50, ст. 6237; 2008, № 30, ст. 3616; № 49, ст. 5723; 2009, № 52, ст. 6415; 2010, № 50, ст. 6600; 2011, № 51, ст. 7448; 2012, № 25, ст. 3270; № 26, ст. 3443; 2013, № 27, ст. 3477) следующие изменения: 1)в статье 15: а) в пункте 1: абзац третий изложить в следующей редакции: "Военнослужащим - гражданам, заключившим контракт о прохождении военной службы до 1 января 1998 года (за исключением курсантов военных профессиональных образовательных организаций и военных образовательных организаций высшего образования), и совместно проживающим с ними членам их семей, признанным нуждающимися в улучшении жилищных условий до 1 марта 2005 года или признанным нуждающимися в жилых помещениях в соответствии со статьей 51 Жилищного кодекса Российской Федерации после 1 марта 2005 года, предоставляются жилые помещения, находящиеся в федеральной собственности, по выбору указанных граждан в собственность бесплатно на основании решения федерального органа исполнительной власти, в котором федеральным законом предусмотрена военная служба, или по договору социального найма с указанным федеральным органом исполнительной власти по месту военной службы, а при увольнении с военной службы по достижении ими предельного возраста пребывания на военной службе, по состоянию здоровья или в связи с организационно-штатными мероприятиями при общей продолжительности военной службы 10 лет и более - по избранному месту жительства в соответствии с нормами предоставления площади жилого помещения, предусмотренными статьей 15 1 настоящего Федерального закона."; в абзаце двенадцатом второе и третье предложения исключить; дополнить новым абзацем тринадцатым следующего содержания: "Порядок признания лиц, указанных в абзацах третьем и двенадцатом настоящего пункта, нуждающимися в жилых помещениях и порядок предоставления им жилых помещений в собственность бесплатно определяются Правительством Российской Федерации."; абзацы тринадцатый - шестнадцатый считать соответственно абзацами четырнадцатым - семнадцатым; б) пункт 13 изложить в следующей редакции: "13. Граждане, уволенные с военной службы, общая продолжительность военной службы которых составляет 20 лет и более, а при увольнении с военной службы по достижении ими предельного возраста пребывания на военной службе, по состоянию здоровья или в связи с организационно-штатными мероприятиями при общей продолжительности военной службы 10 лет и более, не обеспеченные на момент увольнения с военной службы жилыми помещениями, не могут быть без их согласия сняты с учета в качестве нуждающихся в жилых помещениях по последнему перед увольнением месту военной службы и обеспечиваются жилыми помещениями в порядке, предусмотренном настоящим Федеральным законом для военнослужащих.";</w:t>
      </w:r>
    </w:p>
    <w:p>
      <w:r>
        <w:t>в пункте 3 1 статьи 24: а) абзац первый изложить в следующей редакции: "3 1 . Членам семей военнослужащих (за исключением военнослужащих, участвовавших в накопительно-ипотечной системе жилищного обеспечения военнослужащих), погибших (умерших) в период прохождения военной службы, и членам семей граждан, проходивших военную службу по контракту и погибших (умерших) после увольнения с военной службы по достижении ими предельного возраста пребывания на военной службе, по состоянию здоровья или в связи с организационно-штатными мероприятиями, общая продолжительность военной службы которых составляет 10 лет и более, а при общей продолжительности военной службы 20 лет и более вне зависимости от основания увольнения, признанным нуждающимися в жилых помещениях или имевшим основания быть признанными нуждающимися в жилых помещениях в соответствии с настоящим Федеральным законом до гибели (смерти) военнослужащего или гражданина, уволенного с военной службы, жилые помещения предоставляются в порядке и на условиях, которые предусмотрены пунктом 1 статьи 15 и статьей 15 1 настоящего Федерального закона."; б) дополнить абзацем следующего содержания: "На лиц, указанных в абзаце первом настоящего пункта, распространяется действие абзаца второго пункта 14 статьи 15 настоящего Федерального закона.". Президент Российской Федерации В.Путин Москва, Кремль 2 ноября 2013 года № 298-ФЗ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