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19.22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02.11.2013 № 305-ФЗ</w:t>
      </w:r>
    </w:p>
    <w:p>
      <w:r>
        <w:t>О внесении изменения в статью 19.22 Кодекса Российской Федерации об административных правонарушениях РОССИЙСКАЯ ФЕДЕРАЦИЯ ФЕДЕРАЛЬНЫЙ ЗАКОН О внесении изменения в статью 19.22 Кодекса Российской Федерации об административных правонарушениях Принят Государственной Думой 18 октября 2013 года Одобрен Советом Федерации 30 октября 2013 года Внести в абзац второй части 1 статьи 19.22 Кодекса Российской Федерации об административных правонарушениях (Собрание законодательства Российской Федерации, 2002, № 1, ст. 1; 2007, № 26, ст. 3089; 2012, № 6, ст. 621) изменение, изложив его в следующей редакции: "влечет наложение административного штрафа на граждан в размере от одной тысячи пятисот до двух тысяч рублей; на должностных лиц - от двух тысяч до трех тысяч пятисот рублей; на юридических лиц - от пяти тысяч до десяти тысяч рублей.". Президент Российской Федерации В.Путин Москва, Кремль 2 ноября 2013 года № 305-ФЗ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