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Содружеством Независимых Государств об условиях пребывания Координационной службы Совета командующих Пограничными войсками государств - участников Содружества Независимых Государств на территории Российской Федерации</w:t>
      </w:r>
    </w:p>
    <w:p>
      <w:r>
        <w:rPr>
          <w:b/>
        </w:rPr>
        <w:t>Статья None. Федеральный закон   от 02.12.2013 № 319-ФЗ</w:t>
      </w:r>
    </w:p>
    <w:p>
      <w:r>
        <w:t>О ратификации Соглашения между Правительством Российской Федерации и Содружеством Независимых Государств об условиях пребывания Координационной службы Совета командующих Пограничными войсками государств - участников Содружества Независимых Государств на территории Российской Федерации РОССИЙСКАЯ ФЕДЕРАЦИЯ ФЕДЕРАЛЬНЫЙ ЗАКОН О ратификации Соглашения между Правительством Российской Федерации и Содружеством Независимых Государств об условиях пребывания Координационной службы Совета командующих Пограничными войсками государств - участников Содружества Независимых Государств на территории Российской Федерации Принят Государственной Думой 22 ноября 2013 года Одобрен Советом Федерации 27 ноября 2013 года Ратифицировать Соглашение между Правительством Российской Федерации и Содружеством Независимых Государств об условиях пребывания Координационной службы Совета командующих Пограничными войсками государств - участников Содружества Независимых Государств на территории Российской Федерации, подписанное в городе Москве 19 апреля 2012 года. Президент Российской Федерации В.Путин Москва, Кремль 2 декабря 2013 года № 319-ФЗ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