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None. Федеральный закон   от 02.12.2013 № 337-ФЗ</w:t>
      </w:r>
    </w:p>
    <w:p>
      <w:r>
        <w:t>О внесении изменения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РОССИЙСКАЯ ФЕДЕРАЦИЯ ФЕДЕРАЛЬНЫЙ ЗАКОН О внесении изменения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Принят Государственной Думой 22 ноября 2013 года Одобрен Советом Федерации 27 ноября 2013 года Внести в пункт 8 части 2 статьи 20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52, ст. 6441) изменение, заменив слова "частью 3 статьи 12 настоящего Федерального закона" словами "частью 6 статьи 12 настоящего Федерального закона". Президент Российской Федерации В.Путин Москва, Кремль 2 декабря 2013 года № 337-ФЗ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