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бюджете Фонда социального страхования Российской Федерации на 2014 год и на плановый период 2015 и 2016 годов</w:t>
      </w:r>
    </w:p>
    <w:p>
      <w:r>
        <w:rPr>
          <w:b/>
        </w:rPr>
        <w:t>Статья 1. Основные характеристики бюджета Фонда социального страхования Российской Федерации на 2014 год и на плановый период 2015 и 2016 годов</w:t>
      </w:r>
    </w:p>
    <w:p>
      <w:r>
        <w:rPr>
          <w:b/>
        </w:rPr>
        <w:t xml:space="preserve">1. </w:t>
      </w:r>
      <w:r>
        <w:t>Утвердить основные характеристики бюджета Фонда социального страхования Российской Федерации (далее - Фонд) на 2014 год</w:t>
      </w:r>
    </w:p>
    <w:p>
      <w:r>
        <w:rPr>
          <w:b/>
        </w:rPr>
        <w:t xml:space="preserve">2. </w:t>
      </w:r>
      <w:r>
        <w:t>Утвердить основные характеристики бюджета Фонда на плановый период 2015 и 2016 годов</w:t>
      </w:r>
    </w:p>
    <w:p>
      <w:r>
        <w:rPr>
          <w:b/>
        </w:rPr>
        <w:t xml:space="preserve">1. </w:t>
      </w:r>
      <w:r>
        <w:t>прогнозируемый общий объем доходов бюджета Фонда в сумме 565 023 009,0 тыс. рублей, в том числе по обязательному социальному страхованию на случай временной нетрудоспособности и в связи с материнством в сумме 436 684 344,2 тыс. рублей, из них средства федерального бюджета, передаваемые бюджету Фонда на компенсацию выпадающих доходов бюджета Фонда в связи с установлением пониженных тарифов страховых взносов на обязательное социальное страхование на случай временной нетрудоспособности и в связи с материнством в сумме 14 840 000,0 тыс. рублей, по обязательному социальному страхованию от несчастных случаев на производстве и профессиональных заболеваний в сумме 95 417 107,9 тыс. рублей, межбюджетные трансферты на исполнение отдельных государственных полномочий из федерального бюджета в сумме 13 891 556,9 тыс. рублей и из бюджета Федерального фонда обязательного медицинского страхования в сумме 19 030 000,0 тыс. рублей</w:t>
      </w:r>
    </w:p>
    <w:p>
      <w:r>
        <w:rPr>
          <w:b/>
        </w:rPr>
        <w:t xml:space="preserve">1. </w:t>
      </w:r>
      <w:r>
        <w:t>общий объем расходов бюджета Фонда в сумме 564 917 198,6 тыс. рублей, в том числе по обязательному социальному страхованию на случай временной нетрудоспособности и в связи с материнством в сумме 450 277 763,8 тыс. рублей, по обязательному социальному страхованию от несчастных случаев на производстве и профессиональных заболеваний в сумме 81 717 877,9 тыс. рублей, за счет межбюджетных трансфертов на исполнение отдельных государственных полномочий из федерального бюджета и бюджета Федерального фонда обязательного медицинского страхования в сумме 32 921 556,9 тыс. рублей</w:t>
      </w:r>
    </w:p>
    <w:p>
      <w:r>
        <w:rPr>
          <w:b/>
        </w:rPr>
        <w:t xml:space="preserve">1. </w:t>
      </w:r>
      <w:r>
        <w:t>объем профицита бюджета Фонда в сумме 105 810,4 тыс. рублей, включая объем дефицита бюджета Фонда в части обязательного социального страхования на случай временной нетрудоспособности и в связи с материнством в сумме 13 593 419,6 тыс. рублей и объем профицита в части обязательного социального страхования от несчастных случаев на производстве и профессиональных заболеваний в сумме 13 699 230,0 тыс. рублей</w:t>
      </w:r>
    </w:p>
    <w:p>
      <w:r>
        <w:rPr>
          <w:b/>
        </w:rPr>
        <w:t xml:space="preserve">2. </w:t>
      </w:r>
      <w:r>
        <w:t>прогнозируемый общий объем доходов бюджета Фонда на 2015 год в сумме 608 395 933,0 тыс. рублей и на 2016 год в сумме 658 601 410,9 тыс. рублей, в том числе по обязательному социальному страхованию на случай временной нетрудоспособности и в связи с материнством на 2015 год в сумме 471 718 590,4 тыс. рублей и на 2016 год в сумме 511 883 967,5 тыс. рублей, из них средства федерального бюджета, передаваемые бюджету Фонда на компенсацию выпадающих доходов бюджета Фонда в связи с установлением пониженных тарифов страховых взносов на обязательное социальное страхование на случай временной нетрудоспособности и в связи с материнством на 2015 год в сумме 13 950 000,0 тыс. рублей и на 2016 год в сумме 15 230 000,0 тыс. рублей, по обязательному социальному страхованию от несчастных случаев на производстве и профессиональных заболеваний на 2015 год в сумме 102 947 019,9 тыс. рублей и на 2016 год в сумме 111 620 061,3 тыс. рублей, межбюджетные трансферты на исполнение отдельных государственных полномочий из федерального бюджета на 2015 год в сумме 14 700 322,7 тыс. рублей и на 2016 год в сумме 16 067 382,1 тыс. рублей и из бюджета Федерального фонда обязательного медицинского страхования ежегодно в сумме 19 030 000,0 тыс. рублей</w:t>
      </w:r>
    </w:p>
    <w:p>
      <w:r>
        <w:rPr>
          <w:b/>
        </w:rPr>
        <w:t xml:space="preserve">2. </w:t>
      </w:r>
      <w:r>
        <w:t>общий объем расходов бюджета Фонда на 2015 год в сумме 621 583 328,3 тыс. рублей и на 2016 год в сумме 672 972 572,0 тыс. рублей, в том числе по обязательному социальному страхованию на случай временной нетрудоспособности и в связи с материнством на 2015 год в сумме 499 631 676,0 тыс. рублей и на 2016 год в сумме 542 665 740,4 тыс. рублей, по обязательному социальному страхованию от несчастных случаев на производстве и профессиональных заболеваний на 2015 год в сумме 88 221 329,6 тыс. рублей и на 2016 год в сумме 95 209 449,5 тыс. рублей, за счет межбюджетных трансфертов на исполнение отдельных государственных полномочий из федерального бюджета и бюджета Федерального фонда обязательного медицинского страхования на 2015 год в сумме 33 730 322,7 тыс. рублей и на 2016 год в сумме 35 097 382,1 тыс. рублей</w:t>
      </w:r>
    </w:p>
    <w:p>
      <w:r>
        <w:rPr>
          <w:b/>
        </w:rPr>
        <w:t xml:space="preserve">2. </w:t>
      </w:r>
      <w:r>
        <w:t>объем дефицита бюджета Фонда на 2015 год в сумме 13 187 395,3 тыс. рублей и на 2016 год в сумме 14 371 161,1 тыс. рублей, включая объем дефицита бюджета Фонда в части обязательного социального страхования на случай временной нетрудоспособности и в связи с материнством на 2015 год в сумме 27 913 085,6 тыс. рублей и на 2016 год в сумме 30 781 772,9 тыс. рублей и объем профицита в части обязательного социального страхования от несчастных случаев на производстве и профессиональных заболеваний на 2015 год в сумме 14 725 690,3 тыс. рублей и на 2016 год в сумме 16 410 611,8 тыс. рублей</w:t>
      </w:r>
    </w:p>
    <w:p>
      <w:r>
        <w:rPr>
          <w:b/>
        </w:rPr>
        <w:t>Статья 2. Главные администраторы доходов бюджета Фонда и главные администраторы источников финансирования дефицита бюджета Фонда</w:t>
      </w:r>
    </w:p>
    <w:p>
      <w:r>
        <w:rPr>
          <w:b/>
        </w:rPr>
        <w:t xml:space="preserve">1. </w:t>
      </w:r>
      <w:r>
        <w:t>Утвердить перечень главных администраторов доходов бюджета Фонда согласно приложению 1 к настоящему Федеральному закону</w:t>
      </w:r>
    </w:p>
    <w:p>
      <w:r>
        <w:rPr>
          <w:b/>
        </w:rPr>
        <w:t xml:space="preserve">2. </w:t>
      </w:r>
      <w:r>
        <w:t>Утвердить перечень главных администраторов источников финансирования дефицита бюджета Фонда согласно приложению 2 к настоящему Федеральному закону</w:t>
      </w:r>
    </w:p>
    <w:p>
      <w:r>
        <w:rPr>
          <w:b/>
        </w:rPr>
        <w:t xml:space="preserve">3. </w:t>
      </w:r>
      <w:r>
        <w:t>Установить, что в случае изменения в 2014 году состава и (или) функций главных администраторов доходов бюджета Фонда или главных администраторов источников финансирования дефицита бюджета Фонда, а также изменения принципов назначения и присвоения, структуры кодов классификации доходов бюджетов Российской Федерации и классификации источников финансирования дефицитов бюджетов соответствующие изменения отражаются в отчете об исполнении бюджета Фонда за 2014 год на основании нормативного правового акта Министерства финансов Российской Федерации</w:t>
      </w:r>
    </w:p>
    <w:p>
      <w:r>
        <w:rPr>
          <w:b/>
        </w:rPr>
        <w:t>Статья 3. Источники внутреннего финансирования дефицита бюджета Фонда</w:t>
      </w:r>
    </w:p>
    <w:p>
      <w:r>
        <w:rPr>
          <w:b/>
        </w:rPr>
        <w:t xml:space="preserve">1. </w:t>
      </w:r>
      <w:r>
        <w:t>Утвердить источники внутреннего финансирования дефицита бюджета Фонда на 2014 год и на плановый период 2015 и 2016 годов согласно приложению 3 к настоящему Федеральному закону</w:t>
      </w:r>
    </w:p>
    <w:p>
      <w:r>
        <w:rPr>
          <w:b/>
        </w:rPr>
        <w:t xml:space="preserve">2. </w:t>
      </w:r>
      <w:r>
        <w:t>Установить, что источником внутреннего финансирования дефицита бюджета Фонда на 2014, 2015 и 2016 годы в части обязательного социального страхования на случай временной нетрудоспособности и в связи с материнством является остаток средств по обязательному социальному страхованию на случай временной нетрудоспособности и в связи с материнством на 1 января соответствующего года</w:t>
      </w:r>
    </w:p>
    <w:p>
      <w:r>
        <w:rPr>
          <w:b/>
        </w:rPr>
        <w:t>Статья 4. Бюджетные ассигнования бюджета Фонда на 2014 год и на плановый период 2015 и 2016 годов</w:t>
      </w:r>
    </w:p>
    <w:p>
      <w:r>
        <w:rPr>
          <w:b/>
        </w:rPr>
        <w:t xml:space="preserve">1. </w:t>
      </w:r>
      <w:r>
        <w:t>Утвердить распределение бюджетных ассигнований бюджета Фонда по разделам, подразделам, целевым статьям и группам видов расходов классификации расходов бюджетов</w:t>
      </w:r>
    </w:p>
    <w:p>
      <w:r>
        <w:rPr>
          <w:b/>
        </w:rPr>
        <w:t xml:space="preserve">2. </w:t>
      </w:r>
      <w:r>
        <w:t>Утвердить общий объем бюджетных ассигнований, направляемых на исполнение публичных нормативных обязательств, на 2014 год в сумме 492 270 508,8 тыс. рублей, на 2015 год в сумме 547 223 080,0 тыс. рублей и на 2016 год в сумме 596 018 122,4 тыс. рублей</w:t>
      </w:r>
    </w:p>
    <w:p>
      <w:r>
        <w:rPr>
          <w:b/>
        </w:rPr>
        <w:t xml:space="preserve">1. </w:t>
      </w:r>
      <w:r>
        <w:t>на 2014 год согласно приложению 4 к настоящему Федеральному закону</w:t>
      </w:r>
    </w:p>
    <w:p>
      <w:r>
        <w:rPr>
          <w:b/>
        </w:rPr>
        <w:t xml:space="preserve">1. </w:t>
      </w:r>
      <w:r>
        <w:t>на плановый период 2015 и 2016 годов согласно приложению 5 к настоящему Федеральному закону</w:t>
      </w:r>
    </w:p>
    <w:p>
      <w:r>
        <w:rPr>
          <w:b/>
        </w:rPr>
        <w:t>Статья 5. Особенности использования бюджетных ассигнований бюджета Фонда в сфере социальной политики</w:t>
      </w:r>
    </w:p>
    <w:p>
      <w:r>
        <w:t>Установить, что Фонд в 2014 году осуществляет</w:t>
      </w:r>
    </w:p>
    <w:p>
      <w:r>
        <w:t>выплаты пособий по обязательному социальному страхованию на случай временной нетрудоспособности и в связи с материнством (за исключением расходов на выплату пособия, указанного в пункте 2 настоящей статьи) в размерах сверх размеров, установленных законодательством Российской Федерации об обязательном социальном страховании на случай временной нетрудоспособности и в связи с материнством гражданам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(далее - Закон Российской Федерации "О социальной защите граждан, подвергшихся воздействию радиации вследствие катастрофы на Чернобыльской АЭС"), гражданам, подвергшимся воздействию радиации вследствие аварии в 1957 году на производственном объединении "Маяк" и сбросов радиоактивных отходов в реку Теча, на которых распространяется действие Закона Российской Федерации "О социальной защите граждан, подвергшихся воздействию радиации вследствие катастрофы на Чернобыльской АЭС", и гражданам в соответствии с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(далее - Федеральный закон "О социальных гарантиях гражданам, подвергшимся радиационному воздействию вследствие ядерных испытаний на Семипалатинском полигоне"), финансовое обеспечение которых осуществляется за счет межбюджетных трансфертов из федерального бюджета, предусмотренных пунктом 1 части 1 статьи 1 настоящего Федерального закона</w:t>
      </w:r>
    </w:p>
    <w:p>
      <w:r>
        <w:t>выплаты ежемесячного пособия по уходу за ребенком до достижения им возраста полутора лет, включая расходы на доставку и пересылку пособия, в размерах сверх размеров, установленных Федеральным законом от 19 мая 1995 года № 81-ФЗ "О государственных пособиях гражданам, имеющим детей" гражданам в соответствии с Законом Российской Федерации "О социальной защите граждан, подвергшихся воздействию радиации вследствие катастрофы на Чернобыльской АЭС", гражданам, подвергшимся воздействию радиации вследствие аварии в 1957 году на производственном объединении "Маяк" и сбросов радиоактивных отходов в реку Теча, на которых распространяется действие Закона Российской Федерации "О социальной защите граждан, подвергшихся воздействию радиации вследствие катастрофы на Чернобыльской АЭС", финансовое обеспечение которых осуществляется за счет межбюджетных трансфертов из федерального бюджета, предусмотренных пунктом 1 части 1 статьи 1 настоящего Федерального закона</w:t>
      </w:r>
    </w:p>
    <w:p>
      <w:r>
        <w:t>расходы по предоставлению инвалидам технических средств реабилитации и услуг, обеспечению отдельных категорий граждан из числа ветеранов протезами (кроме зубных протезов), протезно-ортопедическими изделиями, включая расходы на осуществление указанных полномочий, за исключением расходов по данному направлению, осуществляемых субъектами Российской Федерации по соглашениям между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и органами исполнительной власти субъектов Российской Федерации о передаче им указанных полномочий, финансовое обеспечение которых осуществляется за счет межбюджетных трансфертов из федерального бюджета, предусмотренных пунктом 1 части 1 статьи 1 настоящего Федерального закона</w:t>
      </w:r>
    </w:p>
    <w:p>
      <w:r>
        <w:t>расходы по оплате стоимости путевок в санаторно-курортные организации, расположенные на территории Российской Федерации, а также стоимости проезда на междугородном транспорте к месту осуществляемого за счет средств федерального бюджета лечения в санаторно-курортных организациях, федеральных медицинских организациях государственной системы здравоохранения, оказывающих специализированную медицинскую помощь, и обратно отдельным категориям граждан, имеющим право на получение государственной социальной помощи в виде соответствующей социальной услуги, предусмотренным Федеральным законом от 17 июля 1999 года № 178-ФЗ "О государственной социальной помощи", за исключением расходов по данному направлению, осуществляемых субъектами Российской Федерации по соглашениям между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и органами исполнительной власти субъектов Российской Федерации о передаче им указанных полномочий, финансовое обеспечение которых осуществляется за счет межбюджетных трансфертов из федерального бюджета на указанные цели</w:t>
      </w:r>
    </w:p>
    <w:p>
      <w:r>
        <w:t>оплату медицинским организациям и иным организациям, осуществляющим медицинскую деятельность, участвующим в реализации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услуг по медицинской помощи, оказанной женщинам в период беременности, в сумме 3,0 тыс. рублей и медицинской помощи, оказанной женщинам и новорожденным в период родов и в послеродовой период, в сумме 6,0 тыс. рублей соответственно за каждую женщину, по проведению профилактических медицинских осмотров ребенка, поставленного в течение первого года жизни в возрасте до трех месяцев на учет в указанных организациях, в сумме 1,0 тыс. рублей за первые шесть месяцев и в сумме 1,0 тыс. рублей за вторые шесть месяцев, в течение которых проводились профилактические медицинские осмотры, за каждого ребенка с момента постановки его на учет, а также на оплату организациям услуг по изготовлению и доставке в территориальные органы Фонда бланков родовых сертификатов, финансовое обеспечение которых осуществляется за счет межбюджетных трансфертов из бюджета Федерального фонда обязательного медицинского страхования, предусмотренных пунктом 1 части 1 статьи 1 настоящего Федерального закона. Финансовое обеспечение и установление порядка, условий оплаты услуг и форм документов, на основании которых производится оплата услуг, осуществляются в порядке, устанавливаемом Правительством Российской Федерации</w:t>
      </w:r>
    </w:p>
    <w:p>
      <w:r>
        <w:rPr>
          <w:b/>
        </w:rPr>
        <w:t>Статья 6. Особенности установления отдельных расходов бюджета Фонда</w:t>
      </w:r>
    </w:p>
    <w:p>
      <w:r>
        <w:rPr>
          <w:b/>
        </w:rPr>
        <w:t xml:space="preserve">1. </w:t>
      </w:r>
      <w:r>
        <w:t>Установить, что</w:t>
      </w:r>
    </w:p>
    <w:p>
      <w:r>
        <w:rPr>
          <w:b/>
        </w:rPr>
        <w:t xml:space="preserve">2. </w:t>
      </w:r>
      <w:r>
        <w:t>Установленный пунктом 2 части 1 настоящей статьи максимальный размер ежемесячной страховой выплаты применяется при назначении или увеличении ежемесячных страховых выплат после дня вступления в силу настоящего Федерального закона</w:t>
      </w:r>
    </w:p>
    <w:p>
      <w:r>
        <w:rPr>
          <w:b/>
        </w:rPr>
        <w:t xml:space="preserve">3. </w:t>
      </w:r>
      <w:r>
        <w:t>Размеры ежемесячных страховых выплат, превышающие на 1 января 2014 года, 1 января 2015 года и 1 января 2016 года соответственно установленный пунктом 2 части 1 настоящей статьи максимальный размер ежемесячной страховой выплаты, не изменяются</w:t>
      </w:r>
    </w:p>
    <w:p>
      <w:r>
        <w:rPr>
          <w:b/>
        </w:rPr>
        <w:t xml:space="preserve">1. </w:t>
      </w:r>
      <w:r>
        <w:t>сумма, из которой исчисляется размер единовременной страховой выплаты по обязательному социальному страхованию от несчастных случаев на производстве и профессиональных заболеваний застрахованному, составляет в 2014 году 80 534,8 рубля, в 2015 году - 84 158,9 рубля и в 2016 году - 87 946,1 рубля</w:t>
      </w:r>
    </w:p>
    <w:p>
      <w:r>
        <w:rPr>
          <w:b/>
        </w:rPr>
        <w:t xml:space="preserve">1. </w:t>
      </w:r>
      <w:r>
        <w:t>максимальный размер ежемесячной страховой выплаты, исчисленный в соответствии со статьей 12 Федерального закона от 24 июля 1998 года № 125-ФЗ "Об обязательном социальном страховании от несчастных случаев на производстве и профессиональных заболеваний", не может превышать в 2014 году 61 920,0 рубля, в 2015 году - 64 710,0 рубля и в 2016 году - 67 620,0 рубля</w:t>
      </w:r>
    </w:p>
    <w:p>
      <w:r>
        <w:rPr>
          <w:b/>
        </w:rPr>
        <w:t>Статья 7. Особенности исполнения бюджета Фонда</w:t>
      </w:r>
    </w:p>
    <w:p>
      <w:r>
        <w:rPr>
          <w:b/>
        </w:rPr>
        <w:t xml:space="preserve">1. </w:t>
      </w:r>
      <w:r>
        <w:t>Установить, что в 2014 году Фонд вправе</w:t>
      </w:r>
    </w:p>
    <w:p>
      <w:r>
        <w:rPr>
          <w:b/>
        </w:rPr>
        <w:t xml:space="preserve">2. </w:t>
      </w:r>
      <w:r>
        <w:t>Установить, что Фонд в 2014 году и в плановый период 2015 и 2016 годов вправе формировать, размещать и расходовать резерв средств на осуществление обязательного социального страхования от несчастных случаев на производстве и профессиональных заболеваний в порядке, утверждаемом Правительством Российской Федерации</w:t>
      </w:r>
    </w:p>
    <w:p>
      <w:r>
        <w:rPr>
          <w:b/>
        </w:rPr>
        <w:t xml:space="preserve">3. </w:t>
      </w:r>
      <w:r>
        <w:t>Установить, что Фонд в 2014 году осуществляет в ряде субъектов Российской Федерации реализацию пилотного проекта, предусматривающего особенности финансового обеспечения, назначения и выплаты территориальными органами Фонда застрахованным лицам страхового обеспечения по обязательному социальному страхованию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 а также осуществления иных выплат и возмещения расходов страхователя на предупредительные меры по сокращению производственного травматизма и профессиональных заболеваний работников</w:t>
      </w:r>
    </w:p>
    <w:p>
      <w:r>
        <w:rPr>
          <w:b/>
        </w:rPr>
        <w:t xml:space="preserve">4. </w:t>
      </w:r>
      <w:r>
        <w:t>Особенности финансового обеспечения, назначения и выплаты страхового обеспечения, иных выплат и осуществления расходов, предусмотренных частью 3 настоящей статьи, а также уплаты страховых взносов по обязательному социальному страхованию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 определяются правилами, утверждаемыми Правительством Российской Федерации. Перечень субъектов Российской Федерации, участвующих в реализации пилотного проекта, определяется Правительством Российской Федерации</w:t>
      </w:r>
    </w:p>
    <w:p>
      <w:r>
        <w:rPr>
          <w:b/>
        </w:rPr>
        <w:t xml:space="preserve">5. </w:t>
      </w:r>
      <w:r>
        <w:t>Установить, что уплата процентов, начисленных при нарушении сроков возврата сумм излишне уплаченных либо излишне взысканных страховых взносов на обязательное социальное страхование на случай временной нетрудоспособности и в связи с материнством, соответствующих пеней и штрафов, и процентов, начисленных на суммы излишне взысканных страховых взносов на обязательное социальное страхование на случай временной нетрудоспособности и в связи с материнством, соответствующих пеней и штрафов, подлежит отражению по коду классификации доходов бюджета, предусмотренному для учета доходов от указанных страховых взносов на обязательное социальное страхование на случай временной нетрудоспособности и в связи с материнством, пеней и штрафов, с применением отдельного подвида доходов</w:t>
      </w:r>
    </w:p>
    <w:p>
      <w:r>
        <w:rPr>
          <w:b/>
        </w:rPr>
        <w:t xml:space="preserve">6. </w:t>
      </w:r>
      <w:r>
        <w:t>Установить в соответствии с пунктом 3 статьи 217 Бюджетного кодекса Российской Федерации, что основанием для внесения в 2014 году изменений в показатели сводной бюджетной росписи бюджета Фонда является увеличение бюджетных ассигнований по целевой статье расходов "Обеспечение инвалидов техническими средствами реабилитации, включая изготовление и ремонт протезно-ортопедических изделий, в рамках социальных выплат по непрограммным направлениям деятельности органов управления государственных внебюджетных фондов Российской Федерации" подраздела "Социальное обеспечение населения" раздела "Социальная политика" классификации расходов бюджетов путем уменьшения бюджетных ассигнований по целевой статье расходов "Обеспечение инвалидов техническими средствами реабилитации, включая изготовление и ремонт протезно-ортопедических изделий, в рамках выполнения функций аппаратами государственных внебюджетных фондов Российской Федерации по непрограммным направлениям деятельности органов управления государственных внебюджетных фондов Российской Федерации" подраздела "Другие общегосударственные вопросы" раздела "Общегосударственные вопросы" классификации расходов бюджетов</w:t>
      </w:r>
    </w:p>
    <w:p>
      <w:r>
        <w:rPr>
          <w:b/>
        </w:rPr>
        <w:t xml:space="preserve">7. </w:t>
      </w:r>
      <w:r>
        <w:t>Установить, что в объеме межбюджетных трансфертов, дополнительно передаваемых из федерального бюджета бюджету Фонда в 2014 году на исполнение отдельных государственных полномочий и компенсацию выпадающих доходов в связи со снижением в 2014 году тарифов страховых взносов, в сводной бюджетной росписи бюджета Фонда на 2014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8. </w:t>
      </w:r>
      <w:r>
        <w:t>Установить, что</w:t>
      </w:r>
    </w:p>
    <w:p>
      <w:r>
        <w:rPr>
          <w:b/>
        </w:rPr>
        <w:t xml:space="preserve">9. </w:t>
      </w:r>
      <w:r>
        <w:t>Установить, что остатки средств по состоянию на 1 января 2014 года на счетах по учету средств Фонда, открытых в учреждениях Центрального банка Российской Федерации и кредитных организациях в соответствии с законодательством Российской Федерации, а также средства, поступающие на данные счета в 2014 году, подлежат перечислению на счета, открытые территориальным органам Федерального казначейства в учреждениях Центрального банка Российской Федерации, на которых отражаются операции по учету средств бюджета Фонда</w:t>
      </w:r>
    </w:p>
    <w:p>
      <w:r>
        <w:rPr>
          <w:b/>
        </w:rPr>
        <w:t xml:space="preserve">10. </w:t>
      </w:r>
      <w:r>
        <w:t>Фонд после осуществления операций, указанных в части 9 настоящей статьи, обеспечивает до 1 апреля 2014 года закрытие счетов, открытых Фонду в учреждениях Центрального банка Российской Федерации и кредитных организациях, на которых отражались операции со средствами Фонда</w:t>
      </w:r>
    </w:p>
    <w:p>
      <w:r>
        <w:rPr>
          <w:b/>
        </w:rPr>
        <w:t xml:space="preserve">1. </w:t>
      </w:r>
      <w:r>
        <w:t>устанавливать норматив оборотных денежных средств территориальным органам Фонда на начало календарного года в размере не менее 25 процентов среднемесячных расходов на выплату пособий по обязательному социальному страхованию на случай временной нетрудоспособности и в связи с материнством, пособий по временной нетрудоспособности по обязательному социальному страхованию от несчастных случаев на производстве и профессиональных заболеваний, ежемесячных и единовременных страховых выплат, расходов на доставку и пересылку страховых выплат, расходов на медицинскую, социальную и профессиональную реабилитацию и расходов, направленных на обеспечение деятельности Фонда</w:t>
      </w:r>
    </w:p>
    <w:p>
      <w:r>
        <w:rPr>
          <w:b/>
        </w:rPr>
        <w:t xml:space="preserve">1. </w:t>
      </w:r>
      <w:r>
        <w:t>осуществлять финансовое обеспечение норматива оборотных денежных средств за счет остатков денежных средств на едином счете Фонда, за исключением средств, поступивших в форме межбюджетных трансфертов на исполнение отдельных государственных полномочий из федерального бюджета и бюджета Федерального фонда обязательного медицинского страхования</w:t>
      </w:r>
    </w:p>
    <w:p>
      <w:r>
        <w:rPr>
          <w:b/>
        </w:rPr>
        <w:t xml:space="preserve">1. </w:t>
      </w:r>
      <w:r>
        <w:t>осуществлять в устанавливаемом Фондом порядке направление средств в пределах бюджетных ассигнований, предусмотренных приложением 4 к настоящему Федеральному закону по целевой статье расходов "Расходы на обеспечение деятельности (оказание услуг) государственных учреждений в рамках выполнения функций аппаратами государственных внебюджетных фондов Российской Федерации по непрограммным направлениям деятельности органов управления государственных внебюджетных фондов Российской Федерации" подраздела "Другие общегосударственные вопросы" раздела "Общегосударственные вопросы" классификации расходов бюджетов, на оказание медицинских услуг работникам Фонда и его территориальных органов</w:t>
      </w:r>
    </w:p>
    <w:p>
      <w:r>
        <w:rPr>
          <w:b/>
        </w:rPr>
        <w:t xml:space="preserve">1. </w:t>
      </w:r>
      <w:r>
        <w:t>осуществлять в порядке и на условиях, устанавливаемых Фондом, в пределах бюджетных ассигнований, предусмотренных приложением 4 к настоящему Федеральному закону по целевой статье расходов "Единовременная социальная выплата для приобретения или строительства жилого помещения в рамках социальных выплат по непрограммным направлениям деятельности органов управления государственных внебюджетных фондов Российской Федерации" подраздела "Социальное обеспечение населения" раздела "Социальная политика" классификации расходов бюджетов, направление средств в сумме до 100 000,0 тыс. рублей на предоставление работникам Фонда и его территориальных органов единовременной субсидии на приобретение жилого помещения</w:t>
      </w:r>
    </w:p>
    <w:p>
      <w:r>
        <w:rPr>
          <w:b/>
        </w:rPr>
        <w:t xml:space="preserve">1. </w:t>
      </w:r>
      <w:r>
        <w:t>принимать решения в пределах бюджетных ассигнований, предусмотренных приложением 4 к настоящему Федеральному закону по целевой статье расходов "Медицинская, социальная и профессиональная реабилитация пострадавших, обеспечение предупредительных мер по сокращению производственного травматизма и профессиональных заболеваний в рамках социальных выплат по непрограммным направлениям деятельности органов управления государственных внебюджетных фондов Российской Федерации" подраздела "Социальное обеспечение населения" раздела "Социальная политика" классификации расходов бюджетов, о направлении страхователем до 20 процентов сумм страховых взносов на обязательное социальное страхование от несчастных случаев на производстве и профессиональных заболеваний, начисленных за предшествующий календарный год, за вычетом расходов, произведенных в предшествующем календарном году на выплату пособий по временной нетрудоспособности в связи с несчастными случаями на производстве или профессиональными заболеваниями и на оплату отпуска застрахованного лица (сверх ежегодного оплачиваемого отпуска, установленного законодательством Российской Федерации) на весь период его лечения и проезда к месту лечения и обратно, на финансовое обеспечение предупредительных мер по сокращению производственного травматизма и профессиональных заболеваний работников и санаторно-курортное лечение работников, занятых на работах с вредными и (или) опасными производственными факторами. В случае, если страхователи с численностью работающих до 100 человек не осуществляли два последовательных календарных года, предшествующие текущему финансовому году, финансовое обеспечение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 объем средств на финансовое обеспечение указанных мер рассчитывается исходя из отчетных данных за три последовательных календарных года, предшествующие текущему финансовому году</w:t>
      </w:r>
    </w:p>
    <w:p>
      <w:r>
        <w:rPr>
          <w:b/>
        </w:rPr>
        <w:t xml:space="preserve">1. </w:t>
      </w:r>
      <w:r>
        <w:t>осуществлять финансовое обеспечение расходов, источником финансового обеспечения которых являются межбюджетные трансферты из федерального бюджета на выплаты пособий по обязательному социальному страхованию на случай временной нетрудоспособности и в связи с материнством в размерах сверх размеров, установленных законодательством Российской Федерации об обязательном социальном страховании на случай временной нетрудоспособности и в связи с материнством гражданам в соответствии с Законом Российской Федерации "О социальной защите граждан, подвергшихся воздействию радиации вследствие катастрофы на Чернобыльской АЭС" и Федеральным законом "О социальных гарантиях гражданам, подвергшимся радиационному воздействию вследствие ядерных испытаний на Семипалатинском полигоне", дополнительных расходов на выплату пособий по временной нетрудоспособности, по беременности и родам, связанных с зачетом в страховой стаж застрахованного лица периодов службы, в течение которых гражданин не подлежал обязательному социальному страхованию на случай временной нетрудоспособности и в связи с материнством в соответствии с Федеральным законом от 29 декабря 2006 года № 255-ФЗ "Об обязательном социальном страховании на случай временной нетрудоспособности и в связи с материнством", и на оплату четырех дополнительных выходных дней работающим родителям (опекунам, попечителям) для ухода за детьми-инвалидами в соответствии с Федеральным законом от 24 июля 2009 года №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производимых непосредственно страхователями, путем взаимного расчета со страхователями по средствам обязательного социального страхования на случай временной нетрудоспособности и в связи с материнством</w:t>
      </w:r>
    </w:p>
    <w:p>
      <w:r>
        <w:rPr>
          <w:b/>
        </w:rPr>
        <w:t xml:space="preserve">8. </w:t>
      </w:r>
      <w:r>
        <w:t>остатки средств по состоянию на 1 января 2014 года, образовавшиеся в результате неполного использования Фондом в 2013 году межбюджетных трансфертов из федерального бюджета на оказание государственной социальной помощи по санаторно-курортному лечению, а также проезду на междугородном транспорте к месту лечения и обратно отдельным категориям граждан, имеющим на это право, на предоставление инвалидам технических средств реабилитации и услуг, обеспечение отдельных категорий граждан из числа ветеранов протезами (кроме зубных протезов), протезно-ортопедическими изделиями, используются Фондом в 2014 году на указанные цели, включая завершение расчетов по договорам, заключенным в 2013 году. В объеме указанных средств в сводной бюджетной росписи бюджета Фонда на 2014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8. </w:t>
      </w:r>
      <w:r>
        <w:t>остатки средств по состоянию на 1 января 2014 года, образовавшиеся в результате неполного использования Фондом в 2013 году бюджетных ассигнований по целевой статье расходов "Обеспечение инвалидов техническими средствами реабилитации, включая изготовление и ремонт протезно-ортопедических изделий" подраздела "Другие общегосударственные вопросы" раздела "Общегосударственные вопросы" классификации расходов бюджетов, источником финансового обеспечения которых являются межбюджетные трансферты из федерального бюджета, используются Фондом в 2014 году на предоставление инвалидам технических средств реабилитации и услуг, обеспечение отдельных категорий граждан из числа ветеранов протезами (кроме зубных протезов), протезно-ортопедическими изделиями по подразделу "Социальное обеспечение населения" раздела "Социальная политика" классификации расходов бюджетов с соответствующим внесением изменений в показатели сводной бюджетной росписи бюджета Фонда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8. </w:t>
      </w:r>
      <w:r>
        <w:t>остатки средств по состоянию на 1 января 2014 года, образовавшиеся в результате неполного использования Фондом в 2013 году межбюджетных трансфертов из федерального бюджета на выплату пособий по обязательному социальному страхованию на случай временной нетрудоспособности и в связи с материнством гражданам, указанным в пункте 1 статьи 5 настоящего Федерального закона, на оплату ежемесячного пособия по уходу за ребенком до достижения им возраста полутора лет, включая расходы на доставку и пересылку пособия, гражданам, указанным в пункте 2 статьи 5 настоящего Федерального закона, а также на выплату пособий по временной нетрудоспособности, по беременности и родам, связанных с зачетом в страховой стаж застрахованного лица периодов службы, в течение которых гражданин не подлежал обязательному социальному страхованию на случай временной нетрудоспособности и в связи с материнством, и на оплату четырех дополнительных выходных дней работающим родителям (опекунам, попечителям) для ухода за детьми-инвалидами, направляются Фондом в 2014 году на те же цели с соответствующим внесением изменений в показатели сводной бюджетной росписи бюджета Фонда</w:t>
      </w:r>
    </w:p>
    <w:p>
      <w:r>
        <w:rPr>
          <w:b/>
        </w:rPr>
        <w:t xml:space="preserve">8. </w:t>
      </w:r>
      <w:r>
        <w:t>остатки средств по состоянию на 1 января 2014 года, образовавшиеся в результате неполного использования Фондом в 2013 году межбюджетных трансфертов из федерального бюджета на оплату ежемесячного пособия по уходу за ребенком до достижения им возраста полутора лет и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 на выплату пособий по беременности и родам,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 а также суммы неправомерно произведенных уполномоченными органами исполнительной власти субъектов Российской Федерации расходов прошлых отчетных периодов на выплату указанных пособий подлежат возврату в федеральный бюджет</w:t>
      </w:r>
    </w:p>
    <w:p>
      <w:r>
        <w:rPr>
          <w:b/>
        </w:rPr>
        <w:t xml:space="preserve">8. </w:t>
      </w:r>
      <w:r>
        <w:t>остатки средств по состоянию на 1 января 2014 года, образовавшиеся в результате неполного использования Фондом в 2013 году межбюджетных трансфертов из бюджета Федерального фонда обязательного медицинского страхования на оплату медицинским организациям государственной и муниципальной систем здравоохранения, медицинским организациям и иным организациям, осуществляющим медицинскую деятельность, участвующим в реализации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услуг по медицинской помощи, оказанной этими организациями женщинам в период беременности, женщинам и новорожденным в период родов и в послеродовой период, по диспансерному (профилактическому) наблюдению ребенка в течение первого года жизни, а также на оплату организациям услуг по изготовлению и доставке в территориальные органы Фонда бланков родовых сертификатов, используются Фондом в 2014 году на те же цели. В объеме указанных средств в сводной бюджетной росписи бюджета Фонда на 2014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