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2013 год и на плановый период 2014 и 2015 годов"</w:t>
      </w:r>
    </w:p>
    <w:p>
      <w:r>
        <w:rPr>
          <w:b/>
        </w:rPr>
        <w:t>Статья 1</w:t>
      </w:r>
    </w:p>
    <w:p>
      <w:r>
        <w:t>Внести в Федеральный закон от 3 декабря 2012 года № 216-ФЗ "О федеральном бюджете на 2013 год и на плановый период 2014 и 2015 годов" (Собрание законодательства Российской Федерации, 2012, № 50, ст. 6939; 2013, № 23, ст. 2891) следующие изменения: 1) в части 1 статьи 1: а) в пункте 1 слова "в сумме 12 865 925 621,0 тыс. рублей" заменить словами "в сумме 12 906 429 980,0 тыс. рублей"; б) в пункте 5 слова "в сумме 521 414 553,7 тыс. рублей" заменить словами "в сумме 480 910 194,7 тыс. рублей"; 2) в статье 7: а) в части 1 слова "в сумме 536 892 158,7 тыс. рублей" заменить словами "в сумме 542 379 175,8 тыс. рублей"; б) в пункте 1 части 2 слова "приложениям 7, 71, 8 (секретно), 81 (секретно), 9 (совершенно секретно) и 91 (совершенно секретно)" заменить словами "приложениям 7, 71, 72, 8 (секретно), 81 (секретно), 82 (секретно), 9 (совершенно секретно), 91 (совершенно секретно) и 92 (совершенно секретно)"; в) в пункте 1 части 3 слова "приложениям 13, 131, 14 (секретно) и 141 (секретно)" заменить словами "приложениям 13, 131, 132, 14 (секретно), 141 (секретно) и 142 (секретно)"; г) в пункте 1 части 4 слова "приложениям 17 (секретно) и 171 (секретно)" заменить словами "приложениям 17 (секретно), 171 (секретно) и 172 (секретно)"; д) в пункте 1 части 5 слова "приложениям 19, 191, 20 (секретно), 201 (секретно) и 21 (совершенно секретно)" заменить словами "приложениям 19, 191, 192, 20 (секретно), 201 (секретно), 202 (секретно) и 21 (совершенно секретно)"; 3) статью 8 дополнить частью 5 следующего содержания: "5. Установить, что в 2013 году из бюджетов Пермского края и Сахалинской области могут быть предоставлены субсидии федеральному бюджету на софинансирование расходных обязательств Российской Федерации по материально-техническому обеспечению полиции."; 4) в части 1 статьи 11: а) в пункте 4 слова "в сумме 15 539 087,0 тыс. рублей" заменить словами "в сумме 34 904 206,6 тыс. рублей"; б) дополнить пунктом 41 следующего содержания: "41) открытого акционерного общества "Российские железные дороги" (город Москва) в 2013 году в сумме 4 620 000,0 тыс. рублей в целях развития и обновления Байкало-Амурской и Транссибирской магистралей;"; в) дополнить пунктом 42 следующего содержания: "42) открытого акционерного общества "Российские железные дороги" (город Москва) в 2013 году в сумме 300 000,0 тыс. рублей в целях реализации инвестиционного проекта "Комплексная реконструкция участка им. М.Горького - Котельниково - Тихорецкая - Крымская с обходом Краснодарского железнодорожного узла";"; г) дополнить пунктом 81 следующего содержания: "81) открытого акционерного общества "Объединенная судостроительная корпорация" (город Санкт-Петербург) в 2013 году в сумме 4 840 696,0 тыс. рублей с целью погашения кредита (основного долга и процентов), привлеченного для покупки на торгах, организованных Центральным банком Российской Федерации, акций открытого акционерного общества "Судостроительный завод "Северная верфь";"; д) дополнить пунктом 132 следующего содержания: "132) открытого акционерного общества "Салаватский химический завод" (город Салават, Республика Башкортостан) в 2013 году в сумме 1 300 000,0 тыс. рублей в целях реконструкции производства специального ракетного топлива;"; е) дополнить пунктом 133 следующего содержания: "133) открытого акционерного общества "Росагролизинг" (город Москва) в 2013 году в сумме 2 242 414,7 тыс. рублей, в том числе в сумме 242 414,7 тыс. рублей в целях сокращения задолженности по лизинговым платежам сельскохозяйственных товаропроизводителей, пострадавших от крупномасштабного наводнения на территориях субъектов Российской Федерации, входящих в состав Дальневосточного федерального округа, по заключенным по состоянию на 1 сентября 2013 года договорам финансовой аренды (лизинга) и в сумме 2 000 000,0 тыс. рублей в целях технической и технологической модернизации сельскохозяйственного производства;"; ж) дополнить пунктом 134 следующего содержания: "134) открытого акционерного общества "Федеральная сетевая компания Единой энергетической системы" (город Москва) в 2013 году в сумме 790 000,0 тыс. рублей в целях реализации мероприятий, связанных со строительством олимпийских объектов, предусмотренных Программой строительства олимпийских объектов и развития города Сочи как горноклиматического курорта;"; з) дополнить пунктом 135 следующего содержания: "135) открытого акционерного общества "Российский Сельскохозяйственный банк" (город Москва) в 2013 году в сумме 30 000 000,0 тыс. рублей в целях кредитования организаций агропромышленного комплекса, крестьянских (фермерских) хозяйств, граждан, ведущих личное подсобное хозяйство, сельскохозяйственных потребительских кооперативов;"; и) в пункте 14: в абзаце шестом слова "в сумме 4 613 314,1 тыс. рублей" заменить словами "в сумме 4 773 108,3 тыс. рублей"; в абзаце тринадцатом слова "в сумме 62 985,0 тыс. рублей" заменить словами "в сумме 66 300,0 тыс. рублей"; в абзаце тридцать третьем слова "в сумме 44 365,0 тыс. рублей" заменить словами "в сумме 46 700,0 тыс. рублей"; абзац тридцать пятый признать утратившим силу; в абзаце шестьдесят девятом слова "в сумме 112 000,0 тыс. рублей" заменить словами "в сумме 30 000,0 тыс. рублей"; в абзаце девяносто четвертом слова "в сумме 5 605,0 тыс. рублей" заменить словами "в сумме 5 900,0 тыс. рублей"; в абзаце сотом слова "в сумме 200 000,0 тыс. рублей" заменить словами "в сумме 295 500,0 тыс. рублей"; в абзаце сто девятом слова "в сумме 629 300,0 тыс. рублей" заменить словами "в сумме 284 300,0 тыс. рублей"; в абзаце сто десятом слова "в сумме 171 600,0 тыс. рублей" заменить словами "в сумме 71 300,0 тыс. рублей"; в абзаце сто двенадцатом слова "в 2013 году в сумме 302 900,0 тыс. рублей," исключить; дополнить абзацами следующего содержания: "открытого акционерного общества "Научно-производственное предприятие "Квант" (город Москва) в 2013 году в сумме 304 500,0 тыс. рублей; открытого акционерного общества "106 экспериментальный оптико-механический завод" (город Москва) в 2013 году в сумме 305 000,0 тыс. рублей."; 5) в статье 13: а) в абзаце первом части 1 слова "в сумме до 107 000 000,0 тыс. рублей" заменить словами "в сумме до 157 000 000,0 тыс. рублей"; б) в пункте 1 части 2 слова "в размере одной второй ставки рефинансирования Центрального банка Российской Федерации" заменить словами "в размере одной третьей ставки рефинансирования Центрального банка Российской Федерации"; в) в части 4 слова "в сумме до 231 660,0 тыс. рублей" заменить словами "в сумме до 243 000,0 тыс. рублей"; 6) в части 2 статьи 16 слова "не превышающем" заменить словами "не превышающем эквивалент"; 7) статью 18 дополнить частями 9 и 10 следующего содержания: "9. Правительство Российской Федерации вправе провести в 2013 году реструктуризацию обязательств (задолженности) субъектов Российской Федерации перед Российской Федерацией по бюджетным кредитам, предоставленным в 2013 году бюджетам субъектов Российской Федерации для финансового обеспечения мероприятий по ликвидации последствий крупномасштабного наводнения на территориях Хабаровского края в сумме 1 500 000,0 тыс. рублей, Амурской области в сумме 3 500 000,0 тыс. рублей и Еврейской автономной области в сумме 600 000,0 тыс. рублей, и начисленным процентам за пользование бюджетными кредитами на следующих основных условиях: 1) 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2024 по 2033 год включительно ежегодно равными долями с возможностью ее досрочного погашения; 2) за пользование средствами федерального бюджета взимается плата в размере 0,5 процента годовых (далее - проценты за рассрочку), начисляемых на остаток реструктурированной задолженности по основному долгу и начисленным за фактический срок пользования бюджетным кредитом на дату реструктуризации задолженности процентам; 3) задолженность по начисленной неустойке подлежит погашению до 1 января 2015 года; 4) при нарушении должником графика погашения реструктурированной задолженности и (или) уплаты процентов за рассрочку непогашенная реструктурированная задолженность по основному долгу и процентам, начисленные проценты за рассрочку подлежат досрочному единовременному погашению.</w:t>
      </w:r>
    </w:p>
    <w:p>
      <w:r>
        <w:rPr>
          <w:b/>
        </w:rPr>
        <w:t xml:space="preserve">10. </w:t>
      </w:r>
      <w:r>
        <w:t>Дополнительные условия и порядок проведения реструктуризации указанных в части 9 настоящей статьи обязательств (задолженности) субъектов Российской Федерации устанавливаются Правительством Российской Федерации.";</w:t>
      </w:r>
    </w:p>
    <w:p>
      <w:r>
        <w:rPr>
          <w:b/>
        </w:rPr>
        <w:t xml:space="preserve">10. </w:t>
      </w:r>
      <w:r>
        <w:t>в статье 20:</w:t>
      </w:r>
    </w:p>
    <w:p>
      <w:r>
        <w:rPr>
          <w:b/>
        </w:rPr>
        <w:t xml:space="preserve">10. </w:t>
      </w:r>
      <w:r>
        <w:t>в статье 24:</w:t>
      </w:r>
    </w:p>
    <w:p>
      <w:r>
        <w:rPr>
          <w:b/>
        </w:rPr>
        <w:t xml:space="preserve">10. </w:t>
      </w:r>
      <w:r>
        <w:t>дополнительные нефтегазовые доходы федерального бюджета, поступающие в ходе исполнения федерального бюджета в текущем финансовом году, используются на замещение не поступающих в ходе исполнения федерального бюджета в текущем финансовом году доходов федерального бюджета (за исключением нефтегазовых доходов федерального бюджета) и поступлений, учтенных в источниках финансирования дефицита федерального бюджета, определенных настоящим Федеральным законом (в редакции Федерального закона от 7 июня 2013 года № 133-ФЗ "О внесении изменений в Федеральный закон "О федеральном бюджете на 2013 год и на плановый период 2014 и 2015 годов")</w:t>
      </w:r>
    </w:p>
    <w:p>
      <w:r>
        <w:rPr>
          <w:b/>
        </w:rPr>
        <w:t xml:space="preserve">10. </w:t>
      </w:r>
      <w:r>
        <w:t>Правительство Российской Федерации вправе принять решение об использовании по результатам исполнения федерального бюджета в 2013 году средств Резервного фонда в размере до 200 000 000,0 тыс. рублей на замещение доходов и поступлений, указанных в пункте 1 настоящей части, в случае недостатка на их замещение дополнительных нефтегазовых доходов федерального бюджета."</w:t>
      </w:r>
    </w:p>
    <w:p>
      <w:r>
        <w:rPr>
          <w:b/>
        </w:rPr>
        <w:t xml:space="preserve">10. </w:t>
      </w:r>
      <w:r>
        <w:t>в приложении 7 строку 074 07 09 4362400 1 500 000,0" 074 07 09 4362400 1 500 000,0"</w:t>
      </w:r>
    </w:p>
    <w:p>
      <w:r>
        <w:rPr>
          <w:b/>
        </w:rPr>
        <w:t xml:space="preserve">10. </w:t>
      </w:r>
      <w:r>
        <w:t>дополнить приложением 72 следующего содержания: "Приложение 72к Федеральному закону "О федеральном бюджете на 2013 год и на плановый период 2014 и 2015 годов" Изменение ведомственной структуры расходов федерального бюджета на 2013 год, предусмотренной приложением 7 к Федеральному закону "О федеральном бюджете на 2013 год и на плановый период 2014 и 2015 годов" (тыс. рублей) Наименование Мин Рз ПР ЦСР ВР Сумма +40 965 974,8 007 020 +6 100 801,0 020 02 +139 032,4 020 02 09 +139 032,4 020 02 09 +139 032,4 020 02 09 -967,6 020 02 09 244 -967,6 020 02 09 +140 000,0 020 02 09 810 +140 000,0 020 04 +5 839 124,7 020 04 01 -197 220,4 020 04 01 -150 000,0 020 04 01 -150 000,0 020 04 01 244 -150 000,0 020 04 01 -47 220,4 020 04 01 -47 220,4 020 04 01 -47 220,4 020 04 01 244 -47 220,4 020 04 11 -1 686 175,6 020 04 11 -457 379,6 020 04 11 -457 379,6 020 04 11 241 -457 379,6 020 04 11 -14 610,0 020 04 11 -14 610,0 020 04 11 241 -14 610,0 020 04 11 -45 920,0 020 04 11 -3 420,0 020 04 11 241 -3 420,0 020 04 11 -42 500,0 020 04 11 241 -42 500,0 020 04 11 -1 135 486,0 020 04 11 -319 000,0 020 04 11 -319 000,0 020 04 11 241 -319 000,0 020 04 11 -816 486,0 020 04 11 -816 486,0 020 04 11 241 -816 486,0 020 04 11 -32 780,0 020 04 11 -32 780,0 020 04 11 -32 780,0 020 04 11 241 -32 780,0 020 04 12 +7 722 520,7 020 04 12 +146 251,0 020 04 12 -3 749,0 020 04 12 810 -3 749,0 020 04 12 +150 000,0 020 04 12 612 +150 000,0 020 04 12 +4 535 850,0 020 04 12 +4 535 850,0 020 04 12 +1 000 000,0 020 04 12 821 +1 000 000,0 020 04 12 +3 535 850,0 020 04 12 821 +3 535 850,0 020 04 12 -682 300,0 020 04 12 -82 000,0 020 04 12 -82 000,0 020 04 12 450 -82 000,0 020 04 12 -100 000,0 020 04 12 -100 000,0 020 04 12 242 -100 000,0 020 04 12 -500 300,0 020 04 12 -500 300,0 020 04 12 522 -500 300,0 020 04 12 +3 722 719,7 020 04 12 +4 840 696,0 020 04 12 +4 840 696,0 020 04 12 450 +4 840 696,0 020 04 12 +40 000,0 020 04 12 810 +40 000,0 020 04 12 -1 157 976,3 020 04 12 +50 000,0 020 04 12 810 +50 000,0 020 04 12 +100 000,0 020 04 12 810 +100 000,0 020 04 12 -1 238 176,3 020 04 12 810 -1 238 176,3 020 04 12 +300 000,0 020 04 12 810 +300 000,0 020 04 12 -11 100,0 020 04 12 810 -11 100,0 020 04 12 +210 470,0 020 04 12 810 +210 470,0 020 04 12 -489 170,0 020 04 12 810 -489 170,0 020 04 12 +100 000,0 020 04 12 810 +100 000,0 020 04 12 -240 000,0 020 04 12 810 -240 000,0 020 04 12 -50 000,0 020 04 12 810 -50 000,0 020 04 12 -300 000,0 020 04 12 870 -300 000,0 020 04 12 +410 000,0 020 04 12 810 +410 000,0 020 10 +122 643,9 020 10 03 +122 643,9 020 10 03 +122 643,9 020 10 03 +122 643,9 020 10 03 +122 643,9 020 10 03 +122 643,9 020 10 03 322 +122 643,9 022 +4 662 161,0 022 04 +1 516 250,0 022 04 02 +2 085 000,0 022 04 02 -35 000,0 022 04 02 -35 000,0 022 04 02 122 +5 000,0 022 04 02 240 -40 000,0 022 04 02 242 +10 200,0 022 04 02 244 -50 200,0 022 04 02 022 04 02 022 04 02 +159 794,2 022 04 02 450 +159 794,2 022 04 02 -159 794,2 022 04 02 450 -159 794,2 022 04 02 +30 000,0 022 04 02 +30 000,0 022 04 02 244 +30 000,0 022 04 02 +1 300 000,0 022 04 02 +1 300 000,0 022 04 02 +1 300 000,0 022 04 02 450 +1 300 000,0 022 04 02 +790 000,0 022 04 02 +790 000,0 022 04 02 450 +790 000,0 022 04 11 +30 000,0 022 04 11 -30 000,0 022 04 11 -30 000,0 022 04 11 241 -30 000,0 022 04 11 +60 000,0 022 04 11 +60 000,0 022 04 11 611 +60 000,0 022 04 12 -598 750,0 022 04 12 -598 750,0 022 04 12 -598 750,0 022 04 12 244 -498 750,0 022 04 12 810 -100 000,0 022 09 +120 000,0 022 09 01 +120 000,0 022 09 01 +120 000,0 022 09 01 +120 000,0 022 09 01 611 +120 000,0 022 10 +525 911,0 022 10 03 +525 911,0 022 10 03 +57 161,0 022 10 03 +57 161,0 022 10 03 +57 161,0 022 10 03 +57 161,0 022 10 03 322 +57 161,0 022 10 03 +468 750,0 022 10 03 +468 750,0 022 10 03 323 +468 750,0 022 14 +2 500 000,0 022 14 03 +2 500 000,0 022 14 03 +2 500 000,0 022 14 03 +2 500 000,0 022 14 03 521 +2 500 000,0 048 +103 726,3 048 06 +64 526,3 048 06 04 -39 283,0 048 06 04 -39 283,0 048 06 04 -39 283,0 048 06 04 241 -39 283,0 048 06 05 +103 809,3 048 06 05 +105 611,8 048 06 05 +2 000,0 048 06 05 122 +2 000,0 048 06 05 -114,5 048 06 05 122 -11 400,0 048 06 05 244 +11 285,5 048 06 05 +103 726,3 048 06 05 244 +103 726,3 048 06 05 -1 802,5 048 06 05 -1 802,5 048 06 05 -1 802,5 048 06 05 122 -1 802,5 048 10 +39 200,0 048 10 03 +39 200,0 048 10 03 +39 200,0 048 10 03 +39 200,0 048 10 03 +39 200,0 048 10 03 +39 200,0 048 10 03 322 +39 200,0 049 049 04 -85 631,4 049 04 04 -85 631,4 049 04 04 +27 583,0 049 04 04 +27 583,0 049 04 04 244 +27 583,0 049 04 04 -592 976,5 049 04 04 -592 976,5 049 04 04 -592 976,5 049 04 04 422 -592 976,5 049 04 04 +479 762,1 049 04 04 +479 762,1 049 04 04 244 +479 762,1 049 04 04 049 04 04 049 04 04 -62,0 049 04 04 122 -62,0 049 04 04 +62,0 049 04 04 122 +62,0 049 10 +85 631,4 049 10 03 +85 631,4 049 10 03 +85 631,4 049 10 03 +85 631,4 049 10 03 +85 631,4 049 10 03 +85 631,4 049 10 03 322 +85 631,4 051 -108 677,4 051 01 -194 677,4 051 01 08 +1 048,9 051 01 08 +1 048,9 051 01 08 +1 048,9 051 01 08 862 +1 048,9 051 01 13 -195 726,3 051 01 13 -195 726,3 051 01 13 -195 726,3 051 01 13 -195 726,3 051 01 13 244 -195 726,3 051 04 -291 956,0 051 04 01 -22 520,0 051 04 01 +10 380,0 051 04 01 +10 380,0 051 04 01 244 +10 380,0 051 04 01 -32 900,0 051 04 01 -32 900,0 051 04 01 -32 900,0 051 04 01 242 -32 900,0 051 04 09 -386 636,0 051 04 09 -386 636,0 051 04 09 -386 636,0 051 04 09 -386 636,0 051 04 09 413 -386 636,0 051 04 11 -10 380,0 051 04 11 -10 380,0 051 04 11 -10 380,0 051 04 11 241 -10 380,0 051 04 12 +127 580,0 051 04 12 +73 080,0 051 04 12 +32 900,0 051 04 12 +32 900,0 051 04 12 612 +32 900,0 051 04 12 +40 180,0 051 04 12 +40 180,0 051 04 12 612 +40 180,0 051 04 12 +54 500,0 051 04 12 +54 500,0 051 04 12 611 +54 500,0 051 06 +277 494,5 051 06 02 -34 680,0 051 06 02 -34 680,0 051 06 02 -34 680,0 051 06 02 -34 680,0 051 06 02 244 -34 680,0 051 06 03 +816 595,5 051 06 03 +816 595,5 051 06 03 +816 595,5 051 06 03 611 +816 595,5 051 06 04 -5 500,0 051 06 04 -5 500,0 051 06 04 -5 500,0 051 06 04 -5 500,0 051 06 04 241 -5 500,0 051 06 05 -498 921,0 051 06 05 +31 500,0 051 06 05 +31 500,0 051 06 05 630 +31 500,0 051 06 05 -530 421,0 051 06 05 -530 421,0 051 06 05 -530 421,0 051 06 05 413 -530 421,0 051 10 +100 461,5 051 10 03 +100 461,5 051 10 03 +100 461,5 051 10 03 +100 461,5 051 10 03 +100 461,5 051 10 03 +100 461,5 051 10 03 322 +100 461,5 052 -114 679,1 052 04 -114 679,1 052 04 06 -114 679,1 052 04 06 052 04 06 +3 000,0 052 04 06 851 +3 000,0 052 04 06 -3 000,0 052 04 06 244 -3 000,0 052 04 06 -114 679,1 052 04 06 -114 679,1 052 04 06 -114 679,1 052 04 06 244 -114 679,1 053 +7 000,0 053 04 053 04 07 053 04 07 -298 281,6 053 04 07 -298 281,6 053 04 07 -103 522,3 053 04 07 244 -103 522,3 053 04 07 -194 759,3 053 04 07 244 -194 759,3 053 04 07 +298 281,6 053 04 07 +298 281,6 053 04 07 530 +298 281,6 053 10 +7 000,0 053 10 03 +7 000,0 053 10 03 +7 000,0 053 10 03 +7 000,0 053 10 03 +7 000,0 053 10 03 +7 000,0 053 10 03 322 +7 000,0 054 -1 085 000,0 054 07 +202 640,0 054 07 02 -9 183,0 054 07 02 -9 183,0 054 07 02 -9 183,0 054 07 02 -9 183,0 054 07 02 522 -9 183,0 054 07 04 +104 823,0 054 07 04 +104 823,0 054 07 04 +104 823,0 054 07 04 +104 823,0 054 07 04 522 +104 823,0 054 07 06 +107 000,0 054 07 06 +107 000,0 054 07 06 +107 000,0 054 07 06 +107 000,0 054 07 06 413 +107 000,0 054 08 -1 287 640,0 054 08 01 -482 640,0 054 08 01 -70 000,0 054 08 01 -70 000,0 054 08 01 243 -70 000,0 054 08 01 -2 375 717,0 054 08 01 +748 183,0 054 08 01 +748 183,0 054 08 01 522 +748 183,0 054 08 01 -3 123 900,0 054 08 01 -3 123 900,0 054 08 01 413 -3 123 900,0 054 08 01 +440 177,0 054 08 01 -130 000,0 054 08 01 244 -130 000,0 054 08 01 +570 177,0 054 08 01 630 +570 177,0 054 08 01 +509 061,8 054 08 01 +154 914,6 054 08 01 610 +154 914,6 054 08 01 611 +108 300,0 054 08 01 612 +46 614,6 054 08 01 +354 147,2 054 08 01 612 +354 147,2 054 08 01 -9 161,8 054 08 01 -9 161,8 054 08 01 612 -9 161,8 054 08 01 +1 023 000,0 054 08 01 +386 000,0 054 08 01 810 +386 000,0 054 08 01 +637 000,0 054 08 01 610 +637 000,0 054 08 01 611 +170 000,0 054 08 01 612 +467 000,0 054 08 02 +200 000,0 054 08 02 +200 000,0 054 08 02 +200 000,0 054 08 02 810 +200 000,0 054 08 04 -1 005 000,0 054 08 04 -1 255 000,0 054 08 04 -1 255 000,0 054 08 04 -1 255 000,0 054 08 04 244 -1 255 000,0 054 08 04 +250 000,0 054 08 04 +250 000,0 054 08 04 612 +250 000,0 056 -3 240 253,9 056 01 +423 961,9 056 01 10 +423 961,9 056 01 10 +303 033,5 056 01 10 +303 033,5 056 01 10 610 +303 033,5 056 01 10 611 +88 540,0 056 01 10 612 +214 493,5 056 01 10 +120 928,4 056 01 10 +120 928,4 056 01 10 610 +120 928,4 056 01 10 611 +71 928,4 056 01 10 612 +49 000,0 056 07 +1 092 695,3 056 07 05 +75 969,0 056 07 05 +75 969,0 056 07 05 +75 969,0 056 07 05 612 +75 969,0 056 07 06 +1 016 726,3 056 07 06 +338 126,3 056 07 06 +338 126,3 056 07 06 610 +338 126,3 056 07 06 611 +88 540,0 056 07 06 612 +249 586,3 056 07 06 +166 751,6 056 07 06 +166 751,6 056 07 06 612 +166 751,6 056 07 06 +470 110,1 056 07 06 +470 110,1 056 07 06 610 +470 110,1 056 07 06 611 +32 911,2 056 07 06 612 +437 198,9 056 07 06 +41 738,3 056 07 06 +41 738,3 056 07 06 +41 738,3 056 07 06 321 +41 738,3 056 09 -4 760 911,1 056 09 01 +1 164 163,8 056 09 01 +1 384 163,8 056 09 01 +1 384 163,8 056 09 01 112 +655,4 056 09 01 244 -16 361,0 056 09 01 610 +1 384 163,8 056 09 01 611 +147 673,5 056 09 01 612 +1 236 490,3 056 09 01 850 +15 705,6 056 09 01 851 +15 405,6 056 09 01 852 +300,0 056 09 01 -220 000,0 056 09 01 -220 000,0 056 09 01 244 -360 926,9 056 09 01 521 +140 926,9 056 09 02 -12 220 300,0 056 09 02 -12 220 300,0 056 09 02 -325 000,0 056 09 02 244 -325 000,0 056 09 02 -11 895 300,0 056 09 02 244 -11 895 300,0 056 09 05 +381 198,5 056 09 05 +36 300,0 056 09 05 +36 300,0 056 09 05 612 +36 300,0 056 09 05 +156 300,0 056 09 05 +156 300,0 056 09 05 612 +156 300,0 056 09 05 +144 400,0 056 09 05 +144 400,0 056 09 05 612 +144 400,0 056 09 05 +44 198,5 056 09 05 +44 198,5 056 09 05 612 +44 198,5 056 09 08 +1 113 978,2 056 09 08 +447 503,7 056 09 08 +447 503,7 056 09 08 610 +447 503,7 056 09 08 611 +98 012,3 056 09 08 612 +349 491,4 056 09 08 +666 474,5 056 09 08 +666 474,5 056 09 08 610 +666 474,5 056 09 08 611 -202 513,1 056 09 08 612 +868 987,6 056 09 09 +4 800 048,4 056 09 09 +4 873 300,0 056 09 09 +7 403 300,0 056 09 09 +6 888 900,0 056 09 09 522 +6 888 900,0 056 09 09 +514 400,0 056 09 09 522 +514 400,0 056 09 09 -2 530 000,0 056 09 09 -2 530 000,0 056 09 09 413 -2 530 000,0 056 09 09 -325 092,3 056 09 09 -50 000,0 056 09 09 321 -50 000,0 056 09 09 -47 500,0 056 09 09 242 -47 500,0 056 09 09 -227 592,3 056 09 09 242 -227 592,3 056 09 09 +251 840,7 056 09 09 +251 840,7 056 09 09 540 +251 840,7 056 10 +4 000,0 056 10 06 +4 000,0 056 10 06 +4 000,0 056 10 06 +4 000,0 056 10 06 360 +4 000,0 060 +87 954,1 060 09 +81 600,1 060 09 09 +81 600,1 060 09 09 -6 354,0 060 09 09 -6 354,0 060 09 09 244 -6 354,0 060 09 09 +87 954,1 060 09 09 +87 954,1 060 09 09 612 +87 954,1 060 10 +6 354,0 060 10 03 +6 354,0 060 10 03 +6 354,0 060 10 03 +6 354,0 060 10 03 +6 354,0 060 10 03 +6 354,0 060 10 03 322 +6 354,0 069 071 -2 234 483,2 071 01 -10 000,0 071 01 08 -10 000,0 071 01 08 -10 000,0 071 01 08 -10 000,0 071 01 08 862 -10 000,0 071 04 -2 027 483,2 071 04 10 -2 027 483,2 071 04 10 -2 723,2 071 04 10 -2 723,2 071 04 10 863 -2 723,2 071 04 10 -1 043 808,8 071 04 10 -1 043 808,8 071 04 10 -1 043 808,8 071 04 10 242 -373 808,8 071 04 10 521 -670 000,0 071 04 10 -1 174 163,6 071 04 10 -1 354 760,0 071 04 10 -36 760,0 071 04 10 244 -36 760,0 071 04 10 -1 318 000,0 071 04 10 810 -1 318 000,0 071 04 10 +180 596,4 071 04 10 242 +180 596,4 071 04 10 +193 212,4 071 04 10 +193 212,4 071 04 10 242 +193 212,4 071 10 +5 000,0 071 10 03 +5 000,0 071 10 03 +5 000,0 071 10 03 +5 000,0 071 10 03 +5 000,0 071 10 03 +5 000,0 071 10 03 322 +5 000,0 071 12 -202 000,0 071 12 04 -202 000,0 071 12 04 -200 000,0 071 12 04 -200 000,0 071 12 04 -200 000,0 071 12 04 244 -200 000,0 071 12 04 -2 000,0 071 12 04 -2 000,0 071 12 04 -2 000,0 071 12 04 330 -2 000,0 074 +2 806 434,7 074 01 +1 000 100,0 074 01 10 +1 000 000,0 074 01 10 +1 000 000,0 074 01 10 +1 000 000,0 074 01 10 630 +1 000 000,0 074 01 12 +100,0 074 01 12 +100,0 074 01 12 +100,0 074 01 12 +100,0 074 01 12 330 +100,0 074 07 +1 689 867,6 074 07 06 +1 761 647,6 074 07 06 +22 000,0 074 07 06 +22 000,0 074 07 06 863 +22 000,0 074 07 06 -108 105,7 074 07 06 -108 105,7 074 07 06 340 -108 105,7 074 07 06 +3 622 763,9 074 07 06 -300 000,0 074 07 06 -300 000,0 074 07 06 810 -300 000,0 074 07 06 -15 000,0 074 07 06 244 -15 000,0 074 07 06 +200 000,0 074 07 06 611 +200 000,0 074 07 06 +3 737 763,9 074 07 06 600 +3 737 763,9 074 07 06 610 +3 637 763,9 074 07 06 611 +1 857 719,8 074 07 06 612 +1 780 044,1 074 07 06 621 +100 000,0 074 07 06 -1 775 010,6 074 07 06 -1 500 000,0 074 07 06 612 -1 500 000,0 074 07 06 -275 010,6 074 07 06 340 -275 010,6 074 07 08 -321 780,0 074 07 08 -321 780,0 074 07 08 -321 780,0 074 07 08 810 -321 780,0 074 07 09 +250 000,0 074 07 09 +250 000,0 074 07 09 +250 000,0 074 07 09 630 +250 000,0 074 10 +116 467,1 074 10 03 +116 467,1 074 10 03 +116 467,1 074 10 03 +116 467,1 074 10 03 +116 467,1 074 10 03 +116 467,1 074 10 03 322 +116 467,1 076 +115 594,7 076 04 +85 594,7 076 04 05 +47 179,1 076 04 05 +114 679,1 076 04 05 +114 679,1 076 04 05 +114 679,1 076 04 05 244 +114 679,1 076 04 05 -67 500,0 076 04 05 -4 472,0 076 04 05 810 -4 472,0 076 04 05 -63 028,0 076 04 05 810 -63 028,0 076 04 12 +38 415,6 076 04 12 +38 415,6 076 04 12 076 04 12 122 +1 500,0 076 04 12 244 -1 500,0 076 04 12 +38 415,6 076 04 12 121 +418,2 076 04 12 244 +37 997,4 076 07 +30 000,0 076 07 09 +30 000,0 076 07 09 +30 000,0 076 07 09 +30 000,0 076 07 09 612 +30 000,0 077 +5 112,1 077 07 -1 887,9 077 07 08 +35 000,0 077 07 08 +35 000,0 077 07 08 +35 000,0 077 07 08 611 +35 000,0 077 07 09 -36 887,9 077 07 09 -41 887,9 077 07 09 -41 887,9 077 07 09 122 -1 887,9 077 07 09 244 -40 050,0 077 07 09 852 +50,0 077 07 09 +5 000,0 077 07 09 +5 000,0 077 07 09 611 +5 000,0 077 10 +7 000,0 077 10 03 +7 000,0 077 10 03 +7 000,0 077 10 03 +7 000,0 077 10 03 +7 000,0 077 10 03 +7 000,0 077 10 03 322 +7 000,0 081 -16 294,9 081 04 -16 294,9 081 04 12 -16 294,9 081 04 12 -16 294,9 081 04 12 -1 537,6 081 04 12 121 -2 889,0 081 04 12 240 +1 609,6 081 04 12 242 +1 587,7 081 04 12 244 +21,9 081 04 12 850 -258,2 081 04 12 851 -108,9 081 04 12 852 -149,3 081 04 12 -21,9 081 04 12 244 -21,9 081 04 12 -14 735,4 081 04 12 120 -17 115,2 081 04 12 121 -12 825,2 081 04 12 122 -4 290,0 081 04 12 240 +2 702,3 081 04 12 242 -1 587,7 081 04 12 244 +4 290,0 081 04 12 800 -322,5 081 04 12 831 -337,2 081 04 12 850 +14,7 081 04 12 851 -134,6 081 04 12 852 +149,3 082 -1 678 129,0 082 04 -1 678 129,0 082 04 05 -1 678 129,0 082 04 05 -3 920 543,7 082 04 05 -1 920 543,7 082 04 05 521 -1 920 543,7 082 04 05 -2 000 000,0 082 04 05 521 -2 000 000,0 082 04 05 +2 242 414,7 082 04 05 +2 242 414,7 082 04 05 +2 242 414,7 082 04 05 450 +2 242 414,7 082 04 12 082 04 12 082 04 12 082 04 12 122 +3 000,0 082 04 12 242 -3 000,0 084 +2 301 656,0 084 04 +2 301 656,0 084 04 10 +2 301 656,0 084 04 10 +2 301 656,0 084 04 10 +1 867 234,0 084 04 10 +1 867 234,0 084 04 10 810 +1 867 234,0 084 04 10 +434 422,0 084 04 10 611 +434 422,0 084 07 084 07 06 084 07 06 -2 222,0 084 07 06 -2 222,0 084 07 06 612 -2 222,0 084 07 06 +2 222,0 084 07 06 +2 222,0 084 07 06 +2 222,0 084 07 06 321 +2 222,0 089 -53 062,3 089 03 -49 578,2 089 03 14 -49 578,2 089 03 14 +1 375,3 089 03 14 +1 375,3 089 03 14 100 +1 375,3 089 03 14 122 +133,3 089 03 14 134 +1 242,0 089 03 14 -48 904,1 089 03 14 -51 604,1 089 03 14 100 +4 768,0 089 03 14 122 +1 258,0 089 03 14 134 +3 510,0 089 03 14 200 -56 372,1 089 03 14 222 -3 309,8 089 03 14 244 -53 062,3 089 03 14 +800,0 089 03 14 134 +800,0 089 03 14 +1 500,0 089 03 14 133 +1 500,0 089 03 14 +400,0 089 03 14 134 +400,0 089 03 14 -2 050,0 089 03 14 -1 750,0 089 03 14 -1 700,0 089 03 14 133 -1 700,0 089 03 14 -150,0 089 03 14 134 -150,0 089 03 14 +100,0 089 03 14 134 +100,0 089 03 14 -300,0 089 03 14 -300,0 089 03 14 122 -300,0 089 03 14 +0,6 089 03 14 +0,6 089 03 14 +0,6 089 03 14 122 +0,6 089 10 -3 484,1 089 10 03 -3 484,1 089 10 03 +13,9 089 10 03 +13,9 089 10 03 +13,9 089 10 03 313 +13,9 089 10 03 -3 498,0 089 10 03 +5 420,8 089 10 03 +5 420,8 089 10 03 313 +5 420,8 089 10 03 -8 918,8 089 10 03 322 -8 918,8 091 +105 000,0 091 01 091 01 13 091 01 13 091 01 13 091 01 13 244 -117,2 091 01 13 851 +117,2 091 07 +100 000,0 091 07 07 +100 000,0 091 07 07 +100 000,0 091 07 07 +96 625,0 091 07 07 244 -23 375,0 091 07 07 350 +120 000,0 091 07 07 +3 375,0 091 07 07 611 +3 375,0 091 10 +5 000,0 091 10 03 +5 000,0 091 10 03 +5 000,0 091 10 03 +5 000,0 091 10 03 +5 000,0 091 10 03 +5 000,0 091 10 03 322 +5 000,0 092 -75 453 916,7 092 01 -22 008 721,3 092 01 06 -450 642,8 092 01 06 -68 758,8 092 01 06 -68 758,8 092 01 06 240 -68 758,8 092 01 06 243 -65 586,4 092 01 06 244 -3 172,4 092 01 06 -410 184,0 092 01 06 -410 184,0 092 01 06 -168 091,2 092 01 06 244 -168 091,2 092 01 06 -242 092,8 092 01 06 244 -242 092,8 092 01 06 +28 300,0 092 01 06 +28 300,0 092 01 06 244 +28 300,0 092 01 08 +956 710,3 092 01 08 +972 000,0 092 01 08 +972 000,0 092 01 08 862 +972 000,0 092 01 08 -15 289,7 092 01 08 -15 289,7 092 01 08 862 -15 289,7 092 01 11 +10 786 739,4 092 01 11 +10 786 739,4 092 01 11 +2 677 179,4 092 01 11 870 +2 677 179,4 092 01 11 +8 109 560,0 092 01 11 870 +8 109 560,0 092 01 12 +16 319,0 092 01 12 +16 319,0 092 01 12 +16 319,0 092 01 12 610 +16 319,0 092 01 12 611 +10 699,0 092 01 12 612 +5 620,0 092 01 13 -33 317 847,2 092 01 13 +86 064,3 092 01 13 +86 064,3 092 01 13 111 +86 064,3 092 01 13 244 -44 000,0 092 01 13 852 +44 000,0 092 01 13 -11 025 409,9 092 01 13 -11 025 409,9 092 01 13 -544 320,0 092 01 13 244 -544 320,0 092 01 13 -10 481 089,9 092 01 13 244 -10 481 089,9 092 01 13 -21 378 501,6 092 01 13 -21 378 501,6 092 01 13 -958 750,0 092 01 13 244 -958 750,0 092 01 13 -20 419 751,6 092 01 13 360 -3 000,0 092 01 13 800 -20 416 751,6 092 01 13 851 -7 975 450,4 092 01 13 870 -12 441 301,2 092 01 13 -1 000 000,0 092 01 13 -1 000 000,0 092 01 13 521 -1 000 000,0 092 02 -6 052 872,8 092 02 09 -6 052 872,8 092 02 09 +1 500 000,0 092 02 09 +1 500 000,0 092 02 09 630 +1 500 000,0 092 02 09 -7 552 872,8 092 02 09 -7 552 872,8 092 02 09 870 -7 552 872,8 092 03 -3 250 919,6 092 03 14 -3 250 919,6 092 03 14 -3 250 919,6 092 03 14 -3 250 919,6 092 03 14 130 -3 250 919,6 092 03 14 131 -1 000,0 092 03 14 134 -3 249 919,6 092 04 +9 376 303,7 092 04 01 -160 300,0 092 04 01 -160 300,0 092 04 01 -160 300,0 092 04 01 870 -160 300,0 092 04 05 +30 000 000,0 092 04 05 +30 000 000,0 092 04 05 +30 000 000,0 092 04 05 +30 000 000,0 092 04 05 450 +30 000 000,0 092 04 08 -97 916,5 092 04 08 -97 916,5 092 04 08 -97 916,5 092 04 08 870 -97 916,5 092 04 10 -639 392,3 092 04 10 -639 392,3 092 04 10 -639 392,3 092 04 10 -639 392,3 092 04 10 242 -639 392,3 092 04 11 -1 000 000,0 092 04 11 -1 000 000,0 092 04 11 -1 000 000,0 092 04 11 241 -1 000 000,0 092 04 12 -18 726 087,5 092 04 12 -15 190 237,5 092 04 12 -5 190 237,5 092 04 12 -3 760 506,0 092 04 12 841 -3 760 506,0 092 04 12 -1 429 731,5 092 04 12 244 -1 429 731,5 092 04 12 -10 000 000,0 092 04 12 -10 000 000,0 092 04 12 630 -10 000 000,0 092 04 12 -3 535 850,0 092 04 12 -3 535 850,0 092 04 12 -3 535 850,0 092 04 12 870 -3 535 850,0 092 05 -1 000 000,0 092 05 05 -1 000 000,0 092 05 05 -1 000 000,0 092 05 05 -1 000 000,0 092 05 05 -1 000 000,0 092 05 05 841 -1 000 000,0 092 09 -24 649 531,0 092 09 09 -24 649 531,0 092 09 09 -24 649 531,0 092 09 09 -24 649 531,0 092 09 09 560 -24 649 531,0 092 10 -6 895 049,2 092 10 03 -5 155 663,2 092 10 03 +120 967,4 092 10 03 +120 967,4 092 10 03 +120 967,4 092 10 03 +120 967,4 092 10 03 322 +120 967,4 092 10 03 -4 276 630,6 092 10 03 +4 733 369,4 092 10 03 +4 733 369,4 092 10 03 550 +4 733 369,4 092 10 03 -9 000 000,0 092 10 03 530 -9 000 000,0 092 10 03 -10 000,0 092 10 03 -10 000,0 092 10 03 540 -10 000,0 092 10 03 -1 000 000,0 092 10 03 -1 000 000,0 092 10 03 870 -1 000 000,0 092 10 04 -1 739 386,0 092 10 04 +500 000,0 092 10 04 +500 000,0 092 10 04 +500 000,0 092 10 04 313 +500 000,0 092 10 04 -2 239 386,0 092 10 04 -2 239 386,0 092 10 04 521 -2 239 386,0 092 13 -35 392 776,1 092 13 01 -29 000 000,0 092 13 01 -29 000 000,0 092 13 01 -29 000 000,0 092 13 01 710 -29 000 000,0 092 13 02 -6 392 776,1 092 13 02 -6 392 776,1 092 13 02 -6 392 776,1 092 13 02 710 -6 392 776,1 092 14 +14 419 649,6 092 14 02 +14 419 649,6 092 14 02 +14 419 649,6 092 14 02 +14 419 649,6 092 14 02 +1 000 000,0 092 14 02 512 +1 000 000,0 092 14 02 -10 000 000,0 092 14 02 512 -10 000 000,0 092 14 02 +20 905 749,6 092 14 02 512 +20 905 749,6 092 14 02 +2 000 000,0 092 14 02 512 +2 000 000,0 092 14 02 +513 900,0 092 14 02 512 +513 900,0 095 +5 000,0 095 10 +5 000,0 095 10 03 +5 000,0 095 10 03 +5 000,0 095 10 03 +5 000,0 095 10 03 +5 000,0 095 10 03 +5 000,0 095 10 03 322 +5 000,0 096 -600 000,0 096 04 -600 000,0 096 04 01 096 04 01 096 04 01 096 04 01 244 +500,0 096 04 01 852 -500,0 096 04 01 096 04 01 096 04 01 -85,0 096 04 01 122 -85,0 096 04 01 +85,0 096 04 01 122 +85,0 096 04 10 -600 000,0 096 04 10 -600 000,0 096 04 10 -600 000,0 096 04 10 -600 000,0 096 04 10 810 -600 000,0 100 -353 338,3 100 01 -449 262,9 100 01 06 -449 262,9 100 01 06 -127 453,2 100 01 06 -90 834,3 100 01 06 121 -19 735,3 100 01 06 240 -74 059,0 100 01 06 242 -60 000,0 100 01 06 244 -14 059,0 100 01 06 850 +2 960,0 100 01 06 851 +2 950,0 100 01 06 852 +10,0 100 01 06 -36 618,9 100 01 06 121 -69 497,0 100 01 06 240 +34 334,1 100 01 06 242 -2 911,9 100 01 06 244 +37 246,0 100 01 06 852 -1 456,0 100 01 06 -3 745,0 100 01 06 -3 745,0 100 01 06 850 -3 745,0 100 01 06 851 -2 950,0 100 01 06 852 -795,0 100 01 06 -264 106,0 100 01 06 -264 106,0 100 01 06 -264 106,0 100 01 06 411 -264 106,0 100 01 06 -53 365,7 100 01 06 -53 365,7 100 01 06 -55 002,0 100 01 06 122 -55 002,0 100 01 06 +1 636,3 100 01 06 122 +1 636,3 100 01 06 -593,0 100 01 06 -593,0 100 01 06 -593,0 100 01 06 122 -593,0 100 10 +95 924,6 100 10 03 +95 924,6 100 10 03 +95 924,6 100 10 03 +95 924,6 100 10 03 +95 924,6 100 10 03 +95 924,6 100 10 03 322 +95 924,6 103 -12 370 044,8 103 04 -12 477 961,3 103 04 08 -8 405 627,3 103 04 08 +3 000,0 103 04 08 +3 000,0 103 04 08 122 +3 000,0 103 04 08 -8 250,0 103 04 08 -8 250,0 103 04 08 630 -8 250,0 103 04 08 -8 082 588,8 103 04 08 -7 522 085,2 103 04 08 -7 522 085,2 103 04 08 411 -7 522 085,2 103 04 08 -560 503,6 103 04 08 -560 503,6 103 04 08 242 -59 503,6 103 04 08 411 -501 000,0 103 04 08 +8 250,0 103 04 08 +8 250,0 103 04 08 611 +8 250,0 103 04 08 -433 597,6 103 04 08 -433 597,6 103 04 08 521 -433 597,6 103 04 08 +107 559,1 103 04 08 -6 231,7 103 04 08 -6 231,7 103 04 08 521 -6 231,7 103 04 08 +113 790,8 103 04 08 +113 790,8 103 04 08 630 +113 790,8 103 04 09 -4 000 000,0 103 04 09 -4 000 000,0 103 04 09 -4 000 000,0 103 04 09 -4 000 000,0 103 04 09 823 -4 000 000,0 103 04 11 -72 334,0 103 04 11 -15 340,4 103 04 11 -15 340,4 103 04 11 241 -15 340,4 103 04 11 -56 993,6 103 04 11 -34 318,0 103 04 11 -34 318,0 103 04 11 241 -34 318,0 103 04 11 -22 675,6 103 04 11 -22 675,6 103 04 11 241 -22 675,6 103 10 +107 916,5 103 10 03 +107 916,5 103 10 03 +107 916,5 103 10 03 +107 916,5 103 10 03 +107 916,5 103 10 03 +107 916,5 103 10 03 322 +107 916,5 106 106 04 106 04 08 106 04 08 106 04 08 106 04 08 122 +4 000,0 106 04 08 244 -4 000,0 107 -14 078 258,3 107 04 -14 057 633,5 107 04 08 -14 057 633,5 107 04 08 +3 327,0 107 04 08 +3 442,0 107 04 08 122 +3 442,0 107 04 08 -115,0 107 04 08 122 -115,0 107 04 08 -1 049 243,0 107 04 08 -620 000,0 107 04 08 -620 000,0 107 04 08 422 -620 000,0 107 04 08 -429 243,0 107 04 08 -429 243,0 107 04 08 422 -429 243,0 107 04 08 -1 901 500,0 107 04 08 -1 901 500,0 107 04 08 -1 901 500,0 107 04 08 420 -1 901 500,0 107 04 08 421 -100 000,0 107 04 08 422 -1 801 500,0 107 04 08 -10 486 357,3 107 04 08 -10 486 357,3 107 04 08 -10 486 357,3 107 04 08 244 -100 000,0 107 04 08 400 -10 386 357,3 107 04 08 413 -18 800,0 107 04 08 420 -10 367 557,3 107 04 08 421 -105 500,0 107 04 08 422 -10 262 057,3 107 04 08 -623 975,2 107 04 08 +29 424,8 107 04 08 -375,2 107 04 08 111 -375,2 107 04 08 -70 200,0 107 04 08 810 -70 200,0 107 04 08 +100 000,0 107 04 08 810 +100 000,0 107 04 08 -299 200,0 107 04 08 -13 400,0 107 04 08 810 -13 400,0 107 04 08 -45 400,0 107 04 08 810 -45 400,0 107 04 08 -338 000,0 107 04 08 810 -338 000,0 107 04 08 +200 000,0 107 04 08 810 +200 000,0 107 04 08 -50 000,0 107 04 08 810 -50 000,0 107 04 08 -116 000,0 107 04 08 810 -116 000,0 107 04 08 +13 600,0 107 04 08 810 +13 600,0 107 04 08 +50 000,0 107 04 08 810 +50 000,0 107 04 08 -400 000,0 107 04 08 810 -400 000,0 107 04 08 +35 800,0 107 04 08 810 +35 800,0 107 04 08 +10 000,0 107 04 08 621 +10 000,0 107 04 08 +115,0 107 04 08 +115,0 107 04 08 +115,0 107 04 08 122 +115,0 107 07 -21 000,0 107 07 06 -21 000,0 107 07 06 -21 000,0 107 07 06 -21 000,0 107 07 06 -21 000,0 107 07 06 400 -21 000,0 107 07 06 413 -440 444,4 107 07 06 442 +419 444,4 107 10 +375,2 107 10 03 +375,2 107 10 03 +375,2 107 10 03 +375,2 107 10 03 +375,2 107 10 03 313 +375,2 108 +14 310 536,6 108 04 +14 310 536,6 108 04 09 +14 310 536,6 108 04 09 +2 950 536,6 108 04 09 +2 950 536,6 108 04 09 +2 950 536,6 108 04 09 522 +2 950 536,6 108 04 09 +11 360 000,0 108 04 09 +11 360 000,0 108 04 09 +11 360 000,0 108 04 09 240 108 04 09 242 +443 000,0 108 04 09 244 -443 000,0 108 04 09 411 -250 000,0 108 04 09 522 +11 610 000,0 109 +20 400 333,6 109 04 +20 400 333,6 109 04 08 +20 400 333,6 109 04 08 -4 081 500,0 109 04 08 -4 081 500,0 109 04 08 +300 000,0 109 04 08 450 +300 000,0 109 04 08 -4 381 500,0 109 04 08 422 -4 381 500,0 109 04 08 +496 714,0 109 04 08 +496 714,0 109 04 08 +111 100,0 109 04 08 810 +111 100,0 109 04 08 +385 614,0 109 04 08 810 +385 614,0 109 04 08 +23 985 119,6 109 04 08 +23 985 119,6 109 04 08 +23 985 119,6 109 04 08 450 +23 985 119,6 110 -1 149 036,6 110 04 -163 055,8 110 04 08 -163 055,8 110 04 08 -1 049 036,6 110 04 08 -1 049 036,6 110 04 08 -1 049 036,6 110 04 08 411 -1 049 036,6 110 04 08 +985 980,8 110 04 08 +985 980,8 110 04 08 +985 980,8 110 04 08 422 +985 980,8 110 04 08 -276 954,6 110 04 08 -276 954,6 110 04 08 810 -276 954,6 110 04 08 +176 954,6 110 04 08 +176 954,6 110 04 08 810 +176 954,6 110 07 -985 980,8 110 07 06 -985 980,8 110 07 06 -985 980,8 110 07 06 -985 980,8 110 07 06 -985 980,8 110 07 06 413 -985 980,8 135 +1 329 725,3 135 12 +1 329 725,3 135 12 01 +988 655,3 135 12 01 -341 070,0 135 12 01 -341 070,0 135 12 01 -341 070,0 135 12 01 413 -341 070,0 135 12 01 -97 234,0 135 12 01 -97 234,0 135 12 01 -97 234,0 135 12 01 422 -97 234,0 135 12 01 +1 246 959,3 135 12 01 +1 246 959,3 135 12 01 +1 251 100,0 135 12 01 630 +1 251 100,0 135 12 01 +175 859,3 135 12 01 810 +175 859,3 135 12 01 -180 000,0 135 12 01 630 -180 000,0 135 12 01 +180 000,0 135 12 01 +180 000,0 135 12 01 +180 000,0 135 12 01 630 +180 000,0 135 12 04 +341 070,0 135 12 04 +341 070,0 135 12 04 +341 070,0 135 12 04 +341 070,0 135 12 04 810 +341 070,0 139 -1 294 727,5 139 01 -1 209 841,1 139 01 08 -6 333,4 139 01 08 -59 118,9 139 01 08 -59 118,9 139 01 08 122 +5 600,0 139 01 08 243 -64 718,9 139 01 08 +52 785,5 139 01 08 +12 785,5 139 01 08 862 +12 785,5 139 01 08 +40 000,0 139 01 08 810 +40 000,0 139 01 13 -1 203 507,7 139 01 13 139 01 13 139 01 13 122 +7 000,0 139 01 13 244 -7 000,0 139 01 13 -1 128 725,6 139 01 13 -1 128 725,6 139 01 13 -317 363,8 139 01 13 244 -317 363,8 139 01 13 -811 361,8 139 01 13 244 -811 361,8 139 01 13 -74 782,1 139 01 13 -74 782,1 139 01 13 -74 782,1 139 01 13 411 -74 782,1 139 05 -76 720,1 139 05 02 -76 720,1 139 05 02 -76 720,1 139 05 02 -76 720,1 139 05 02 -76 720,1 139 05 02 413 -76 720,1 139 07 139 07 05 -30 000,0 139 07 05 -30 000,0 139 07 05 -30 000,0 139 07 05 521 -30 000,0 139 07 09 +30 000,0 139 07 09 +30 000,0 139 07 09 +30 000,0 139 07 09 612 +30 000,0 139 09 -78 166,3 139 09 05 -78 166,3 139 09 05 -78 166,3 139 09 05 -78 166,3 139 09 05 -78 166,3 139 09 05 413 -78 166,3 139 10 +70 000,0 139 10 03 +70 000,0 139 10 03 +70 000,0 139 10 03 +70 000,0 139 10 03 +70 000,0 139 10 03 +70 000,0 139 10 03 322 +70 000,0 141 +26 951,5 141 09 +26 951,5 141 09 07 +14 532,9 141 09 07 +14 532,9 141 09 07 +14 532,9 141 09 07 110 +6 181,9 141 09 07 111 +6 141,7 141 09 07 112 +40,2 141 09 07 240 +8 351,0 141 09 07 242 +792,9 141 09 07 244 +7 558,1 141 09 09 +12 418,6 141 09 09 +12 418,6 141 09 09 +12 418,6 141 09 09 240 +12 418,6 141 09 09 243 +300,0 141 09 09 244 +12 118,6 141 09 09 141 09 09 141 09 09 -764,5 141 09 09 122 -764,5 141 09 09 +764,5 141 09 09 122 +764,5 149 -993 575,2 149 07 +161 964,3 149 07 04 +122 700,8 149 07 04 +122 700,8 149 07 04 +122 700,8 149 07 04 111 +4 599,5 149 07 04 240 +118 101,3 149 07 04 242 +8 926,5 149 07 04 243 +28 000,0 149 07 04 244 +81 174,8 149 07 05 +39 263,5 149 07 05 +39 263,5 149 07 05 +39 263,5 149 07 05 244 +39 263,5 149 09 +508 473,4 149 09 01 +508 473,4 149 09 01 +398 887,4 149 09 01 +398 887,4 149 09 01 612 +398 887,4 149 09 01 +109 586,0 149 09 01 +109 586,0 149 09 01 612 +109 586,0 149 10 -1 664 012,9 149 10 01 -627 937,0 149 10 01 -627 937,0 149 10 01 -627 937,0 149 10 01 540 -627 937,0 149 10 02 -29 778,0 149 10 02 -8 093,2 149 10 02 -8 093,2 149 10 02 -8 093,2 149 10 02 242 -8 093,2 149 10 02 -69 623,6 149 10 02 -69 623,6 149 10 02 111 -568 000,0 149 10 02 240 +495 015,4 149 10 02 242 +86 764,4 149 10 02 243 +100 000,0 149 10 02 244 +308 251,0 149 10 02 852 +3 361,0 149 10 02 +43 100,0 149 10 02 +43 100,0 149 10 02 612 +43 100,0 149 10 02 +4 838,8 149 10 02 +4 838,8 149 10 02 244 +4 838,8 149 10 03 +26 610,2 149 10 03 +65 100,0 149 10 03 +65 100,0 149 10 03 +65 100,0 149 10 03 +65 100,0 149 10 03 322 +65 100,0 149 10 03 -38 489,8 149 10 03 +63 688,8 149 10 03 +63 688,8 149 10 03 530 +63 688,8 149 10 03 -41 678,6 149 10 03 323 -41 678,6 149 10 03 -60 500,0 149 10 03 530 -60 500,0 149 10 04 -986 083,0 149 10 04 -973 578,0 149 10 04 -973 578,0 149 10 04 530 -973 578,0 149 10 04 -12 505,0 149 10 04 -12 505,0 149 10 04 530 -12 505,0 149 10 05 +170 640,9 149 10 05 +170 640,9 149 10 05 +170 640,9 149 10 05 610 +170 640,9 149 10 05 611 +3 445,0 149 10 05 612 +167 195,9 149 10 06 -217 466,0 149 10 06 -21 200,0 149 10 06 -21 200,0 149 10 06 121 +18 000,0 149 10 06 242 -39 200,0 149 10 06 -181 274,8 149 10 06 -181 274,8 149 10 06 -181 274,8 149 10 06 240 -181 274,8 149 10 06 242 -17 586,0 149 10 06 244 -163 688,8 149 10 06 -14 991,2 149 10 06 -679,2 149 10 06 244 -679,2 149 10 06 +18 000,0 149 10 06 630 +18 000,0 149 10 06 -32 312,0 149 10 06 244 -32 312,0 150 -4 784 511,7 150 04 -227 368,3 150 04 01 -232 368,3 150 04 01 -232 368,3 150 04 01 -242 015,9 150 04 01 121 +5 984,1 150 04 01 240 -248 000,0 150 04 01 242 +7 000,0 150 04 01 243 -250 000,0 150 04 01 244 -5 000,0 150 04 01 +9 647,6 150 04 01 120 +9 647,6 150 04 01 121 +16 647,6 150 04 01 122 -7 000,0 150 04 10 +5 000,0 150 04 10 +5 000,0 150 04 10 +5 000,0 150 04 10 +5 000,0 150 04 10 242 +5 000,0 150 10 -3 940 688,3 150 10 03 -3 940 688,3 150 10 03 +44 853,9 150 10 03 +44 853,9 150 10 03 +44 853,9 150 10 03 +44 853,9 150 10 03 322 +44 853,9 150 10 03 -1 600 000,0 150 10 03 -1 600 000,0 150 10 03 -1 600 000,0 150 10 03 313 -1 600 000,0 150 10 03 -3 455 542,2 150 10 03 -3 455 542,2 150 10 03 -3 455 542,2 150 10 03 530 -3 455 542,2 150 10 03 +1 070 000,0 150 10 03 +900 000,0 150 10 03 +900 000,0 150 10 03 321 +900 000,0 150 10 03 +170 000,0 150 10 03 +170 000,0 150 10 03 313 +170 000,0 150 14 -616 455,1 150 14 03 -616 455,1 150 14 03 -616 455,1 150 14 03 -616 455,1 150 14 03 521 -616 455,1 151 151 01 -15 819,5 151 01 06 -15 819,5 151 01 06 -14 355,5 151 01 06 -35 332,6 151 01 06 244 -34 600,0 151 01 06 800 -732,6 151 01 06 831 -400,0 151 01 06 851 -332,6 151 01 06 +23 024,3 151 01 06 122 -19 174,2 151 01 06 240 +41 645,8 151 01 06 243 -808,3 151 01 06 244 +42 454,1 151 01 06 850 +552,7 151 01 06 851 +332,6 151 01 06 852 +220,1 151 01 06 -2 047,2 151 01 06 244 -2 047,2 151 01 06 -1 464,0 151 01 06 -1 464,0 151 01 06 -1 464,0 151 01 06 122 -1 464,0 151 10 +15 819,5 151 10 03 +15 819,5 151 10 03 +15 819,5 151 10 03 +15 819,5 151 10 03 +15 819,5 151 10 03 +15 819,5 151 10 03 322 +15 819,5 153 -18 000,0 153 01 +483 539,0 153 01 06 +479 219,0 153 01 06 -106 143,1 153 01 06 -96 851,8 153 01 06 100 -66 298,7 153 01 06 120 -65 061,5 153 01 06 121 -53 208,0 153 01 06 122 -11 853,5 153 01 06 134 -1 237,2 153 01 06 240 -30 553,1 153 01 06 242 -10 044,0 153 01 06 244 -20 509,1 153 01 06 -10 291,3 153 01 06 100 -5 860,0 153 01 06 122 -3 060,0 153 01 06 134 -2 800,0 153 01 06 244 -4 431,3 153 01 06 +1 000,0 153 01 06 133 +1 000,0 153 01 06 -17 900,0 153 01 06 -17 900,0 153 01 06 -17 900,0 153 01 06 412 -17 900,0 153 01 06 +610 974,7 153 01 06 -279,0 153 01 06 244 -279,0 153 01 06 +693 258,9 153 01 06 100 +8 658,2 153 01 06 120 -933,3 153 01 06 121 +95 267,0 153 01 06 122 -96 200,3 153 01 06 134 +9 591,5 153 01 06 244 +684 522,9 153 01 06 360 -25,0 153 01 06 851 +102,8 153 01 06 -81 225,2 153 01 06 134 -81 225,2 153 01 06 -780,0 153 01 06 134 -780,0 153 01 06 -6 718,0 153 01 06 -6 718,0 153 01 06 880 -6 718,0 153 01 06 -1 000,0 153 01 06 -1 000,0 153 01 06 +3 482,0 153 01 06 133 +3 482,0 153 01 06 -4 482,0 153 01 06 133 -4 482,0 153 01 06 +5,4 153 01 06 +5,4 153 01 06 +5,4 153 01 06 122 +5,4 153 01 08 +4 320,0 153 01 08 +4 320,0 153 01 08 +4 320,0 153 01 08 862 +4 320,0 153 04 -288 000,0 153 04 12 -288 000,0 153 04 12 -288 000,0 153 04 12 -288 000,0 153 04 12 -288 000,0 153 04 12 630 -288 000,0 153 07 +6 080,0 153 07 06 +6 080,0 153 07 06 +133,9 153 07 06 -373,6 153 07 06 -373,6 153 07 06 112 -373,6 153 07 06 +507,5 153 07 06 110 +1 893,6 153 07 06 111 +373,6 153 07 06 112 +1 520,0 153 07 06 222 -1 329,3 153 07 06 852 -56,8 153 07 06 +5 943,4 153 07 06 +5 943,4 153 07 06 +5 943,4 153 07 06 321 +5 943,4 153 07 06 +2,7 153 07 06 +2,7 153 07 06 +2,7 153 07 06 112 +2,7 153 09 +18 685,9 153 09 01 +985,1 153 09 01 +985,1 153 09 01 -14,9 153 09 01 134 -14,9 153 09 01 +1 000,0 153 09 01 244 +1 500,0 153 09 01 851 -500,0 153 09 02 +35 208,1 153 09 02 +35 206,9 153 09 02 -1 410,0 153 09 02 134 -1 410,0 153 09 02 +36 616,9 153 09 02 112 -930,7 153 09 02 244 +40 625,6 153 09 02 851 -3 078,0 153 09 02 +1,2 153 09 02 +1,2 153 09 02 +1,2 153 09 02 112 +1,2 153 09 05 -17 507,3 153 09 05 -17 508,8 153 09 05 -80,4 153 09 05 112 -80,4 153 09 05 -17 428,4 153 09 05 112 -314,6 153 09 05 200 -13 713,8 153 09 05 222 +1 307,0 153 09 05 240 -15 020,8 153 09 05 243 +11 213,5 153 09 05 244 -26 234,3 153 09 05 851 -3 400,0 153 09 05 +1,5 153 09 05 +1,5 153 09 05 +1,5 153 09 05 112 +1,5 153 10 -238 304,9 153 10 01 -260 000,0 153 10 01 -260 000,0 153 10 01 -260 000,0 153 10 01 -260 000,0 153 10 01 312 -260 000,0 153 10 03 +21 695,1 153 10 03 -42 546,5 153 10 03 -570,8 153 10 03 -544,5 153 10 03 314 -544,5 153 10 03 -26,3 153 10 03 313 -26,3 153 10 03 -5,6 153 10 03 -5,6 153 10 03 314 -5,6 153 10 03 -44,0 153 10 03 -44,0 153 10 03 314 -44,0 153 10 03 -926,1 153 10 03 -926,1 153 10 03 313 -926,1 153 10 03 -41 000,0 153 10 03 321 -41 000,0 153 10 03 +64 241,6 153 10 03 -35 758,4 153 10 03 -35 758,4 153 10 03 313 -35 758,4 153 10 03 +100 000,0 153 10 03 322 +100 000,0 155 155 01 155 01 08 +30,0 155 01 08 +30,0 155 01 08 +30,0 155 01 08 862 +30,0 155 01 13 -30,0 155 01 13 -30,0 155 01 13 -30,0 155 01 13 244 -30,0 157 +350 000,0 157 01 +350 000,0 157 01 08 +6,5 157 01 08 +6,5 157 01 08 +6,5 157 01 08 862 +6,5 157 01 13 +349 993,5 157 01 13 +348 080,8 157 01 13 +275 968,5 157 01 13 122 -987,0 157 01 13 240 +274 691,9 157 01 13 242 +284 000,0 157 01 13 244 -9 308,1 157 01 13 851 +2 263,6 157 01 13 +120 004,1 157 01 13 122 +7 595,9 157 01 13 240 +113 891,8 157 01 13 242 +66 000,0 157 01 13 244 +47 891,8 157 01 13 850 -1 483,6 157 01 13 851 -2 263,6 157 01 13 852 +780,0 157 01 13 -47 891,8 157 01 13 244 -47 891,8 157 01 13 +1 912,7 157 01 13 +1 912,7 157 01 13 +1 597,7 157 01 13 122 +1 597,7 157 01 13 +315,0 157 01 13 122 +315,0 160 +7 200,0 160 01 -2 800,0 160 01 06 -2 800,0 160 01 06 -2 800,0 160 01 06 -2 800,0 160 01 06 121 -2 800,0 160 10 +10 000,0 160 10 03 +10 000,0 160 10 03 +10 000,0 160 10 03 +10 000,0 160 10 03 +10 000,0 160 10 03 +10 000,0 160 10 03 322 +10 000,0 161 161 04 161 04 01 161 04 01 161 04 01 -910,0 161 04 01 122 +1 000,0 161 04 01 244 -1 000,0 161 04 01 851 -910,0 161 04 01 +910,0 161 04 01 851 +910,0 165 165 01 165 01 13 165 01 13 165 01 13 +28 426,9 165 01 13 122 +450,0 165 01 13 244 +26 776,9 165 01 13 851 +1 200,0 165 01 13 -28 426,9 165 01 13 122 -18 620,0 165 01 13 244 -9 836,9 165 01 13 851 +30,0 167 +50 000,0 167 01 167 01 13 167 01 13 -52 363,0 167 01 13 -52 363,0 167 01 13 244 -52 363,0 167 01 13 +52 363,0 167 01 13 +52 363,0 167 01 13 +52 363,0 167 01 13 832 +52 363,0 167 10 +50 000,0 167 10 03 +50 000,0 167 10 03 +50 000,0 167 10 03</w:t>
      </w:r>
    </w:p>
    <w:p>
      <w:r>
        <w:rPr>
          <w:b/>
        </w:rPr>
        <w:t xml:space="preserve">10. </w:t>
      </w:r>
      <w:r>
        <w:t>в части 2 слова "на сумму до 10 970 000,0 тыс. рублей" заменить словами "на сумму до 6 750 000,0 тыс. рублей"</w:t>
      </w:r>
    </w:p>
    <w:p>
      <w:r>
        <w:rPr>
          <w:b/>
        </w:rPr>
        <w:t xml:space="preserve">10. </w:t>
      </w:r>
      <w:r>
        <w:t>в части 3 слова "на сумму до 9 450 000,0 тыс. рублей" заменить словами "на сумму до 6 680 000,0 тыс. рублей"</w:t>
      </w:r>
    </w:p>
    <w:p>
      <w:r>
        <w:rPr>
          <w:b/>
        </w:rPr>
        <w:t xml:space="preserve">10. </w:t>
      </w:r>
      <w:r>
        <w:t>в пункте 1 части 5 слова "в сумме 764 618 820,8 тыс. рублей" заменить словами "в сумме 664 618 820,8 тыс. рублей"</w:t>
      </w:r>
    </w:p>
    <w:p>
      <w:r>
        <w:rPr>
          <w:b/>
        </w:rPr>
        <w:t xml:space="preserve">10. </w:t>
      </w:r>
      <w:r>
        <w:t>пункт 4 части 1 признать утратившим силу</w:t>
      </w:r>
    </w:p>
    <w:p>
      <w:r>
        <w:rPr>
          <w:b/>
        </w:rPr>
        <w:t xml:space="preserve">10. </w:t>
      </w:r>
      <w:r>
        <w:t>в части 2: пункт 15 изложить в следующей редакции: "15) перераспределение бюджетных ассигнований, предусмотренных главным распорядителям средств федерального бюджета, на цели, связанные с подготовкой и проведением XXII Олимпийских зимних игр и XI Паралимпийских зимних игр 2014 года в городе Сочи, с содержанием и эксплуатацией олимпийских объектов, на иные цели, связанные со строительством олимпийских объектов и развитием города Сочи как горноклиматического курорта, в том числе предусмотренные Программой строительства олимпийских объектов и развития города Сочи как горноклиматического курорта, в соответствии с решениями Правительства Российской Федерации;"; пункт 22 изложить в следующей редакции: "22) перераспределение бюджетных ассигнований, предусмотренных Министерству здравоохранения Российской Федерации по подразделу "Стационарная медицинская помощь" раздела "Здравоохранение" на финансовое обеспечение мероприятий по оказанию высокотехнологичной медицинской помощи;"; дополнить пунктом 45 следующего содержания: "45) перераспределение бюджетных ассигнований, предусмотренных главным распорядителям средств федерального бюджета, на цели, связанные с реализацией мероприятий по ликвидации последствий крупномасштабного наводнения на территориях Республики Саха (Якутия), Приморского и Хабаровского краев, Амурской и Магаданской областей, Еврейской автономной области, в соответствии с решениями Правительства Российской Федерации."</w:t>
      </w:r>
    </w:p>
    <w:p>
      <w:r>
        <w:rPr>
          <w:b/>
        </w:rPr>
        <w:t xml:space="preserve">10. </w:t>
      </w:r>
      <w:r>
        <w:t>дополнить частью 9 следующего содержания: "9. Установить, что: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