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"Об иммунопрофилактике инфекционных болезней"</w:t>
      </w:r>
    </w:p>
    <w:p>
      <w:r>
        <w:rPr>
          <w:b/>
        </w:rPr>
        <w:t>Статья 1</w:t>
      </w:r>
    </w:p>
    <w:p>
      <w:r>
        <w:t>Внести в пункт 1 статьи 9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2006, № 27, ст. 2879; 2010, № 50, ст. 6599; Российская газета, 2013, 27 ноября) изменение, дополнив его после слов "гемофильной инфекции" словами ", пневмококковой инфекции".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