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27 Федерального закона "О порядке выезда из Российской Федерации и въезда в Российскую Федерацию" и статью 5 Федерального закона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Часть первую статьи 27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159; 2006, № 31, ст. 3420; 2007, № 3, ст. 410; 2008, № 19, ст. 2094; № 30, ст. 3616; 2012, № 53, ст. 7597; 2013, № 27, ст. 3470; № 30, ст. 4040, 4057) дополнить подпунктом 12 следующего содержания: "12) иностранный гражданин или лицо без гражданства в период своего предыдущего пребывания в Российской Федерации превысили срок пребывания в девяносто суток суммарно в течение каждого периода в сто восемьдесят суток, - в течение трех лет со дня выезда из Российской Федерации.".</w:t>
      </w:r>
    </w:p>
    <w:p>
      <w:r>
        <w:rPr>
          <w:b/>
        </w:rPr>
        <w:t>Статья 2</w:t>
      </w:r>
    </w:p>
    <w:p>
      <w:r>
        <w:t>Абзац второй пункта 1 статьи 5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2003, № 46, ст. 4437; 2006, № 30, ст. 3286; 2010, № 21, ст. 2524; № 40, ст. 4969; № 52, ст. 7000; 2011, № 13, ст. 1689; 2013, № 30, ст. 4036, 4057) изложить в следующей редакции: "Срок временного пребывания в Российской Федерации иностранного гражданина, прибывшего в Российскую Федерацию в порядке, не требующем получения визы, не может превышать девяносто суток суммарно в течение каждого периода в сто восемьдесят суток, за исключением случаев, предусмотренных настоящим Федеральным законом, а также в случае, если такой срок не продлен в соответствии с настоящим Федеральным законом.".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