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4 Федерального закона "О некоммерческих организациях" и статью 6-1 Федерального закона "Об автономных учреждениях"</w:t>
      </w:r>
    </w:p>
    <w:p>
      <w:r>
        <w:rPr>
          <w:b/>
        </w:rPr>
        <w:t>Статья 1</w:t>
      </w:r>
    </w:p>
    <w:p>
      <w:r>
        <w:t>Внести в статью 4 Федерального закона от 12 января 1996 года № 7-ФЗ "О некоммерческих организациях" (Собрание законодательства Российской Федерации, 1996, № 3, ст. 145; 2002, № 12, ст. 1093; 2010, № 30, ст. 3995; 2011, № 30, ст. 4587) следующие изменения</w:t>
      </w:r>
    </w:p>
    <w:p>
      <w:r>
        <w:t>пункт 4 изложить в следующей редакции: "4. Использование в наименовании некоммерческой организации официального наименования Российская Федерация или Россия, а также слов, производных от этого наименования, допускается по разрешению, выдаваемому в порядке, установленном Правительством Российской Федерации (если иное не предусмотрено настоящим Федеральным законом и иными федеральными законами)."</w:t>
      </w:r>
    </w:p>
    <w:p>
      <w:r>
        <w:t>дополнить пунктом 5 следующего содержания: "5. Официальное наименование Российская Федерация или Россия, а также слова, производные от этого наименования, используются без разрешения, указанного в пункте 4 настоящей статьи, в наименованиях:</w:t>
      </w:r>
    </w:p>
    <w:p>
      <w:r>
        <w:t>централизованных религиозных организаций, структуры которых действовали на территории Российской Федерации на законных основаниях на протяжении не менее пятидесяти лет на момент обращения такой религиозной организации с заявлением о государственной регистрации</w:t>
      </w:r>
    </w:p>
    <w:p>
      <w:r>
        <w:t>некоммерческих организаций, созданных на основании федеральных законов, а также в соответствии с актами Президента Российской Федерации или Правительства Российской Федерации</w:t>
      </w:r>
    </w:p>
    <w:p>
      <w:r>
        <w:t>общероссийских общественных объединений</w:t>
      </w:r>
    </w:p>
    <w:p>
      <w:r>
        <w:t>структурных подразделений общероссийских общественных объединений в случае использования в наименованиях указанных структурных подразделений полного наименования такого общественного объединения</w:t>
      </w:r>
    </w:p>
    <w:p>
      <w:r>
        <w:t>некоммерческих организаций, единственным учредителем которых является юридическое лицо, созданное на основании актов Президента Российской Федерации, актов Правительства Российской Федерации, или юридическое лицо, использующее в своем наименовании официальное наименование Российская Федерация или Россия, а также слова, производные от этого наименования, в силу закона или в соответствии с разрешением, полученным в порядке, установленном Правительством Российской Федерации, в случае использования в наименованиях указанных некоммерческих организаций полного наименования учредившего их юридического лица."</w:t>
      </w:r>
    </w:p>
    <w:p>
      <w:r>
        <w:t>дополнить пунктом 6 следующего содержания: "6. Право на использование в наименовании некоммерческой организации официального наименования Российская Федерация или Россия, а также слов, производных от этого наименования, прекращается в связи с:</w:t>
      </w:r>
    </w:p>
    <w:p>
      <w:r>
        <w:t>отзывом разрешения, указанного в пункте 4 настоящей статьи, по основаниям, установленным Правительством Российской Федерации</w:t>
      </w:r>
    </w:p>
    <w:p>
      <w:r>
        <w:t>прекращением юридического лица - единственного учредителя некоммерческих организаций, указанных в подпункте 5 пункта 5 настоящей статьи</w:t>
      </w:r>
    </w:p>
    <w:p>
      <w:r>
        <w:t>прекращением права юридического лица - единственного учредителя некоммерческих организаций, указанных в подпункте 5 пункта 5 настоящей статьи, на использование в своем наименовании официального наименования Российская Федерация или Россия, а также слов, производных от этого наименования."</w:t>
      </w:r>
    </w:p>
    <w:p>
      <w:r>
        <w:t>дополнить пунктом 7 следующего содержания: "7. В случае прекращения права на использование в наименовании некоммерческой организации официального наименования Российская Федерация или Россия, а также слов, производных от этого наименования, некоммерческая организация обязана внести соответствующие изменения в свои учредительные документы в течение трех месяцев с даты наступления обстоятельств, указанных в пункте 6 настоящей статьи."</w:t>
      </w:r>
    </w:p>
    <w:p>
      <w:r>
        <w:rPr>
          <w:b/>
        </w:rPr>
        <w:t>Статья 2</w:t>
      </w:r>
    </w:p>
    <w:p>
      <w:r>
        <w:t>Статью 61 Федерального закона от 3 ноября 2006 года № 174-ФЗ "Об автономных учреждениях" (Собрание законодательства Российской Федерации, 2006, № 45, ст. 4626; 2011, № 30, ст. 4587) дополнить частью 3 следующего содержания: "3. Использование в наименовании автономного учреждения официального наименования Российская Федерация или Россия, а также слов, производных от этого наименования, осуществляется в порядке, установленном Федеральным законом от 12 января 1996 года № 7-ФЗ "О некоммерческих организациях".".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