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основах социального обслуживания граждан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устанавливает</w:t>
      </w:r>
    </w:p>
    <w:p>
      <w:r>
        <w:rPr>
          <w:b/>
        </w:rPr>
        <w:t xml:space="preserve">2. </w:t>
      </w:r>
      <w:r>
        <w:t>Действие настоящего Федерального закона распространяется на граждан Российской Федерации, на иностранных граждан и лиц без гражданства, постоянно проживающих на территории Российской Федерации, беженцев (далее - граждане, гражданин), а также на юридических лиц независимо от их организационно-правовой формы и индивидуальных предпринимателей, осуществляющих социальное обслуживание граждан</w:t>
      </w:r>
    </w:p>
    <w:p>
      <w:r>
        <w:rPr>
          <w:b/>
        </w:rPr>
        <w:t xml:space="preserve">1. </w:t>
      </w:r>
      <w:r>
        <w:t>правовые, организационные и экономические основы социального обслуживания граждан в Российской Федерации</w:t>
      </w:r>
    </w:p>
    <w:p>
      <w:r>
        <w:rPr>
          <w:b/>
        </w:rPr>
        <w:t xml:space="preserve">1. </w:t>
      </w:r>
      <w:r>
        <w:t>полномочия федеральных органов государственной власти и полномочия органов государственной власти субъектов Российской Федерации в сфере социального обслуживания граждан</w:t>
      </w:r>
    </w:p>
    <w:p>
      <w:r>
        <w:rPr>
          <w:b/>
        </w:rPr>
        <w:t xml:space="preserve">1. </w:t>
      </w:r>
      <w:r>
        <w:t>права и обязанности получателей социальных услуг</w:t>
      </w:r>
    </w:p>
    <w:p>
      <w:r>
        <w:rPr>
          <w:b/>
        </w:rPr>
        <w:t xml:space="preserve">1. </w:t>
      </w:r>
      <w:r>
        <w:t>права и обязанности поставщиков социальных услуг</w:t>
      </w:r>
    </w:p>
    <w:p>
      <w:r>
        <w:rPr>
          <w:b/>
        </w:rPr>
        <w:t>Статья 2. Правовое регулирование социального обслуживания граждан</w:t>
      </w:r>
    </w:p>
    <w:p>
      <w:r>
        <w:t>Правовое регулирование социального обслуживания граждан осуществляется на основании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социальное обслуживание граждан (далее - социальное обслуживание) - деятельность по предоставлению социальных услуг гражданам</w:t>
      </w:r>
    </w:p>
    <w:p>
      <w:r>
        <w:t>социальная услуга - действие или действия в сфере социального обслуживания по оказанию постоянной, периодической, разовой помощи, в том числе срочной помощи, гражданину в целях улучшения условий его жизнедеятельности и (или) расширения его возможностей самостоятельно обеспечивать свои основные жизненные потребности</w:t>
      </w:r>
    </w:p>
    <w:p>
      <w:r>
        <w:t>получатель социальных услуг - гражданин, который признан нуждающимся в социальном обслуживании и которому предоставляются социальная услуга или социальные услуги</w:t>
      </w:r>
    </w:p>
    <w:p>
      <w:r>
        <w:t>поставщик социальных услуг - юридическое лицо независимо от его организационно-правовой формы и (или) индивидуальный предприниматель, осуществляющие социальное обслуживание</w:t>
      </w:r>
    </w:p>
    <w:p>
      <w:r>
        <w:t>стандарт социальной услуги - основные требования к объему, периодичности и качеству предоставления социальной услуги получателю социальной услуги, установленные по видам социальных услуг</w:t>
      </w:r>
    </w:p>
    <w:p>
      <w:r>
        <w:t>профилактика обстоятельств, обусловливающих нуждаемость в социальном обслуживании, - система мер, направленных на выявление и устранение причин, послуживших основанием ухудшения условий жизнедеятельности граждан, снижения их возможностей самостоятельно обеспечивать свои основные жизненные потребности</w:t>
      </w:r>
    </w:p>
    <w:p>
      <w:r>
        <w:rPr>
          <w:b/>
        </w:rPr>
        <w:t>Статья 4. Принципы социального обслуживания</w:t>
      </w:r>
    </w:p>
    <w:p>
      <w:r>
        <w:rPr>
          <w:b/>
        </w:rPr>
        <w:t xml:space="preserve">1. </w:t>
      </w:r>
      <w:r>
        <w:t>Социальное обслуживание основывается на соблюдении прав человека и уважении достоинства личности, носит гуманный характер и не допускает унижения чести и достоинства человека</w:t>
      </w:r>
    </w:p>
    <w:p>
      <w:r>
        <w:rPr>
          <w:b/>
        </w:rPr>
        <w:t xml:space="preserve">2. </w:t>
      </w:r>
      <w:r>
        <w:t>Социальное обслуживание осуществляется также на следующих принципах</w:t>
      </w:r>
    </w:p>
    <w:p>
      <w:r>
        <w:rPr>
          <w:b/>
        </w:rPr>
        <w:t xml:space="preserve">2. </w:t>
      </w:r>
      <w:r>
        <w:t>равный, свободный доступ граждан к социальному обслуживанию вне зависимости от их пола, расы, возраста, национальности, языка, происхождения, места жительства, отношения к религии, убеждений и принадлежности к общественным объединениям</w:t>
      </w:r>
    </w:p>
    <w:p>
      <w:r>
        <w:rPr>
          <w:b/>
        </w:rPr>
        <w:t xml:space="preserve">2. </w:t>
      </w:r>
      <w:r>
        <w:t>адресность предоставления социальных услуг</w:t>
      </w:r>
    </w:p>
    <w:p>
      <w:r>
        <w:rPr>
          <w:b/>
        </w:rPr>
        <w:t xml:space="preserve">2. </w:t>
      </w:r>
      <w:r>
        <w:t>приближенность поставщиков социальных услуг к месту жительства получателей социальных услуг, достаточность количества поставщиков социальных услуг для обеспечения потребностей граждан в социальном обслуживании, достаточность финансовых, материально-технических, кадровых и информационных ресурсов у поставщиков социальных услуг</w:t>
      </w:r>
    </w:p>
    <w:p>
      <w:r>
        <w:rPr>
          <w:b/>
        </w:rPr>
        <w:t xml:space="preserve">2. </w:t>
      </w:r>
      <w:r>
        <w:t>сохранение пребывания гражданина в привычной благоприятной среде</w:t>
      </w:r>
    </w:p>
    <w:p>
      <w:r>
        <w:rPr>
          <w:b/>
        </w:rPr>
        <w:t xml:space="preserve">2. </w:t>
      </w:r>
      <w:r>
        <w:t>добровольность</w:t>
      </w:r>
    </w:p>
    <w:p>
      <w:r>
        <w:rPr>
          <w:b/>
        </w:rPr>
        <w:t xml:space="preserve">2. </w:t>
      </w:r>
      <w:r>
        <w:t>конфиденциальность</w:t>
      </w:r>
    </w:p>
    <w:p>
      <w:r>
        <w:rPr>
          <w:b/>
        </w:rPr>
        <w:t>Статья 5. Система социального обслуживания</w:t>
      </w:r>
    </w:p>
    <w:p>
      <w:r>
        <w:t>Система социального обслуживания включает в себя</w:t>
      </w:r>
    </w:p>
    <w:p>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социального обслуживания (далее - уполномоченный федеральный орган исполнительной власти)</w:t>
      </w:r>
    </w:p>
    <w:p>
      <w:r>
        <w:t>орган государственной власти субъекта Российской Федерации, уполномоченный на осуществление предусмотренных настоящим Федеральным законом полномочий в сфере социального обслуживания на территории субъекта Российской Федерации (далее - уполномоченный орган субъекта Российской Федерации), в том числе на признание граждан нуждающимися в социальном обслуживании, составление индивидуальной программы предоставления социальных услуг (далее - индивидуальная программа); (В редакции Федерального закона от 14.11.2017 № 324-ФЗ) 3) организации социального обслуживания, находящиеся в ведении федеральных органов исполнительной власти</w:t>
      </w:r>
    </w:p>
    <w:p>
      <w:r>
        <w:t>организации социального обслуживания, находящиеся в ведении субъекта Российской Федерации (далее - организации социального обслуживания субъекта Российской Федерации)</w:t>
      </w:r>
    </w:p>
    <w:p>
      <w:r>
        <w:t>негосударственные (коммерческие и некоммерческие) организации социального обслуживания, в том числе социально ориентированные некоммерческие организации, предоставляющие социальные услуги</w:t>
      </w:r>
    </w:p>
    <w:p>
      <w:r>
        <w:t>индивидуальных предпринимателей, осуществляющих социальное обслуживание</w:t>
      </w:r>
    </w:p>
    <w:p>
      <w:r>
        <w:t>организации, которые находятся в ведении уполномоченного органа субъекта Российской Федерации и которым в соответствии с настоящим Федеральным законом предоставлены полномочия на признание граждан нуждающимися в социальном обслуживании и составление индивидуальной программы на территориях одного или нескольких муниципальных образований (далее - уполномоченные организации). (Дополнение пунктом - Федеральный закон от 14.11.2017 № 324-ФЗ)</w:t>
      </w:r>
    </w:p>
    <w:p>
      <w:r>
        <w:rPr>
          <w:b/>
        </w:rPr>
        <w:t>Статья 6. Конфиденциальность информации о получателе социальных услуг</w:t>
      </w:r>
    </w:p>
    <w:p>
      <w:r>
        <w:rPr>
          <w:b/>
        </w:rPr>
        <w:t xml:space="preserve">1. </w:t>
      </w:r>
      <w:r>
        <w:t>Не допускается разглашение информации, отнесенной законодательством Российской Федерации к информации конфиденциального характера или служебной информации, о получателях социальных услуг лицами, которым эта информация стала известна в связи с исполнением профессиональных, служебных и (или) иных обязанностей. Разглашение информации о получателях социальных услуг влечет за собой ответственность в соответствии с законодательством Российской Федерации</w:t>
      </w:r>
    </w:p>
    <w:p>
      <w:r>
        <w:rPr>
          <w:b/>
        </w:rPr>
        <w:t xml:space="preserve">2. </w:t>
      </w:r>
      <w:r>
        <w:t>С согласия получателя социальных услуг или его законного представителя, данного в письменной форме, допускается передача информации о получателе социальных услуг другим лицам, в том числе должностным лицам, в интересах получателя социальных услуг или его законного представителя, включая средства массовой информации и официальный сайт поставщика социальных услуг в информационно-телекоммуникационной сети "Интернет" (далее - сеть "Интернет")</w:t>
      </w:r>
    </w:p>
    <w:p>
      <w:r>
        <w:rPr>
          <w:b/>
        </w:rPr>
        <w:t xml:space="preserve">3. </w:t>
      </w:r>
      <w:r>
        <w:t>Предоставление информации о получателе социальных услуг без его согласия или без согласия его законного представителя допускается</w:t>
      </w:r>
    </w:p>
    <w:p>
      <w:r>
        <w:rPr>
          <w:b/>
        </w:rPr>
        <w:t xml:space="preserve">3. </w:t>
      </w:r>
      <w:r>
        <w:t>по запросу органов дознания и следствия, суда в связи с проведением расследования или судебным разбирательством либо по запросу органов прокуратуры в связи с осуществлением ими прокурорского надзора</w:t>
      </w:r>
    </w:p>
    <w:p>
      <w:r>
        <w:rPr>
          <w:b/>
        </w:rPr>
        <w:t xml:space="preserve">3. </w:t>
      </w:r>
      <w:r>
        <w:t>по запросу иных органов, наделенных полномочиями по осуществлению государственного контроля (надзора) в сфере социального обслуживания</w:t>
      </w:r>
    </w:p>
    <w:p>
      <w:r>
        <w:rPr>
          <w:b/>
        </w:rPr>
        <w:t xml:space="preserve">3. </w:t>
      </w:r>
      <w:r>
        <w:t>при обработке персональных данных в рамках межведомственного информационного взаимодействия, а также при регистрации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в соответствии с законодательством об организации предоставления государственных и муниципальных услуг</w:t>
      </w:r>
    </w:p>
    <w:p>
      <w:r>
        <w:rPr>
          <w:b/>
        </w:rPr>
        <w:t xml:space="preserve">3. </w:t>
      </w:r>
      <w:r>
        <w:t>в иных установленных законодательством Российской Федерации случаях</w:t>
      </w:r>
    </w:p>
    <w:p>
      <w:pPr>
        <w:pStyle w:val="Heading3"/>
      </w:pPr>
      <w:r>
        <w:t>Полномочия федеральных органов государственной власти и органов государственной власти субъектов Российской Федерации в сфере социального обслуживания</w:t>
      </w:r>
    </w:p>
    <w:p>
      <w:r>
        <w:rPr>
          <w:b/>
        </w:rPr>
        <w:t>Статья 7. Полномочия федеральных органов государственной власти в сфере социального обслуживания</w:t>
      </w:r>
    </w:p>
    <w:p>
      <w:r>
        <w:rPr>
          <w:b/>
        </w:rPr>
        <w:t xml:space="preserve">1. </w:t>
      </w:r>
      <w:r>
        <w:t>К полномочиям федеральных органов государственной власти в сфере социального обслуживания относятся</w:t>
      </w:r>
    </w:p>
    <w:p>
      <w:r>
        <w:rPr>
          <w:b/>
        </w:rPr>
        <w:t xml:space="preserve">2. </w:t>
      </w:r>
      <w:r>
        <w:t>К полномочиям уполномоченного федерального органа исполнительной власти относятся</w:t>
      </w:r>
    </w:p>
    <w:p>
      <w:r>
        <w:rPr>
          <w:b/>
        </w:rPr>
        <w:t xml:space="preserve">1. </w:t>
      </w:r>
      <w:r>
        <w:t>установление основ государственной политики и основ правового регулирования в сфере социального обслуживания</w:t>
      </w:r>
    </w:p>
    <w:p>
      <w:r>
        <w:rPr>
          <w:b/>
        </w:rPr>
        <w:t xml:space="preserve">1. </w:t>
      </w:r>
      <w:r>
        <w:t>утверждение методических рекомендаций по расчету подушевых нормативов финансирования социальных услуг</w:t>
      </w:r>
    </w:p>
    <w:p>
      <w:r>
        <w:rPr>
          <w:b/>
        </w:rPr>
        <w:t xml:space="preserve">1. </w:t>
      </w:r>
      <w:r>
        <w:t>утверждение примерного перечня социальных услуг по видам социальных услуг</w:t>
      </w:r>
    </w:p>
    <w:p>
      <w:r>
        <w:rPr>
          <w:b/>
        </w:rPr>
        <w:t xml:space="preserve">1. </w:t>
      </w:r>
      <w:r>
        <w:t>(Пункт утратил силу - Федеральный закон от 19.10.2023 № 503-ФЗ) 5) управление федеральной собственностью, используемой в сфере социального обслуживания</w:t>
      </w:r>
    </w:p>
    <w:p>
      <w:r>
        <w:rPr>
          <w:b/>
        </w:rPr>
        <w:t xml:space="preserve">1. </w:t>
      </w:r>
      <w:r>
        <w:t>ведение единой федеральной системы статистического учета и отчетности в сфере социального обслуживания</w:t>
      </w:r>
    </w:p>
    <w:p>
      <w:r>
        <w:rPr>
          <w:b/>
        </w:rPr>
        <w:t xml:space="preserve">1. </w:t>
      </w:r>
      <w:r>
        <w:t>федеральный государственный контроль (надзор) в сфере социального обслуживания</w:t>
      </w:r>
    </w:p>
    <w:p>
      <w:r>
        <w:rPr>
          <w:b/>
        </w:rPr>
        <w:t xml:space="preserve">1. </w:t>
      </w:r>
      <w:r>
        <w:t>создание условий для организации проведения независимой оценки качества условий оказания услуг организациями социального обслуживания; (Дополнение пунктом - Федеральный закон от 21.07.2014 № 256-ФЗ) (В редакции Федерального закона от 01.05.2019 № 91-ФЗ) 8) международное сотрудничество Российской Федерации и заключение международных договоров Российской Федерации в сфере социального обслуживания</w:t>
      </w:r>
    </w:p>
    <w:p>
      <w:r>
        <w:rPr>
          <w:b/>
        </w:rPr>
        <w:t xml:space="preserve">1. </w:t>
      </w:r>
      <w:r>
        <w:t>иные относящиеся к сфере социального обслуживания и установленные федеральными законами полномочия</w:t>
      </w:r>
    </w:p>
    <w:p>
      <w:r>
        <w:rPr>
          <w:b/>
        </w:rPr>
        <w:t xml:space="preserve">2. </w:t>
      </w:r>
      <w:r>
        <w:t>выработка и реализация государственной политики в сфере социального обслуживания, а также выработка мер по совершенствованию социального обслуживания</w:t>
      </w:r>
    </w:p>
    <w:p>
      <w:r>
        <w:rPr>
          <w:b/>
        </w:rPr>
        <w:t xml:space="preserve">2. </w:t>
      </w:r>
      <w:r>
        <w:t>координация деятельности в сфере социального обслуживания, осуществляемой федеральными органами исполнительной власти, исполнительными органами государственной власти субъектов Российской Федерации, общероссийскими общественными организациями и иными осуществляющими деятельность в сфере социального обслуживания организациями</w:t>
      </w:r>
    </w:p>
    <w:p>
      <w:r>
        <w:rPr>
          <w:b/>
        </w:rPr>
        <w:t xml:space="preserve">2. </w:t>
      </w:r>
      <w:r>
        <w:t>методическое обеспечение социального обслуживания, в том числе в части, касающейся профилактики обстоятельств, обусловливающих нуждаемость в социальном обслуживании</w:t>
      </w:r>
    </w:p>
    <w:p>
      <w:r>
        <w:rPr>
          <w:b/>
        </w:rPr>
        <w:t xml:space="preserve">2. </w:t>
      </w:r>
      <w:r>
        <w:t>утверждение примерной номенклатуры организаций социального обслуживания</w:t>
      </w:r>
    </w:p>
    <w:p>
      <w:r>
        <w:rPr>
          <w:b/>
        </w:rPr>
        <w:t xml:space="preserve">2. </w:t>
      </w:r>
      <w:r>
        <w:t>утверждение методических рекомендаций по расчету потребностей субъектов Российской Федерации в развитии сети организаций социального обслуживания</w:t>
      </w:r>
    </w:p>
    <w:p>
      <w:r>
        <w:rPr>
          <w:b/>
        </w:rPr>
        <w:t xml:space="preserve">2. </w:t>
      </w:r>
      <w:r>
        <w:t>утверждение правил организации деятельности организаций социального обслуживания, их структурных подразделений, которые включают в себя рекомендуемые нормативы штатной численности, перечень необходимого оборудования для оснащения организаций социального обслуживания, их структурных подразделений</w:t>
      </w:r>
    </w:p>
    <w:p>
      <w:r>
        <w:rPr>
          <w:b/>
        </w:rPr>
        <w:t xml:space="preserve">2. </w:t>
      </w:r>
      <w:r>
        <w:t>утверждение рекомендуемых норм питания и нормативов обеспечения мягким инвентарем получателей социальных услуг по формам социального обслуживания</w:t>
      </w:r>
    </w:p>
    <w:p>
      <w:r>
        <w:rPr>
          <w:b/>
        </w:rPr>
        <w:t xml:space="preserve">2. </w:t>
      </w:r>
      <w:r>
        <w:t>утверждение примерного порядка предоставления социальных услуг</w:t>
      </w:r>
    </w:p>
    <w:p>
      <w:r>
        <w:rPr>
          <w:b/>
        </w:rPr>
        <w:t xml:space="preserve">2. </w:t>
      </w:r>
      <w:r>
        <w:t>утверждение порядка осуществления мониторинга социального обслуживания в субъектах Российской Федерации, а также форм документов, необходимых для осуществления такого мониторинга</w:t>
      </w:r>
    </w:p>
    <w:p>
      <w:r>
        <w:rPr>
          <w:b/>
        </w:rPr>
        <w:t xml:space="preserve">2. </w:t>
      </w:r>
      <w:r>
        <w:t>утверждение рекомендаций по формированию и ведению реестра поставщиков социальных услуг и регистра получателей социальных услуг</w:t>
      </w:r>
    </w:p>
    <w:p>
      <w:r>
        <w:rPr>
          <w:b/>
        </w:rPr>
        <w:t xml:space="preserve">2. </w:t>
      </w:r>
      <w:r>
        <w:t>утверждение рекомендаций по организации межведомственного взаимодействия исполнительных органов государственной власти субъектов Российской Федерации при предоставлении социальных услуг, а также при содействии в предоставлении медицинской, психологической, педагогической, юридической, социальной помощи, не относящейся к социальным услугам (социальном сопровождении) (далее также - социальное сопровождение)</w:t>
      </w:r>
    </w:p>
    <w:p>
      <w:r>
        <w:rPr>
          <w:b/>
        </w:rPr>
        <w:t xml:space="preserve">2. </w:t>
      </w:r>
      <w:r>
        <w:t>утверждение рекомендаций по определению индивидуальной потребности в социальных услугах получателей социальных услуг</w:t>
      </w:r>
    </w:p>
    <w:p>
      <w:r>
        <w:rPr>
          <w:b/>
        </w:rPr>
        <w:t xml:space="preserve">2. </w:t>
      </w:r>
      <w:r>
        <w:t>утверждение формы заявления о предоставлении социальных услуг, примерной формы договора о предоставлении социальных услуг, а также формы индивидуальной программы; (В редакции Федерального закона от 14.11.2017 № 324-ФЗ) 14) утверждение порядка направления граждан в стационарные организации социального обслуживания со специальным социальным обслуживанием</w:t>
      </w:r>
    </w:p>
    <w:p>
      <w:r>
        <w:rPr>
          <w:b/>
        </w:rPr>
        <w:t xml:space="preserve">2. </w:t>
      </w:r>
      <w:r>
        <w:t>утверждение примерного положения о попечительском совете организации социального обслуживания</w:t>
      </w:r>
    </w:p>
    <w:p>
      <w:r>
        <w:rPr>
          <w:b/>
        </w:rPr>
        <w:t xml:space="preserve">2. </w:t>
      </w:r>
      <w:r>
        <w:t>утверждение порядка предоставления социальных услуг, а также порядка утверждения перечня социальных услуг по видам социальных услуг организациями социального обслуживания, находящимися в ведении федерального органа исполнительной власти</w:t>
      </w:r>
    </w:p>
    <w:p>
      <w:r>
        <w:rPr>
          <w:b/>
        </w:rPr>
        <w:t xml:space="preserve">2. </w:t>
      </w:r>
      <w:r>
        <w:t>утверждение порядка размещения и обновления информации о поставщике социальных услуг, включая требования к содержанию и форме предоставления указанной информации, на официальном сайте поставщика социальных услуг в сети "Интернет"; (Дополнение пунктом - Федеральный закон от 19.10.2023 № 503-ФЗ) 17) иные предусмотренные нормативными правовыми актами Российской Федерации полномочия</w:t>
      </w:r>
    </w:p>
    <w:p>
      <w:r>
        <w:rPr>
          <w:b/>
        </w:rPr>
        <w:t>Статья 8. Полномочия органов государственной власти субъектов Российской Федерации в сфере социального обслуживания</w:t>
      </w:r>
    </w:p>
    <w:p>
      <w:r>
        <w:t>К полномочиям органов государственной власти субъектов Российской Федерации в сфере социального обслуживания относятся</w:t>
      </w:r>
    </w:p>
    <w:p>
      <w:r>
        <w:t>правовое регулирование и организация социального обслуживания в субъектах Российской Федерации в пределах полномочий, установленных настоящим Федеральным законом</w:t>
      </w:r>
    </w:p>
    <w:p>
      <w:r>
        <w:t>определение уполномоченного органа субъекта Российской Федерации, а также при необходимости уполномоченной организации; (В редакции Федерального закона от 14.11.2017 № 324-ФЗ) 3) координация деятельности поставщиков социальных услуг, общественных организаций и иных организаций, осуществляющих деятельность в сфере социального обслуживания, в субъекте Российской Федерации</w:t>
      </w:r>
    </w:p>
    <w:p>
      <w:r>
        <w:t>утверждение регламента межведомственного взаимодействия органов государственной власти субъекта Российской Федерации в связи с реализацией полномочий субъекта Российской Федерации в сфере социального обслуживания</w:t>
      </w:r>
    </w:p>
    <w:p>
      <w:r>
        <w:t>утверждение нормативов штатной численности организаций социального обслуживания субъекта Российской Федерации, нормативов обеспечения мягким инвентарем и площадью жилых помещений при предоставлении социальных услуг указанными организациями</w:t>
      </w:r>
    </w:p>
    <w:p>
      <w:r>
        <w:t>утверждение норм питания в организациях социального обслуживания субъекта Российской Федерации</w:t>
      </w:r>
    </w:p>
    <w:p>
      <w:r>
        <w:t>формирование и ведение реестра поставщиков социальных услуг и регистра получателей социальных услуг</w:t>
      </w:r>
    </w:p>
    <w:p>
      <w:r>
        <w:t>разработка, финансовое обеспечение и реализация региональных программ социального обслуживания</w:t>
      </w:r>
    </w:p>
    <w:p>
      <w:r>
        <w:t>утверждение законом субъекта Российской Федерации перечня социальных услуг, предоставляемых поставщиками социальных услуг, с учетом примерного перечня социальных услуг по видам социальных услуг, утверждаемого в соответствии с пунктом 3 части 1 статьи 7 настоящего Федерального закона</w:t>
      </w:r>
    </w:p>
    <w:p>
      <w:r>
        <w:t>утверждение порядка предоставления социальных услуг поставщиками социальных услуг</w:t>
      </w:r>
    </w:p>
    <w:p>
      <w:r>
        <w:t>установление порядка утверждения тарифов на социальные услуги на основании подушевых нормативов финансирования социальных услуг</w:t>
      </w:r>
    </w:p>
    <w:p>
      <w:r>
        <w:t>утверждение порядка организации осуществления регионального государственного контроля (надзора) в сфере социального обслуживания с указанием органа субъекта Российской Федерации, уполномоченного на осуществление такого контроля</w:t>
      </w:r>
    </w:p>
    <w:p>
      <w:r>
        <w:t>установление предельной величины среднедушевого дохода для предоставления социальных услуг бесплатно</w:t>
      </w:r>
    </w:p>
    <w:p>
      <w:r>
        <w:t>утверждение размера платы за предоставление социальных услуг и порядка ее взимания</w:t>
      </w:r>
    </w:p>
    <w:p>
      <w:r>
        <w:t>обеспечение бесплатного доступа к информации о поставщиках социальных услуг, предоставляемых ими социальных услугах, видах социальных услуг, сроках, порядке и об условиях их предоставления, о тарифах на эти услуги, в том числе через средства массовой информации, включая размещение информации на официальных сайтах в сети "Интернет"</w:t>
      </w:r>
    </w:p>
    <w:p>
      <w:r>
        <w:t>установление мер социальной поддержки и стимулирования работников организаций социального обслуживания субъекта Российской Федерации</w:t>
      </w:r>
    </w:p>
    <w:p>
      <w:r>
        <w:t>организация профессионального обучения, профессионального образования и дополнительного профессионального образования работников поставщиков социальных услуг</w:t>
      </w:r>
    </w:p>
    <w:p>
      <w:r>
        <w:t>ведение учета и отчетности в сфере социального обслуживания в субъекте Российской Федерации</w:t>
      </w:r>
    </w:p>
    <w:p>
      <w:r>
        <w:t>установление порядка реализации программ в сфере социального обслуживания, в том числе инвестиционных программ</w:t>
      </w:r>
    </w:p>
    <w:p>
      <w:r>
        <w:t>организация поддержки социально ориентированных некоммерческих организаций, благотворителей и добровольцев (волонтеров), осуществляющих деятельность в сфере социального обслуживания в субъектах Российской Федерации в соответствии с федеральными законами и законами субъектов Российской Федерации; (В редакции Федерального закона от 05.02.2018 № 15-ФЗ) 21) разработка и реализация мероприятий по формированию и развитию рынка социальных услуг, в том числе по развитию негосударственных организаций социального обслуживания</w:t>
      </w:r>
    </w:p>
    <w:p>
      <w:r>
        <w:t>разработка и апробация методик и технологий в сфере социального обслуживания</w:t>
      </w:r>
    </w:p>
    <w:p>
      <w:r>
        <w:t>утверждение порядка межведомственного взаимодействия органов государственной власти субъектов Российской Федерации при предоставлении социальных услуг и социального сопровождения</w:t>
      </w:r>
    </w:p>
    <w:p>
      <w:r>
        <w:t>утверждение номенклатуры организаций социального обслуживания в субъекте Российской Федерации</w:t>
      </w:r>
    </w:p>
    <w:p>
      <w:r>
        <w:t>создание условий для организации проведения независимой оценки качества условий оказания услуг организациями социального обслуживания; (Дополнение пунктом - Федеральный закон от 21.07.2014 № 256-ФЗ) (В редакции Федерального закона от 01.05.2019 № 91-ФЗ) 25) иные полномочия, предусмотренные настоящим Федеральным законом и другими федеральными законами</w:t>
      </w:r>
    </w:p>
    <w:p>
      <w:pPr>
        <w:pStyle w:val="Heading3"/>
      </w:pPr>
      <w:r>
        <w:t>Права и обязанности получателей социальных услуг</w:t>
      </w:r>
    </w:p>
    <w:p>
      <w:r>
        <w:rPr>
          <w:b/>
        </w:rPr>
        <w:t>Статья 9. Права получателей социальных услуг</w:t>
      </w:r>
    </w:p>
    <w:p>
      <w:r>
        <w:t>Получатели социальных услуг имеют право на</w:t>
      </w:r>
    </w:p>
    <w:p>
      <w:r>
        <w:t>уважительное и гуманное отношение</w:t>
      </w:r>
    </w:p>
    <w:p>
      <w:r>
        <w:t>получение бесплатно в доступной форме информации о своих правах и обязанностях, видах социальных услуг, сроках, порядке и об условиях их предоставления, о тарифах на эти услуги и об их стоимости для получателя социальных услуг, о возможности получения этих услуг бесплатно, а также о поставщиках социальных услуг</w:t>
      </w:r>
    </w:p>
    <w:p>
      <w:r>
        <w:t>выбор поставщика или поставщиков социальных услуг</w:t>
      </w:r>
    </w:p>
    <w:p>
      <w:r>
        <w:t>отказ от предоставления социальных услуг</w:t>
      </w:r>
    </w:p>
    <w:p>
      <w:r>
        <w:t>защиту своих прав и законных интересов в соответствии с законодательством Российской Федерации</w:t>
      </w:r>
    </w:p>
    <w:p>
      <w:r>
        <w:t>участие в составлении индивидуальных программ</w:t>
      </w:r>
    </w:p>
    <w:p>
      <w:r>
        <w:t>обеспечение условий пребывания в организациях социального обслуживания, соответствующих санитарно-гигиеническим требованиям, а также на надлежащий уход</w:t>
      </w:r>
    </w:p>
    <w:p>
      <w:r>
        <w:t>свободное посещение законными представителями,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r>
        <w:t>социальное сопровождение в соответствии со статьей 22 настоящего Федерального закона</w:t>
      </w:r>
    </w:p>
    <w:p>
      <w:r>
        <w:rPr>
          <w:b/>
        </w:rPr>
        <w:t>Статья 10. Обязанности получателей социальных услуг</w:t>
      </w:r>
    </w:p>
    <w:p>
      <w:r>
        <w:t>Получатели социальных услуг обязаны</w:t>
      </w:r>
    </w:p>
    <w:p>
      <w:r>
        <w:t>предоставлять в соответствии с нормативными правовыми актами субъекта Российской Федерации сведения и документы, необходимые для предоставления социальных услуг</w:t>
      </w:r>
    </w:p>
    <w:p>
      <w:r>
        <w:t>своевременно информировать поставщиков социальных услуг об изменении обстоятельств, обусловливающих потребность в предоставлении социальных услуг</w:t>
      </w:r>
    </w:p>
    <w:p>
      <w:r>
        <w:t>соблюдать условия договора о предоставлении социальных услуг, заключенного с поставщиком социальных услуг, в том числе своевременно и в полном объеме оплачивать стоимость предоставленных социальных услуг при их предоставлении за плату или частичную плату</w:t>
      </w:r>
    </w:p>
    <w:p>
      <w:pPr>
        <w:pStyle w:val="Heading3"/>
      </w:pPr>
      <w:r>
        <w:t>Права, обязанности и информационная открытость поставщиков социальных услуг</w:t>
      </w:r>
    </w:p>
    <w:p>
      <w:r>
        <w:rPr>
          <w:b/>
        </w:rPr>
        <w:t>Статья 11. Права поставщиков социальных услуг</w:t>
      </w:r>
    </w:p>
    <w:p>
      <w:r>
        <w:rPr>
          <w:b/>
        </w:rPr>
        <w:t xml:space="preserve">1. </w:t>
      </w:r>
      <w:r>
        <w:t>Поставщики социальных услуг имеют право</w:t>
      </w:r>
    </w:p>
    <w:p>
      <w:r>
        <w:rPr>
          <w:b/>
        </w:rPr>
        <w:t xml:space="preserve">2. </w:t>
      </w:r>
      <w:r>
        <w:t>Поставщики социальных услуг вправе предоставлять гражданам по их желанию, выраженному в письменной или электронной форме, дополнительные социальные услуги за плату</w:t>
      </w:r>
    </w:p>
    <w:p>
      <w:r>
        <w:rPr>
          <w:b/>
        </w:rPr>
        <w:t xml:space="preserve">1. </w:t>
      </w:r>
      <w:r>
        <w:t>запрашивать соответствующие органы государственной власти, а также органы местного самоуправления и получать от указанных органов информацию, необходимую для организации социального обслуживания</w:t>
      </w:r>
    </w:p>
    <w:p>
      <w:r>
        <w:rPr>
          <w:b/>
        </w:rPr>
        <w:t xml:space="preserve">1. </w:t>
      </w:r>
      <w:r>
        <w:t>отказать в предоставлении социальной услуги получателю социальных услуг в случае нарушения им условий договора о предоставлении социальных услуг, заключенного с получателем социальных услуг или его законным представителем, а также в случае, предусмотренном частью 3 статьи 18 настоящего Федерального закона</w:t>
      </w:r>
    </w:p>
    <w:p>
      <w:r>
        <w:rPr>
          <w:b/>
        </w:rPr>
        <w:t xml:space="preserve">1. </w:t>
      </w:r>
      <w:r>
        <w:t>быть включенными в реестр поставщиков социальных услуг субъекта Российской Федерации</w:t>
      </w:r>
    </w:p>
    <w:p>
      <w:r>
        <w:rPr>
          <w:b/>
        </w:rPr>
        <w:t xml:space="preserve">1. </w:t>
      </w:r>
      <w:r>
        <w:t>получать в течение двух рабочих дней информацию о включении их в перечень рекомендуемых поставщиков социальных услуг</w:t>
      </w:r>
    </w:p>
    <w:p>
      <w:r>
        <w:rPr>
          <w:b/>
        </w:rPr>
        <w:t>Статья 12. Обязанности поставщиков социальных услуг</w:t>
      </w:r>
    </w:p>
    <w:p>
      <w:r>
        <w:rPr>
          <w:b/>
        </w:rPr>
        <w:t xml:space="preserve">1. </w:t>
      </w:r>
      <w:r>
        <w:t>Поставщики социальных услуг обязаны</w:t>
      </w:r>
    </w:p>
    <w:p>
      <w:r>
        <w:rPr>
          <w:b/>
        </w:rPr>
        <w:t xml:space="preserve">2. </w:t>
      </w:r>
      <w:r>
        <w:t>Поставщики социальных услуг при оказании социальных услуг не вправе</w:t>
      </w:r>
    </w:p>
    <w:p>
      <w:r>
        <w:rPr>
          <w:b/>
        </w:rPr>
        <w:t xml:space="preserve">1. </w:t>
      </w:r>
      <w:r>
        <w:t>осуществлять свою деятельность в соответствии с настоящим Федеральным законом, другими федеральными законами, законами и иными нормативными правовыми актами субъекта Российской Федерации</w:t>
      </w:r>
    </w:p>
    <w:p>
      <w:r>
        <w:rPr>
          <w:b/>
        </w:rPr>
        <w:t xml:space="preserve">1. </w:t>
      </w:r>
      <w:r>
        <w:t>предоставлять социальные услуги получателям социальных услуг в соответствии с индивидуальными программами и условиями договоров, заключенных с получателями социальных услуг или их законными представителями, на основании требований настоящего Федерального закона</w:t>
      </w:r>
    </w:p>
    <w:p>
      <w:r>
        <w:rPr>
          <w:b/>
        </w:rPr>
        <w:t xml:space="preserve">1. </w:t>
      </w:r>
      <w:r>
        <w:t>предоставлять срочные социальные услуги в соответствии со статьей 21 настоящего Федерального закона</w:t>
      </w:r>
    </w:p>
    <w:p>
      <w:r>
        <w:rPr>
          <w:b/>
        </w:rPr>
        <w:t xml:space="preserve">1. </w:t>
      </w:r>
      <w:r>
        <w:t>предоставлять бесплатно в доступной форме получателям социальных услуг или их законным представителям информацию об их правах и обязанностях, о видах социальных услуг, сроках, порядке и об условиях их предоставления, о тарифах на эти услуги и об их стоимости для получателя социальных услуг либо о возможности получать их бесплатно</w:t>
      </w:r>
    </w:p>
    <w:p>
      <w:r>
        <w:rPr>
          <w:b/>
        </w:rPr>
        <w:t xml:space="preserve">1. </w:t>
      </w:r>
      <w:r>
        <w:t>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требованиями о защите персональных данных</w:t>
      </w:r>
    </w:p>
    <w:p>
      <w:r>
        <w:rPr>
          <w:b/>
        </w:rPr>
        <w:t xml:space="preserve">1. </w:t>
      </w:r>
      <w:r>
        <w:t>предоставлять уполномоченному органу субъекта Российской Федерации информацию для формирования регистра получателей социальных услуг</w:t>
      </w:r>
    </w:p>
    <w:p>
      <w:r>
        <w:rPr>
          <w:b/>
        </w:rPr>
        <w:t xml:space="preserve">1. </w:t>
      </w:r>
      <w:r>
        <w:t>осуществлять социальное сопровождение в соответствии со статьей 22 настоящего Федерального закона</w:t>
      </w:r>
    </w:p>
    <w:p>
      <w:r>
        <w:rPr>
          <w:b/>
        </w:rPr>
        <w:t xml:space="preserve">1. </w:t>
      </w:r>
      <w:r>
        <w:t>обеспечивать получателям социальных услуг содействие в прохождении медико-социальной экспертизы, проводимой в установленном законодательством Российской Федерации порядке федеральными учреждениями медико-социальной экспертизы</w:t>
      </w:r>
    </w:p>
    <w:p>
      <w:r>
        <w:rPr>
          <w:b/>
        </w:rPr>
        <w:t xml:space="preserve">1. </w:t>
      </w:r>
      <w:r>
        <w:t>предоставлять получателям социальных услуг возможность пользоваться услугами связи, в том числе сети "Интернет" и услугами почтовой связи, при получении услуг в организациях социального обслуживания</w:t>
      </w:r>
    </w:p>
    <w:p>
      <w:r>
        <w:rPr>
          <w:b/>
        </w:rPr>
        <w:t xml:space="preserve">1. </w:t>
      </w:r>
      <w:r>
        <w:t>выделять супругам, проживающим в организации социального обслуживания, изолированное жилое помещение для совместного проживания</w:t>
      </w:r>
    </w:p>
    <w:p>
      <w:r>
        <w:rPr>
          <w:b/>
        </w:rPr>
        <w:t xml:space="preserve">1. </w:t>
      </w:r>
      <w:r>
        <w:t>обеспечивать получателям социальных услуг возможность свободного посещения их законными представителями,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r>
        <w:rPr>
          <w:b/>
        </w:rPr>
        <w:t xml:space="preserve">1. </w:t>
      </w:r>
      <w:r>
        <w:t>обеспечивать сохранность личных вещей и ценностей получателей социальных услуг</w:t>
      </w:r>
    </w:p>
    <w:p>
      <w:r>
        <w:rPr>
          <w:b/>
        </w:rPr>
        <w:t xml:space="preserve">1. </w:t>
      </w:r>
      <w:r>
        <w:t>исполнять иные обязанности, связанные с реализацией прав получателей социальных услуг на социальное обслуживание</w:t>
      </w:r>
    </w:p>
    <w:p>
      <w:r>
        <w:rPr>
          <w:b/>
        </w:rPr>
        <w:t xml:space="preserve">2. </w:t>
      </w:r>
      <w:r>
        <w:t>ограничивать права, свободы и законные интересы получателей социальных услуг, в том числе при использовании лекарственных препаратов для медицинского применения</w:t>
      </w:r>
    </w:p>
    <w:p>
      <w:r>
        <w:rPr>
          <w:b/>
        </w:rPr>
        <w:t xml:space="preserve">2. </w:t>
      </w:r>
      <w:r>
        <w:t>применять физическое или психологическое насилие в отношении получателей социальных услуг, допускать их оскорбление, грубое обращение с ними</w:t>
      </w:r>
    </w:p>
    <w:p>
      <w:r>
        <w:rPr>
          <w:b/>
        </w:rPr>
        <w:t xml:space="preserve">2. </w:t>
      </w:r>
      <w:r>
        <w:t>помещать детей-инвалидов, не страдающих психическими расстройствами, в стационарные организации социального обслуживания, предназначенные для детей-инвалидов, страдающих психическими расстройствами, и наоборот</w:t>
      </w:r>
    </w:p>
    <w:p>
      <w:r>
        <w:rPr>
          <w:b/>
        </w:rPr>
        <w:t>Статья 13. Информационная открытость поставщиков социальных услуг</w:t>
      </w:r>
    </w:p>
    <w:p>
      <w:r>
        <w:rPr>
          <w:b/>
        </w:rPr>
        <w:t xml:space="preserve">1. </w:t>
      </w:r>
      <w:r>
        <w:t>Поставщики социальных услуг формируют общедоступные информационные ресурсы, содержащие информацию о деятельности этих поставщиков, и обеспечивают доступ к данным ресурсам посредством размещения их на информационных стендах в помещениях поставщиков социальных услуг, в средствах массовой информации, в сети "Интернет", в том числе на официальном сайте организации социального обслуживания</w:t>
      </w:r>
    </w:p>
    <w:p>
      <w:r>
        <w:rPr>
          <w:b/>
        </w:rPr>
        <w:t xml:space="preserve">2. </w:t>
      </w:r>
      <w:r>
        <w:t>Поставщики социальных услуг обеспечивают открытость и доступность информации</w:t>
      </w:r>
    </w:p>
    <w:p>
      <w:r>
        <w:rPr>
          <w:b/>
        </w:rPr>
        <w:t xml:space="preserve">3. </w:t>
      </w:r>
      <w:r>
        <w:t>Информация и документы, указанные в части 2 настоящей статьи, подлежат размещению на официальном сайте поставщика социальных услуг в сети "Интернет" и обновлению в течение десяти рабочих дней со дня их создания, получения или внесения в них соответствующих изменений. Порядок размещения на официальном сайте поставщика социальных услуг в сети "Интернет" и обновления информации об этом поставщике (в том числе содержание указанной информации и форма ее предоставления) утверждается уполномоченным федеральным органом исполнительной власти</w:t>
      </w:r>
    </w:p>
    <w:p>
      <w:r>
        <w:rPr>
          <w:b/>
        </w:rPr>
        <w:t xml:space="preserve">4. </w:t>
      </w:r>
      <w:r>
        <w:t>(Дополнение частью - Федеральный закон от 21.07.2014 № 256-ФЗ) (Утратила силу - Федеральный закон от 05.12.2017 № 392-ФЗ)</w:t>
      </w:r>
    </w:p>
    <w:p>
      <w:r>
        <w:rPr>
          <w:b/>
        </w:rPr>
        <w:t xml:space="preserve">2. </w:t>
      </w:r>
      <w:r>
        <w:t>о дате государственной регистрации, об учредителе (учредителях), о месте нахождения, филиалах (при их наличии), режиме, графике работы, контактных телефонах и об адресах электронной почты</w:t>
      </w:r>
    </w:p>
    <w:p>
      <w:r>
        <w:rPr>
          <w:b/>
        </w:rPr>
        <w:t xml:space="preserve">2. </w:t>
      </w:r>
      <w:r>
        <w:t>о структуре и об органах управления организации социального обслуживания</w:t>
      </w:r>
    </w:p>
    <w:p>
      <w:r>
        <w:rPr>
          <w:b/>
        </w:rPr>
        <w:t xml:space="preserve">2. </w:t>
      </w:r>
      <w:r>
        <w:t>о форме социального обслуживания, видах социальных услуг, порядке и об условиях их предоставления, о тарифах на социальные услуги</w:t>
      </w:r>
    </w:p>
    <w:p>
      <w:r>
        <w:rPr>
          <w:b/>
        </w:rPr>
        <w:t xml:space="preserve">2. </w:t>
      </w:r>
      <w:r>
        <w:t>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(или) юридических лиц</w:t>
      </w:r>
    </w:p>
    <w:p>
      <w:r>
        <w:rPr>
          <w:b/>
        </w:rPr>
        <w:t xml:space="preserve">2. </w:t>
      </w:r>
      <w:r>
        <w:t>о руководителе, его заместителях, руководителях филиалов (при их наличии), о персональном составе работников (с указанием с их согласия уровня образования, квалификации и опыта работы)</w:t>
      </w:r>
    </w:p>
    <w:p>
      <w:r>
        <w:rPr>
          <w:b/>
        </w:rPr>
        <w:t xml:space="preserve">2. </w:t>
      </w:r>
      <w:r>
        <w:t>о материально-техническом обеспечении предоставления социальных услуг (наличие оборудованных помещений для предоставления социальных услуг, в том числе библиотек, объектов спорта, наличие средств обучения и воспитания, условия питания и обеспечение охраны здоровья получателей социальных услуг, доступ к информационным системам в сфере социального обслуживания и сети "Интернет")</w:t>
      </w:r>
    </w:p>
    <w:p>
      <w:r>
        <w:rPr>
          <w:b/>
        </w:rPr>
        <w:t xml:space="preserve">2. </w:t>
      </w:r>
      <w:r>
        <w:t>о количестве свободных мест для приема получателей социальных услуг по формам социального обслуживания, финансируемых за счет бюджетных ассигнований бюджетов субъектов Российской Федерации, а также оплачиваемых в соответствии с договорами за счет средств физических лиц и (или) юридических лиц</w:t>
      </w:r>
    </w:p>
    <w:p>
      <w:r>
        <w:rPr>
          <w:b/>
        </w:rPr>
        <w:t xml:space="preserve">2. </w:t>
      </w:r>
      <w:r>
        <w:t>об объеме предоставляемых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(или) юридических лиц</w:t>
      </w:r>
    </w:p>
    <w:p>
      <w:r>
        <w:rPr>
          <w:b/>
        </w:rPr>
        <w:t xml:space="preserve">2. </w:t>
      </w:r>
      <w:r>
        <w:t>о наличии лицензий на осуществление деятельности, подлежащей лицензированию в соответствии с законодательством Российской Федерации</w:t>
      </w:r>
    </w:p>
    <w:p>
      <w:r>
        <w:rPr>
          <w:b/>
        </w:rPr>
        <w:t xml:space="preserve">2. </w:t>
      </w:r>
      <w:r>
        <w:t>о финансово-хозяйственной деятельности</w:t>
      </w:r>
    </w:p>
    <w:p>
      <w:r>
        <w:rPr>
          <w:b/>
        </w:rPr>
        <w:t xml:space="preserve">2. </w:t>
      </w:r>
      <w:r>
        <w:t>о правилах внутреннего распорядка для получателей социальных услуг, правилах внутреннего трудового распорядка, коллективном договоре</w:t>
      </w:r>
    </w:p>
    <w:p>
      <w:r>
        <w:rPr>
          <w:b/>
        </w:rPr>
        <w:t xml:space="preserve">2. </w:t>
      </w:r>
      <w:r>
        <w:t>о наличии предписаний органов, осуществляющих государственный контроль в сфере социального обслуживания, и отчетов об исполнении указанных предписаний</w:t>
      </w:r>
    </w:p>
    <w:p>
      <w:r>
        <w:rPr>
          <w:b/>
        </w:rPr>
        <w:t xml:space="preserve">2. </w:t>
      </w:r>
      <w:r>
        <w:t>о проведении независимой оценки качества условий оказания услуг организациями социального обслуживания, которая определяется уполномоченным федеральным органом исполнительной власти; (Дополнение пунктом - Федеральный закон от 21.07.2014 № 256-ФЗ) (В редакции Федерального закона от 01.05.2019 № 91-ФЗ) 13) об иной информации, которая размещается, опубликовывается по решению поставщика социальных услуг и (или) размещение, опубликование которой являются обязательными в соответствии с законодательством Российской Федерации</w:t>
      </w:r>
    </w:p>
    <w:p>
      <w:pPr>
        <w:pStyle w:val="Heading3"/>
      </w:pPr>
      <w:r>
        <w:t>Предоставление социального обслуживания</w:t>
      </w:r>
    </w:p>
    <w:p>
      <w:r>
        <w:rPr>
          <w:b/>
        </w:rPr>
        <w:t>Статья 14. Обращение о предоставлении социального обслуживания</w:t>
      </w:r>
    </w:p>
    <w:p>
      <w:r>
        <w:t>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социального обслуживания либо обращение в его интересах иных граждан, обращение государственных органов, органов местного самоуправления, общественных объединений непосредственно в уполномоченный орган субъекта Российской Федерации или уполномоченную организацию либо переданные заявление или обращение в рамках межведомственного взаимодействия. (В редакции Федерального закона от 14.11.2017 № 324-ФЗ)</w:t>
      </w:r>
    </w:p>
    <w:p>
      <w:r>
        <w:rPr>
          <w:b/>
        </w:rPr>
        <w:t>Статья 15. Признание гражданина нуждающимся в социальном обслуживании</w:t>
      </w:r>
    </w:p>
    <w:p>
      <w:r>
        <w:rPr>
          <w:b/>
        </w:rPr>
        <w:t xml:space="preserve">1. </w:t>
      </w:r>
      <w:r>
        <w:t>Гражданин признается нуждающимся в социальном обслуживании в случае, если существуют следующие обстоятельства, которые ухудшают или могут ухудшить условия его жизнедеятельности</w:t>
      </w:r>
    </w:p>
    <w:p>
      <w:r>
        <w:rPr>
          <w:b/>
        </w:rPr>
        <w:t xml:space="preserve">2. </w:t>
      </w:r>
      <w:r>
        <w:t>Уполномоченный орган субъекта Российской Федерации или уполномоченная организация принимают решение о признании гражданина нуждающимся в социальном обслуживании либо об отказе в социальном обслуживании в течение пяти рабочих дней с даты подачи заявления. О принятом решении заявитель информируется в письменной или электронной форме. Решение об оказании срочных социальных услуг принимается немедленно. (В редакции Федерального закона от 14.11.2017 № 324-ФЗ)</w:t>
      </w:r>
    </w:p>
    <w:p>
      <w:r>
        <w:rPr>
          <w:b/>
        </w:rPr>
        <w:t xml:space="preserve">3. </w:t>
      </w:r>
      <w:r>
        <w:t>Решение об отказе в социальном обслуживании может быть обжаловано в судебном порядке</w:t>
      </w:r>
    </w:p>
    <w:p>
      <w:r>
        <w:rPr>
          <w:b/>
        </w:rPr>
        <w:t xml:space="preserve">1. </w:t>
      </w:r>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r>
        <w:rPr>
          <w:b/>
        </w:rPr>
        <w:t xml:space="preserve">1. </w:t>
      </w:r>
      <w:r>
        <w:t>наличие в семье инвалида или инвалидов, в том числе ребенка-инвалида или детей-инвалидов, нуждающихся в постоянном постороннем уходе</w:t>
      </w:r>
    </w:p>
    <w:p>
      <w:r>
        <w:rPr>
          <w:b/>
        </w:rPr>
        <w:t xml:space="preserve">1. </w:t>
      </w:r>
      <w:r>
        <w:t>наличие ребенка или детей (в том числе находящихся под опекой, попечительством), испытывающих трудности в социальной адаптации</w:t>
      </w:r>
    </w:p>
    <w:p>
      <w:r>
        <w:rPr>
          <w:b/>
        </w:rPr>
        <w:t xml:space="preserve">1. </w:t>
      </w:r>
      <w:r>
        <w:t>отсутствие возможности обеспечения ухода (в том числе временного) за инвалидом, ребенком, детьми, а также отсутствие попечения над ними</w:t>
      </w:r>
    </w:p>
    <w:p>
      <w:r>
        <w:rPr>
          <w:b/>
        </w:rPr>
        <w:t xml:space="preserve">1. </w:t>
      </w:r>
      <w:r>
        <w:t>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p>
      <w:r>
        <w:rPr>
          <w:b/>
        </w:rPr>
        <w:t xml:space="preserve">1. </w:t>
      </w:r>
      <w:r>
        <w:t>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
    <w:p>
      <w:r>
        <w:rPr>
          <w:b/>
        </w:rPr>
        <w:t xml:space="preserve">1. </w:t>
      </w:r>
      <w:r>
        <w:t>отсутствие работы и средств к существованию</w:t>
      </w:r>
    </w:p>
    <w:p>
      <w:r>
        <w:rPr>
          <w:b/>
        </w:rPr>
        <w:t xml:space="preserve">1. </w:t>
      </w:r>
      <w:r>
        <w:t>наличие иных обстоятельств, которые нормативными правовыми актами субъекта Российской Федерации признаны ухудшающими или способными ухудшить условия жизнедеятельности граждан</w:t>
      </w:r>
    </w:p>
    <w:p>
      <w:r>
        <w:rPr>
          <w:b/>
        </w:rPr>
        <w:t>Статья 16. Индивидуальная программа</w:t>
      </w:r>
    </w:p>
    <w:p>
      <w:r>
        <w:rPr>
          <w:b/>
        </w:rPr>
        <w:t xml:space="preserve">1. </w:t>
      </w:r>
      <w:r>
        <w:t>Индивидуальная программа является документом, в котором указаны форма социального обслуживания, виды, объем, периодичность, условия, сроки предоставления социальных услуг, перечень рекомендуемых поставщиков социальных услуг, а также мероприятия по социальному сопровождению, осуществляемые в соответствии со статьей 22 настоящего Федерального закона</w:t>
      </w:r>
    </w:p>
    <w:p>
      <w:r>
        <w:rPr>
          <w:b/>
        </w:rPr>
        <w:t xml:space="preserve">11. </w:t>
      </w:r>
      <w:r>
        <w:t>В случае включения высшим исполнительным органом субъекта Российской Федерации отдельных государственных (муниципальных) услуг в социальной сфере и (или) отраслей социальной сферы в перечни государственных (муниципальных) услуг в социальной сфере, предусмотренные статьей 6 Федерального закона "О государственном (муниципальном) социальном заказе на оказание государственных (муниципальных) услуг в социальной сфере", индивидуальная программа используется как социальный сертификат на получение государственной (муниципальной) услуги в социальной сфере. (Дополнение частью - Федеральный закон от 13.07.2020 № 190-ФЗ) (В редакции Федерального закона от 26.12.2024 № 476-ФЗ)</w:t>
      </w:r>
    </w:p>
    <w:p>
      <w:r>
        <w:rPr>
          <w:b/>
        </w:rPr>
        <w:t xml:space="preserve">2. </w:t>
      </w:r>
      <w:r>
        <w:t>Индивидуальная программа составляется исходя из потребности гражданина в социальных услугах, пересматривается в зависимости от изменения этой потребности, но не реже чем раз в три года. Пересмотр индивидуальной программы осуществляется с учетом результатов реализованной индивидуальной программы</w:t>
      </w:r>
    </w:p>
    <w:p>
      <w:r>
        <w:rPr>
          <w:b/>
        </w:rPr>
        <w:t xml:space="preserve">3. </w:t>
      </w:r>
      <w:r>
        <w:t>Индивидуальная программа для гражданина или его законного представителя имеет рекомендательный характер, для поставщика социальных услуг - обязательный характер</w:t>
      </w:r>
    </w:p>
    <w:p>
      <w:r>
        <w:rPr>
          <w:b/>
        </w:rPr>
        <w:t xml:space="preserve">4. </w:t>
      </w:r>
      <w:r>
        <w:t>Индивидуальная программа составляется в двух экземплярах. Экземпляр индивидуальной программы, подписанный уполномоченным органом субъекта Российской Федерации или уполномоченной организацией, передается гражданину или его законному представителю в срок не более чем десять рабочих дней со дня подачи заявления гражданина о предоставлении социального обслуживания. Второй экземпляр индивидуальной программы остается в уполномоченном органе субъекта Российской Федерации или в уполномоченной организации. (В редакции Федерального закона от 14.11.2017 № 324-ФЗ)</w:t>
      </w:r>
    </w:p>
    <w:p>
      <w:r>
        <w:rPr>
          <w:b/>
        </w:rPr>
        <w:t xml:space="preserve">5. </w:t>
      </w:r>
      <w:r>
        <w:t>В случае изменения места жительства получателя социальных услуг индивидуальная программа, составленная по прежнему месту жительства, сохраняет свое действие в объеме перечня социальных услуг, установленного в субъекте Российской Федерации по новому месту жительства, до составления индивидуальной программы по новому месту жительства в сроки и в порядке, которые установлены настоящей статьей</w:t>
      </w:r>
    </w:p>
    <w:p>
      <w:r>
        <w:rPr>
          <w:b/>
        </w:rPr>
        <w:t>Статья 17. Договор о предоставлении социальных услуг</w:t>
      </w:r>
    </w:p>
    <w:p>
      <w:r>
        <w:rPr>
          <w:b/>
        </w:rPr>
        <w:t xml:space="preserve">1. </w:t>
      </w:r>
      <w:r>
        <w:t>Социальные услуги предоставляются гражданину на основании договора о предоставлении социальных услуг, заключаемого между поставщиком социальных услуг и гражданином или его законным представителем, в течение суток с даты представления индивидуальной программы поставщику социальных услуг</w:t>
      </w:r>
    </w:p>
    <w:p>
      <w:r>
        <w:rPr>
          <w:b/>
        </w:rPr>
        <w:t xml:space="preserve">2. </w:t>
      </w:r>
      <w:r>
        <w:t>Существенными условиями договора о предоставлении социальных услуг являются положения, определенные индивидуальной программой, а также стоимость социальных услуг в случае, если они предоставляются за плату или частичную плату</w:t>
      </w:r>
    </w:p>
    <w:p>
      <w:r>
        <w:rPr>
          <w:b/>
        </w:rPr>
        <w:t xml:space="preserve">3. </w:t>
      </w:r>
      <w:r>
        <w:t>Отношения, связанные с исполнением договора о предоставлении социальных услуг, регулируются в соответствии с законодательством Российской Федерации</w:t>
      </w:r>
    </w:p>
    <w:p>
      <w:r>
        <w:rPr>
          <w:b/>
        </w:rPr>
        <w:t>Статья 18. Отказ от социального обслуживания, социальной услуги</w:t>
      </w:r>
    </w:p>
    <w:p>
      <w:r>
        <w:rPr>
          <w:b/>
        </w:rPr>
        <w:t xml:space="preserve">1. </w:t>
      </w:r>
      <w:r>
        <w:t>Гражданин или его законный представитель имеет право отказаться от социального обслуживания, социальной услуги. Отказ оформляется в письменной форме и вносится в индивидуальную программу</w:t>
      </w:r>
    </w:p>
    <w:p>
      <w:r>
        <w:rPr>
          <w:b/>
        </w:rPr>
        <w:t xml:space="preserve">2. </w:t>
      </w:r>
      <w:r>
        <w:t>Отказ получателя социальных услуг или его законного представителя от социального обслуживания, социальной услуги освобождает уполномоченный орган субъекта Российской Федерации и поставщиков социальных услуг от ответственности за предоставление социального обслуживания, социальной услуги</w:t>
      </w:r>
    </w:p>
    <w:p>
      <w:r>
        <w:rPr>
          <w:b/>
        </w:rPr>
        <w:t xml:space="preserve">3. </w:t>
      </w:r>
      <w:r>
        <w:t>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перечень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Такой отказ возможен только при наличии соответствующего заключения уполномоченной медицинской организации. (В редакции Федерального закона от 19.12.2022 № 553-ФЗ)</w:t>
      </w:r>
    </w:p>
    <w:p>
      <w:r>
        <w:rPr>
          <w:b/>
        </w:rPr>
        <w:t xml:space="preserve">4. </w:t>
      </w:r>
      <w:r>
        <w:t>Предоставление социальных услуг в форме социального обслуживания на дому, или в полустационарной форме, или в стационарной форме возобновляется после получения заключения уполномоченной медицинской организации об отсутствии медицинских противопоказаний, указанных в части 3 настоящей статьи. (Дополнение частью - Федеральный закон от 19.12.2022 № 553-ФЗ)</w:t>
      </w:r>
    </w:p>
    <w:p>
      <w:r>
        <w:rPr>
          <w:b/>
        </w:rPr>
        <w:t xml:space="preserve">5. </w:t>
      </w:r>
      <w:r>
        <w:t>В случае, если гражданину или получателю социальных услуг отказано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поставщики социальных услуг информируют медицинскую организацию по месту жительства гражданина или получателя социальных услуг о необходимости оказания ему медицинской помощи, в том числе медицинского наблюдения. (Дополнение частью - Федеральный закон от 19.12.2022 № 553-ФЗ)</w:t>
      </w:r>
    </w:p>
    <w:p>
      <w:pPr>
        <w:pStyle w:val="Heading3"/>
      </w:pPr>
      <w:r>
        <w:t>Формы социального обслуживания, виды социальных услуг</w:t>
      </w:r>
    </w:p>
    <w:p>
      <w:r>
        <w:rPr>
          <w:b/>
        </w:rPr>
        <w:t>Статья 19. Формы социального обслуживания</w:t>
      </w:r>
    </w:p>
    <w:p>
      <w:r>
        <w:rPr>
          <w:b/>
        </w:rPr>
        <w:t xml:space="preserve">1. </w:t>
      </w:r>
      <w:r>
        <w:t>Социальные услуги предоставляются их получателям в форме социального обслуживания на дому, или в полустационарной форме, или в стационарной форме</w:t>
      </w:r>
    </w:p>
    <w:p>
      <w:r>
        <w:rPr>
          <w:b/>
        </w:rPr>
        <w:t xml:space="preserve">2. </w:t>
      </w:r>
      <w:r>
        <w:t>Социальные услуги в полустационарной форме предоставляются их получателям организацией социального обслуживания в определенное время суток</w:t>
      </w:r>
    </w:p>
    <w:p>
      <w:r>
        <w:rPr>
          <w:b/>
        </w:rPr>
        <w:t xml:space="preserve">3. </w:t>
      </w:r>
      <w:r>
        <w:t>Социальные услуги в стационарной форме предоставляются их получателям при постоянном, временном (на срок, определенный индивидуальной программой) или пятидневном (в неделю) круглосуточном проживании в организации социального обслуживания. Получатели социальных услуг в стационарной форме обеспечиваются жилыми помещениями, а также помещениями для предоставления видов социальных услуг, предусмотренных пунктами 1 - 7 статьи 20 настоящего Федерального закона</w:t>
      </w:r>
    </w:p>
    <w:p>
      <w:r>
        <w:rPr>
          <w:b/>
        </w:rPr>
        <w:t xml:space="preserve">4. </w:t>
      </w:r>
      <w:r>
        <w:t>При предоставлении социальных услуг в полустационарной форме или в стационарной форме должны быть обеспечены</w:t>
      </w:r>
    </w:p>
    <w:p>
      <w:r>
        <w:rPr>
          <w:b/>
        </w:rPr>
        <w:t xml:space="preserve">5. </w:t>
      </w:r>
      <w:r>
        <w:t>Граждане из числа лиц, освобождаемых из мест лишения свободы, за которыми в соответствии с законодательством Российской Федерации установлен административный надзор и которые частично или полностью утратили способность к самообслуживанию, при отсутствии медицинских противопоказаний и по их личному заявлению принимаются на социальное обслуживание в стационарные организации социального обслуживания со специальным социальным обслуживанием в порядке, установленном нормативными правовыми актами субъектов Российской Федерации</w:t>
      </w:r>
    </w:p>
    <w:p>
      <w:r>
        <w:rPr>
          <w:b/>
        </w:rPr>
        <w:t xml:space="preserve">6. </w:t>
      </w:r>
      <w:r>
        <w:t>Вопросы приема в стационарные организации социального обслуживания и выписки из таких организаций лиц, страдающих психическими расстройствами, регулируются законодательством Российской Федерации о психиатрической помощи</w:t>
      </w:r>
    </w:p>
    <w:p>
      <w:r>
        <w:rPr>
          <w:b/>
        </w:rPr>
        <w:t xml:space="preserve">4. </w:t>
      </w:r>
      <w:r>
        <w:t>возможность сопровождения получателя социальных услуг при передвижении по территории организации социального обслуживания, а также при пользовании услугами, предоставляемыми такой организацией</w:t>
      </w:r>
    </w:p>
    <w:p>
      <w:r>
        <w:rPr>
          <w:b/>
        </w:rPr>
        <w:t xml:space="preserve">4. </w:t>
      </w:r>
      <w:r>
        <w:t>возможность для самостоятельного передвижения по территории организации социального обслуживания, входа, выхода и перемещения внутри такой организации (в том числе для передвижения в креслах-колясках), для отдыха в сидячем положении, а также доступное размещение оборудования и носителей информации</w:t>
      </w:r>
    </w:p>
    <w:p>
      <w:r>
        <w:rPr>
          <w:b/>
        </w:rPr>
        <w:t xml:space="preserve">4. </w:t>
      </w:r>
      <w:r>
        <w:t>дублирование текстовых сообщений голосовыми сообщениями, оснащение организации социального обслуживания знаками, выполненными рельефно-точечным шрифтом Брайля, ознакомление с их помощью с надписями, знаками и иной текстовой и графической информацией на территории такой организации, а также допуск тифлосурдопереводчика, допуск собак-проводников</w:t>
      </w:r>
    </w:p>
    <w:p>
      <w:r>
        <w:rPr>
          <w:b/>
        </w:rPr>
        <w:t xml:space="preserve">4. </w:t>
      </w:r>
      <w:r>
        <w:t>дублирование голосовой информации текстовой информацией, надписями и (или) световыми сигналами, информирование о предоставляемых социальных услугах с использованием русского жестового языка (сурдоперевода), допуск сурдопереводчика</w:t>
      </w:r>
    </w:p>
    <w:p>
      <w:r>
        <w:rPr>
          <w:b/>
        </w:rPr>
        <w:t xml:space="preserve">4. </w:t>
      </w:r>
      <w:r>
        <w:t>оказание иных видов посторонней помощи</w:t>
      </w:r>
    </w:p>
    <w:p>
      <w:r>
        <w:rPr>
          <w:b/>
        </w:rPr>
        <w:t>Статья 20. Виды социальных услуг</w:t>
      </w:r>
    </w:p>
    <w:p>
      <w:r>
        <w:t>Получателям социальных услуг с учетом их индивидуальных потребностей предоставляются следующие виды социальных услуг</w:t>
      </w:r>
    </w:p>
    <w:p>
      <w:r>
        <w:t>социально-бытовые, направленные на поддержание жизнедеятельности получателей социальных услуг в быту</w:t>
      </w:r>
    </w:p>
    <w:p>
      <w:r>
        <w:t>социально-медицинские, направленные на поддержание и сохранение здоровья получателей социальных услуг путем организации ухода, оказания содействия в проведении оздоровительных мероприятий, систематического наблюдения за получателями социальных услуг для выявления отклонений в состоянии их здоровья</w:t>
      </w:r>
    </w:p>
    <w:p>
      <w:r>
        <w:t>социально-психологические, предусматривающие оказание помощи в коррекции психологического состояния получателей социальных услуг для адаптации в социальной среде, в том числе оказание психологической помощи анонимно с использованием телефона доверия</w:t>
      </w:r>
    </w:p>
    <w:p>
      <w:r>
        <w:t>социально-педагогические, направленные на профилактику отклонений в поведении и развитии личности получателей социальных услуг, формирование у них позитивных интересов (в том числе в сфере досуга), организацию их досуга, оказание помощи семье в воспитании детей</w:t>
      </w:r>
    </w:p>
    <w:p>
      <w:r>
        <w:t>социально-трудовые, направленные на оказание помощи в трудоустройстве и в решении других проблем, связанных с трудовой адаптацией</w:t>
      </w:r>
    </w:p>
    <w:p>
      <w:r>
        <w:t>социально-правовые, направленные на оказание помощи в получении юридических услуг, в том числе бесплатно, в защите прав и законных интересов получателей социальных услуг</w:t>
      </w:r>
    </w:p>
    <w:p>
      <w:r>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r>
        <w:t>срочные социальные услуги</w:t>
      </w:r>
    </w:p>
    <w:p>
      <w:r>
        <w:rPr>
          <w:b/>
        </w:rPr>
        <w:t>Статья 21. Срочные социальные услуги</w:t>
      </w:r>
    </w:p>
    <w:p>
      <w:r>
        <w:rPr>
          <w:b/>
        </w:rPr>
        <w:t xml:space="preserve">1. </w:t>
      </w:r>
      <w:r>
        <w:t>Срочные социальные услуги включают в себя</w:t>
      </w:r>
    </w:p>
    <w:p>
      <w:r>
        <w:rPr>
          <w:b/>
        </w:rPr>
        <w:t xml:space="preserve">2. </w:t>
      </w:r>
      <w:r>
        <w:t>Предоставление срочных социальных услуг в целях оказания неотложной помощи осуществляется в сроки, обусловленные нуждаемостью получателя социальных услуг, без составления индивидуальной программы и без заключения договора о предоставлении социальных услуг. Основанием для предоставления срочных социальных услуг является заявление получателя социальных услуг, а также получение от медицинских, образовательных или иных организаций, не входящих в систему социального обслуживания, информации о гражданах, нуждающихся в предоставлении срочных социальных услуг. Подтверждением предоставления срочных социальных услуг является акт о предоставлении срочных социальных услуг, содержащий сведения о получателе и поставщике этих услуг, видах предоставленных срочных социальных услуг, сроках, дате и об условиях их предоставления. Акт о предоставлении срочных социальных услуг подтверждается подписью их получателя</w:t>
      </w:r>
    </w:p>
    <w:p>
      <w:r>
        <w:rPr>
          <w:b/>
        </w:rPr>
        <w:t xml:space="preserve">1. </w:t>
      </w:r>
      <w:r>
        <w:t>обеспечение бесплатным горячим питанием или наборами продуктов</w:t>
      </w:r>
    </w:p>
    <w:p>
      <w:r>
        <w:rPr>
          <w:b/>
        </w:rPr>
        <w:t xml:space="preserve">1. </w:t>
      </w:r>
      <w:r>
        <w:t>обеспечение одеждой, обувью и другими предметами первой необходимости</w:t>
      </w:r>
    </w:p>
    <w:p>
      <w:r>
        <w:rPr>
          <w:b/>
        </w:rPr>
        <w:t xml:space="preserve">1. </w:t>
      </w:r>
      <w:r>
        <w:t>содействие в получении временного жилого помещения</w:t>
      </w:r>
    </w:p>
    <w:p>
      <w:r>
        <w:rPr>
          <w:b/>
        </w:rPr>
        <w:t xml:space="preserve">1. </w:t>
      </w:r>
      <w:r>
        <w:t>содействие в получении юридической помощи в целях защиты прав и законных интересов получателей социальных услуг</w:t>
      </w:r>
    </w:p>
    <w:p>
      <w:r>
        <w:rPr>
          <w:b/>
        </w:rPr>
        <w:t xml:space="preserve">1. </w:t>
      </w:r>
      <w:r>
        <w:t>содействие в получении экстренной психологической помощи с привлечением к этой работе психологов и священнослужителей</w:t>
      </w:r>
    </w:p>
    <w:p>
      <w:r>
        <w:rPr>
          <w:b/>
        </w:rPr>
        <w:t xml:space="preserve">1. </w:t>
      </w:r>
      <w:r>
        <w:t>иные срочные социальные услуги</w:t>
      </w:r>
    </w:p>
    <w:p>
      <w:r>
        <w:rPr>
          <w:b/>
        </w:rPr>
        <w:t>Статья 22. Содействие в предоставлении реабилитационной, медицинской, психологической, педагогической, юридической, социальной помощи, не относящейся к социальным услугам (социальное сопровождение)</w:t>
      </w:r>
    </w:p>
    <w:p>
      <w:r>
        <w:t>(Наименование в редакции Федерального закона от 25.12.2023 № 651-ФЗ)</w:t>
      </w:r>
    </w:p>
    <w:p>
      <w:r>
        <w:rPr>
          <w:b/>
        </w:rPr>
        <w:t xml:space="preserve">1. </w:t>
      </w:r>
      <w:r>
        <w:t>При необходимости гражданам, в том числе родителям, опекунам, попечителям, иным законным представителям несовершеннолетних детей, оказывается содействие в предоставлении реабилитационной, медицинской, психологической, педагогической, юридической, социальной помощи, не относящейся к социальным услугам (социальное сопровождение). (В редакции Федерального закона от 25.12.2023 № 651-ФЗ)</w:t>
      </w:r>
    </w:p>
    <w:p>
      <w:r>
        <w:rPr>
          <w:b/>
        </w:rPr>
        <w:t xml:space="preserve">2. </w:t>
      </w:r>
      <w:r>
        <w:t>Социальное сопровождение осуществляется путем привлечения организаций, предоставляющих такую помощь, на основе межведомственного взаимодействия в соответствии со статьей 28 настоящего Федерального закона. Мероприятия по социальному сопровождению отражаются в индивидуальной программе</w:t>
      </w:r>
    </w:p>
    <w:p>
      <w:pPr>
        <w:pStyle w:val="Heading3"/>
      </w:pPr>
      <w:r>
        <w:t>Организация предоставления социальных услуг</w:t>
      </w:r>
    </w:p>
    <w:p>
      <w:r>
        <w:rPr>
          <w:b/>
        </w:rPr>
        <w:t>Статья 23. Организации социального обслуживания</w:t>
      </w:r>
    </w:p>
    <w:p>
      <w:r>
        <w:rPr>
          <w:b/>
        </w:rPr>
        <w:t xml:space="preserve">1. </w:t>
      </w:r>
      <w:r>
        <w:t>Организациями социального обслуживания являются организации, осуществляющие социальное обслуживание на дому, полустационарное социальное обслуживание, стационарное социальное обслуживание</w:t>
      </w:r>
    </w:p>
    <w:p>
      <w:r>
        <w:rPr>
          <w:b/>
        </w:rPr>
        <w:t xml:space="preserve">2. </w:t>
      </w:r>
      <w:r>
        <w:t>Организации социального обслуживания в субъектах Российской Федерации создаются и действуют с учетом методических рекомендаций по расчету потребностей субъектов Российской Федерации в развитии сети организаций социального обслуживания и в соответствии с правилами организации деятельности организаций социального обслуживания, их структурных подразделений</w:t>
      </w:r>
    </w:p>
    <w:p>
      <w:r>
        <w:rPr>
          <w:b/>
        </w:rPr>
        <w:t xml:space="preserve">3. </w:t>
      </w:r>
      <w:r>
        <w:t>В государственных организациях социального обслуживания создаются попечительские советы</w:t>
      </w:r>
    </w:p>
    <w:p>
      <w:r>
        <w:rPr>
          <w:b/>
        </w:rPr>
        <w:t xml:space="preserve">4. </w:t>
      </w:r>
      <w:r>
        <w:t>Структура, порядок формирования, срок полномочий, компетенция попечительского совета и порядок принятия им решений определяются уставом организации социального обслуживания в соответствии с законодательством Российской Федерации на основании примерного положения о попечительском совете организации социального обслуживания</w:t>
      </w:r>
    </w:p>
    <w:p>
      <w:r>
        <w:rPr>
          <w:b/>
        </w:rPr>
        <w:t>Статья 231. Независимая оценка качества условий оказания услуг организациями социального обслуживания</w:t>
      </w:r>
    </w:p>
    <w:p>
      <w:r>
        <w:t>(Наименование в редакции Федерального закона от 05.12.2017 № 392-ФЗ)</w:t>
      </w:r>
    </w:p>
    <w:p>
      <w:r>
        <w:rPr>
          <w:b/>
        </w:rPr>
        <w:t xml:space="preserve">1. </w:t>
      </w:r>
      <w:r>
        <w:t>Независимая оценка качества условий оказания услуг организациями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условий оказания услуг организациями социального обслуживания, а также в целях повышения качества их деятельности. (В редакции Федерального закона от 05.12.2017 № 392-ФЗ)</w:t>
      </w:r>
    </w:p>
    <w:p>
      <w:r>
        <w:rPr>
          <w:b/>
        </w:rPr>
        <w:t xml:space="preserve">2. </w:t>
      </w:r>
      <w:r>
        <w:t>Независимая оценка качества условий оказания услуг организациями социального обслуживания предусматривает оценку условий оказания услуг по таким общим критериям, как открытость и доступность информации об организации социального обслуживания; комфортность условий предоставления социальных услуг, в том числе время ожидания предоставления услуг; доброжелательность, вежливость работников организации социального обслуживания; удовлетворенность качеством условий оказания услуг, а также доступность услуг для инвалидов. (В редакции Федерального закона от 05.12.2017 № 392-ФЗ)</w:t>
      </w:r>
    </w:p>
    <w:p>
      <w:r>
        <w:rPr>
          <w:b/>
        </w:rPr>
        <w:t xml:space="preserve">3. </w:t>
      </w:r>
      <w:r>
        <w:t>Независимая оценка качества условий оказания услуг организациями социального обслуживания проводится в соответствии с положениями настоящей статьи. При проведении независимой оценки качества условий оказания услуг организациями социального обслуживания используется общедоступная информация об организациях социального обслуживания, размещаемая также в форме открытых данных. (В редакции Федерального закона от 05.12.2017 № 392-ФЗ)</w:t>
      </w:r>
    </w:p>
    <w:p>
      <w:r>
        <w:rPr>
          <w:b/>
        </w:rPr>
        <w:t xml:space="preserve">4. </w:t>
      </w:r>
      <w:r>
        <w:t>(Часть утратила силу - Федеральный закон от 05.12.2017 № 392-ФЗ)</w:t>
      </w:r>
    </w:p>
    <w:p>
      <w:r>
        <w:rPr>
          <w:b/>
        </w:rPr>
        <w:t xml:space="preserve">5. </w:t>
      </w:r>
      <w:r>
        <w:t>В целях создания условий для организации проведения независимой оценки качества условий оказания услуг организациями социального обслуживания</w:t>
      </w:r>
    </w:p>
    <w:p>
      <w:r>
        <w:rPr>
          <w:b/>
        </w:rPr>
        <w:t xml:space="preserve">51. </w:t>
      </w:r>
      <w:r>
        <w:t>Состав общественного совета по проведению независимой оценки качества условий оказания услуг организациями социального обслуживания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общественных объединений, осуществляющих деятельность в сфере социального обслуживания, а также руководители (их заместители) и работники организаций социального обслуживания. При этом общественный совет по независимой оценке качества привлекает к своей работе представителей общественных объединений, осуществляющих деятельность в сфере социального обслуживания,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 (Дополнение частью - Федеральный закон от 05.12.2017 № 392-ФЗ)</w:t>
      </w:r>
    </w:p>
    <w:p>
      <w:r>
        <w:rPr>
          <w:b/>
        </w:rPr>
        <w:t xml:space="preserve">52. </w:t>
      </w:r>
      <w:r>
        <w:t>Положение об общественном совете по независимой оценке качества утверждается органом государственной власти, при котором создан указанный общественный совет. (Дополнение частью - Федеральный закон от 05.12.2017 № 392-ФЗ)</w:t>
      </w:r>
    </w:p>
    <w:p>
      <w:r>
        <w:rPr>
          <w:b/>
        </w:rPr>
        <w:t xml:space="preserve">6. </w:t>
      </w:r>
      <w:r>
        <w:t>Показатели, характеризующие общие критерии оценки качества условий оказания услуг организациями социального обслуживания, в отношении которых проводится независимая оценка качества условий оказания ими услуг, устанавливаются уполномоченным федеральным органом исполнительной власти с предварительным обсуждением на общественном совете по независимой оценке качества. (В редакции Федерального закона от 05.12.2017 № 392-ФЗ)</w:t>
      </w:r>
    </w:p>
    <w:p>
      <w:r>
        <w:rPr>
          <w:b/>
        </w:rPr>
        <w:t xml:space="preserve">7. </w:t>
      </w:r>
      <w:r>
        <w:t>(Часть утратила силу - Федеральный закон от 05.12.2017 № 392-ФЗ)</w:t>
      </w:r>
    </w:p>
    <w:p>
      <w:r>
        <w:rPr>
          <w:b/>
        </w:rPr>
        <w:t xml:space="preserve">8. </w:t>
      </w:r>
      <w:r>
        <w:t>(Часть утратила силу - Федеральный закон от 05.12.2017 № 392-ФЗ)</w:t>
      </w:r>
    </w:p>
    <w:p>
      <w:r>
        <w:rPr>
          <w:b/>
        </w:rPr>
        <w:t xml:space="preserve">9. </w:t>
      </w:r>
      <w:r>
        <w:t>Независимая оценка качества условий оказания услуг организациями социального обслуживания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 (В редакции Федерального закона от 05.12.2017 № 392-ФЗ)</w:t>
      </w:r>
    </w:p>
    <w:p>
      <w:r>
        <w:rPr>
          <w:b/>
        </w:rPr>
        <w:t xml:space="preserve">10. </w:t>
      </w:r>
      <w:r>
        <w:t>Общественные советы по независимой оценке качества: (В редакции Федерального закона от 05.12.2017 № 392-ФЗ) 1) определяют перечни организаций социального обслуживания, в отношении которых проводится независимая оценка;</w:t>
      </w:r>
    </w:p>
    <w:p>
      <w:r>
        <w:rPr>
          <w:b/>
        </w:rPr>
        <w:t xml:space="preserve">11. </w:t>
      </w:r>
      <w:r>
        <w:t>Заключение государственных контрактов на выполнение работ, оказание услуг по сбору и обобщению информации о качестве условий оказания услуг организациями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уполномоченные органы государственной власти субъектов Российской Федерации по результатам заключения государственных контрактов оформляют решение об определении оператора, ответственного за сбор и обобщение информации о качестве условий оказания услуг организациями социального обслуживания,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 (В редакции Федерального закона от 05.12.2017 № 392-ФЗ)</w:t>
      </w:r>
    </w:p>
    <w:p>
      <w:r>
        <w:rPr>
          <w:b/>
        </w:rPr>
        <w:t xml:space="preserve">12. </w:t>
      </w:r>
      <w:r>
        <w:t>Поступившая соответственно в уполномоченный федеральный орган исполнительной власти, уполномоченные органы субъектов Российской Федерации информация о результатах независимой оценки качества условий оказания услуг организациями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социального обслуживания и оценке деятельности их руководителей. (В редакции Федерального закона от 05.12.2017 № 392-ФЗ)</w:t>
      </w:r>
    </w:p>
    <w:p>
      <w:r>
        <w:rPr>
          <w:b/>
        </w:rPr>
        <w:t xml:space="preserve">13. </w:t>
      </w:r>
      <w:r>
        <w:t>Информация о результатах независимой оценки качества условий оказания услуг организациями социального обслуживания размещается соответственно: (В редакции Федерального закона от 05.12.2017 № 392-ФЗ) 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
        <w:rPr>
          <w:b/>
        </w:rPr>
        <w:t xml:space="preserve">14. </w:t>
      </w:r>
      <w:r>
        <w:t>Состав информации о результатах независимой оценки качества условий оказания услуг организациями социального обслуживания, включая единые требования к такой информации,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 (В редакции Федерального закона от 05.12.2017 № 392-ФЗ)</w:t>
      </w:r>
    </w:p>
    <w:p>
      <w:r>
        <w:rPr>
          <w:b/>
        </w:rPr>
        <w:t xml:space="preserve">15. </w:t>
      </w:r>
      <w:r>
        <w:t>Уполномоченный федеральный орган исполнительной власти, уполномоченные органы субъектов Российской Федерации и организации социального обслуживания обеспечивают на своих официальных сайтах в сети "Интернет" техническую возможность выражения мнений получателями услуг и иными гражданами о качестве условий оказания этих услуг. (В редакции Федерального закона от 05.12.2017 № 392-ФЗ)</w:t>
      </w:r>
    </w:p>
    <w:p>
      <w:r>
        <w:rPr>
          <w:b/>
        </w:rPr>
        <w:t xml:space="preserve">16. </w:t>
      </w:r>
      <w:r>
        <w:t>Контроль за соблюдением процедур проведения независимой оценки качества условий оказания услуг организациями социального обслуживания осуществляется в соответствии с законодательством Российской Федерации. (В редакции Федерального закона от 05.12.2017 № 392-ФЗ)</w:t>
      </w:r>
    </w:p>
    <w:p>
      <w:r>
        <w:rPr>
          <w:b/>
        </w:rPr>
        <w:t xml:space="preserve">17. </w:t>
      </w:r>
      <w:r>
        <w:t>Руководители государственных организаций социального обслуживания несут ответственность за непринятие мер по устранению недостатков, выявленных в ходе независимой оценки качества условий оказания услуг организациями социального обслуживания, в соответствии с трудовым законодательством. В трудовых договорах с руководителями организаций социального обслуживания в показатели эффективности работы руководителей включаются результаты независимой оценки качества условий оказания услуг организациями социального обслуживания и выполнения плана по устранению недостатков, выявленных в ходе такой оценки. (Дополнение частью - Федеральный закон от 05.12.2017 № 392-ФЗ)</w:t>
      </w:r>
    </w:p>
    <w:p>
      <w:r>
        <w:rPr>
          <w:b/>
        </w:rPr>
        <w:t xml:space="preserve">18. </w:t>
      </w:r>
      <w:r>
        <w:t>Результаты независимой оценки качества условий оказания услуг организациями социального обслуживания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 (Дополнение частью - Федеральный закон от 05.12.2017 № 392-ФЗ) (Дополнение статьей - Федеральный закон от 21.07.2014 № 256-ФЗ)</w:t>
      </w:r>
    </w:p>
    <w:p>
      <w:r>
        <w:rPr>
          <w:b/>
        </w:rPr>
        <w:t xml:space="preserve">5. </w:t>
      </w:r>
      <w:r>
        <w:t>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общероссийских общественных организаций ветеранов общественный совет по проведению независимой оценки качества условий оказания услуг организациями социального обслуживания, учредителем которых является Российская Федерация, а также негосударственными организациями социального обслуживания, которые оказывают социальные услуги за счет средств федерального бюджета,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организациями социального обслуживания. Перечень организаций социального обслуживания,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общественном совете по проведению независимой оценки качества условий оказания услуг организациями социального обслуживания</w:t>
      </w:r>
    </w:p>
    <w:p>
      <w:r>
        <w:rPr>
          <w:b/>
        </w:rPr>
        <w:t xml:space="preserve">5. </w:t>
      </w:r>
      <w:r>
        <w:t>общественные палаты субъектов Российской Федерации по обращению уполномоченных органов исполнительной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общественных организаций ветеранов общественные советы по проведению независимой оценки качества условий оказания услуг организациями социального обслуживания, которые расположены на территориях субъектов Российской Федерации и учредителями которых являются субъекты Российской Федерации, а также негосударственными организациями социального обслуживания, которые оказывают социальные услуги за счет бюджетных ассигнований бюджетов субъектов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организациями социального обслуживания. (Часть в редакции Федерального закона от 05.12.2017 № 392-ФЗ)</w:t>
      </w:r>
    </w:p>
    <w:p>
      <w:r>
        <w:rPr>
          <w:b/>
        </w:rPr>
        <w:t xml:space="preserve">10. </w:t>
      </w:r>
      <w:r>
        <w:t>принимают участие в рассмотрении проектов документации о закупках работ, услуг, а также проектов государственных контрактов, заключаемых уполномоченным федеральным органом исполнительной власти, уполномоченными органами субъектов Российской Федерации с организацией, которая осуществляет сбор и обобщение информации о качестве условий оказания услуг организациями социального обслуживания (далее - оператор); (В редакции Федерального закона от 05.12.2017 № 392-ФЗ) 3) (Пункт утратил силу - Федеральный закон от 05.12.2017 № 392-ФЗ) 4) осуществляют независимую оценку качества условий оказания услуг организациями социального обслуживания с учетом информации, представленной оператором; (В редакции Федерального закона от 05.12.2017 № 392-ФЗ) 5) представляют соответственно в уполномоченный федеральный орган исполнительной власти, уполномоченные органы субъектов Российской Федерации результаты независимой оценки качества условий оказания услуг организациями социального обслуживания, а также предложения об улучшении качества их деятельности. (В редакции Федерального закона от 05.12.2017 № 392-ФЗ)</w:t>
      </w:r>
    </w:p>
    <w:p>
      <w:r>
        <w:rPr>
          <w:b/>
        </w:rPr>
        <w:t xml:space="preserve">13. </w:t>
      </w:r>
      <w:r>
        <w:t>уполномоченными органами субъектов Российской Федерации на своих официальных сайтах и официальном сайте для размещения информации о государственных и муниципальных учреждениях в сети "Интернет". (В редакции Федерального закона от 05.12.2017 № 392-ФЗ)</w:t>
      </w:r>
    </w:p>
    <w:p>
      <w:r>
        <w:rPr>
          <w:b/>
        </w:rPr>
        <w:t>Статья 24. Информационные системы в сфере социального обслуживания</w:t>
      </w:r>
    </w:p>
    <w:p>
      <w:r>
        <w:rPr>
          <w:b/>
        </w:rPr>
        <w:t xml:space="preserve">1. </w:t>
      </w:r>
      <w:r>
        <w:t>Информационными системами в сфере социального обслуживания (далее - информационные системы) осуществляются сбор, хранение, обработка и предоставление информации о поставщиках социальных услуг (реестр поставщиков социальных услуг) и о получателях социальных услуг (регистр получателей социальных услуг) на основании данных, представляемых поставщиками социальных услуг</w:t>
      </w:r>
    </w:p>
    <w:p>
      <w:r>
        <w:rPr>
          <w:b/>
        </w:rPr>
        <w:t xml:space="preserve">2. </w:t>
      </w:r>
      <w:r>
        <w:t>Операторами информационных систем являются уполномоченный орган субъекта Российской Федерации и организации, с которыми указанный орган заключил договоры об эксплуатации информационных систем</w:t>
      </w:r>
    </w:p>
    <w:p>
      <w:r>
        <w:rPr>
          <w:b/>
        </w:rPr>
        <w:t xml:space="preserve">3. </w:t>
      </w:r>
      <w:r>
        <w:t>Информация, содержащаяся в информационных системах, используется в целях мониторинга социального обслуживания, осуществления государственного контроля (надзора) в сфере социального обслуживания в соответствии со статьей 33 настоящего Федерального закона и в иных целях, определенных законодательством Российской Федерации</w:t>
      </w:r>
    </w:p>
    <w:p>
      <w:r>
        <w:rPr>
          <w:b/>
        </w:rPr>
        <w:t>Статья 25. Реестр поставщиков социальных услуг</w:t>
      </w:r>
    </w:p>
    <w:p>
      <w:r>
        <w:rPr>
          <w:b/>
        </w:rPr>
        <w:t xml:space="preserve">1. </w:t>
      </w:r>
      <w:r>
        <w:t>Реестр поставщиков социальных услуг формируется в субъекте Российской Федерации</w:t>
      </w:r>
    </w:p>
    <w:p>
      <w:r>
        <w:rPr>
          <w:b/>
        </w:rPr>
        <w:t xml:space="preserve">2. </w:t>
      </w:r>
      <w:r>
        <w:t>Включение организаций социального обслуживания в реестр поставщиков социальных услуг осуществляется на добровольной основе</w:t>
      </w:r>
    </w:p>
    <w:p>
      <w:r>
        <w:rPr>
          <w:b/>
        </w:rPr>
        <w:t xml:space="preserve">3. </w:t>
      </w:r>
      <w:r>
        <w:t>Реестр поставщиков социальных услуг содержит следующую информацию</w:t>
      </w:r>
    </w:p>
    <w:p>
      <w:r>
        <w:rPr>
          <w:b/>
        </w:rPr>
        <w:t xml:space="preserve">4. </w:t>
      </w:r>
      <w:r>
        <w:t>Реестр поставщиков социальных услуг в субъекте Российской Федерации размещается на официальном сайте уполномоченного органа субъекта Российской Федерации в сети "Интернет" в соответствии с требованиями законодательства Российской Федерации</w:t>
      </w:r>
    </w:p>
    <w:p>
      <w:r>
        <w:rPr>
          <w:b/>
        </w:rPr>
        <w:t xml:space="preserve">5. </w:t>
      </w:r>
      <w:r>
        <w:t>Поставщик социальных услуг с момента его включения в реестр поставщиков социальных услуг несет ответственность за достоверность и актуальность информации, содержащейся в этом реестре</w:t>
      </w:r>
    </w:p>
    <w:p>
      <w:r>
        <w:rPr>
          <w:b/>
        </w:rPr>
        <w:t xml:space="preserve">6. </w:t>
      </w:r>
      <w:r>
        <w:t>Информация о поставщиках социальных услуг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(Дополнение частью - Федеральный закон от 07.03.2018 № 56-ФЗ) (В редакции Федерального закона от 25.12.2023 № 635-ФЗ)</w:t>
      </w:r>
    </w:p>
    <w:p>
      <w:r>
        <w:rPr>
          <w:b/>
        </w:rPr>
        <w:t xml:space="preserve">3. </w:t>
      </w:r>
      <w:r>
        <w:t>регистрационный номер учетной записи</w:t>
      </w:r>
    </w:p>
    <w:p>
      <w:r>
        <w:rPr>
          <w:b/>
        </w:rPr>
        <w:t xml:space="preserve">3. </w:t>
      </w:r>
      <w:r>
        <w:t>полное и (если имеется) сокращенное наименование поставщика социальных услуг</w:t>
      </w:r>
    </w:p>
    <w:p>
      <w:r>
        <w:rPr>
          <w:b/>
        </w:rPr>
        <w:t xml:space="preserve">3. </w:t>
      </w:r>
      <w:r>
        <w:t>дата государственной регистрации юридического лица, индивидуального предпринимателя, являющихся поставщиками социальных услуг</w:t>
      </w:r>
    </w:p>
    <w:p>
      <w:r>
        <w:rPr>
          <w:b/>
        </w:rPr>
        <w:t xml:space="preserve">3. </w:t>
      </w:r>
      <w:r>
        <w:t>организационно-правовая форма поставщика социальных услуг (для юридических лиц)</w:t>
      </w:r>
    </w:p>
    <w:p>
      <w:r>
        <w:rPr>
          <w:b/>
        </w:rPr>
        <w:t xml:space="preserve">3. </w:t>
      </w:r>
      <w:r>
        <w:t>адрес (место нахождения, место предоставления социальных услуг), контактный телефон, адрес электронной почты поставщика социальных услуг</w:t>
      </w:r>
    </w:p>
    <w:p>
      <w:r>
        <w:rPr>
          <w:b/>
        </w:rPr>
        <w:t xml:space="preserve">3. </w:t>
      </w:r>
      <w:r>
        <w:t>фамилия, имя, отчество руководителя поставщика социальных услуг</w:t>
      </w:r>
    </w:p>
    <w:p>
      <w:r>
        <w:rPr>
          <w:b/>
        </w:rPr>
        <w:t xml:space="preserve">3. </w:t>
      </w:r>
      <w:r>
        <w:t>информация о лицензиях, имеющихся у поставщика социальных услуг (при необходимости)</w:t>
      </w:r>
    </w:p>
    <w:p>
      <w:r>
        <w:rPr>
          <w:b/>
        </w:rPr>
        <w:t xml:space="preserve">3. </w:t>
      </w:r>
      <w:r>
        <w:t>сведения о формах социального обслуживания</w:t>
      </w:r>
    </w:p>
    <w:p>
      <w:r>
        <w:rPr>
          <w:b/>
        </w:rPr>
        <w:t xml:space="preserve">3. </w:t>
      </w:r>
      <w:r>
        <w:t>перечень предоставляемых социальных услуг по формам социального обслуживания и видам социальных услуг</w:t>
      </w:r>
    </w:p>
    <w:p>
      <w:r>
        <w:rPr>
          <w:b/>
        </w:rPr>
        <w:t xml:space="preserve">3. </w:t>
      </w:r>
      <w:r>
        <w:t>тарифы на предоставляемые социальные услуги по формам социального обслуживания и видам социальных услуг</w:t>
      </w:r>
    </w:p>
    <w:p>
      <w:r>
        <w:rPr>
          <w:b/>
        </w:rPr>
        <w:t xml:space="preserve">3. </w:t>
      </w:r>
      <w:r>
        <w:t>информация об общем количестве мест, предназначенных для предоставления социальных услуг, о наличии свободных мест, в том числе по формам социального обслуживания</w:t>
      </w:r>
    </w:p>
    <w:p>
      <w:r>
        <w:rPr>
          <w:b/>
        </w:rPr>
        <w:t xml:space="preserve">3. </w:t>
      </w:r>
      <w:r>
        <w:t>информация об условиях предоставления социальных услуг</w:t>
      </w:r>
    </w:p>
    <w:p>
      <w:r>
        <w:rPr>
          <w:b/>
        </w:rPr>
        <w:t xml:space="preserve">3. </w:t>
      </w:r>
      <w:r>
        <w:t>информация о результатах проведенных проверок</w:t>
      </w:r>
    </w:p>
    <w:p>
      <w:r>
        <w:rPr>
          <w:b/>
        </w:rPr>
        <w:t xml:space="preserve">3. </w:t>
      </w:r>
      <w:r>
        <w:t>информация об опыте работы поставщика социальных услуг за последние пять лет</w:t>
      </w:r>
    </w:p>
    <w:p>
      <w:r>
        <w:rPr>
          <w:b/>
        </w:rPr>
        <w:t xml:space="preserve">3. </w:t>
      </w:r>
      <w:r>
        <w:t>иная информация, определенная Правительством Российской Федерации</w:t>
      </w:r>
    </w:p>
    <w:p>
      <w:r>
        <w:rPr>
          <w:b/>
        </w:rPr>
        <w:t>Статья 26. Регистр получателей социальных услуг</w:t>
      </w:r>
    </w:p>
    <w:p>
      <w:r>
        <w:rPr>
          <w:b/>
        </w:rPr>
        <w:t xml:space="preserve">1. </w:t>
      </w:r>
      <w:r>
        <w:t>Регистр получателей социальных услуг формируется в субъекте Российской Федерации на основании данных, предоставляемых поставщиками социальных услуг</w:t>
      </w:r>
    </w:p>
    <w:p>
      <w:r>
        <w:rPr>
          <w:b/>
        </w:rPr>
        <w:t xml:space="preserve">2. </w:t>
      </w:r>
      <w:r>
        <w:t>Регистр получателей социальных услуг содержит следующую информацию о получателе социальных услуг</w:t>
      </w:r>
    </w:p>
    <w:p>
      <w:r>
        <w:rPr>
          <w:b/>
        </w:rPr>
        <w:t xml:space="preserve">3. </w:t>
      </w:r>
      <w:r>
        <w:t>Информация о получателях социальных услуг, а также о социальных услугах, предоставляемых им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(Дополнение частью - Федеральный закон от 07.03.2018 № 56-ФЗ) (В редакции Федерального закона от 25.12.2023 № 635-ФЗ)</w:t>
      </w:r>
    </w:p>
    <w:p>
      <w:r>
        <w:rPr>
          <w:b/>
        </w:rPr>
        <w:t xml:space="preserve">2. </w:t>
      </w:r>
      <w:r>
        <w:t>регистрационный номер учетной записи</w:t>
      </w:r>
    </w:p>
    <w:p>
      <w:r>
        <w:rPr>
          <w:b/>
        </w:rPr>
        <w:t xml:space="preserve">2. </w:t>
      </w:r>
      <w:r>
        <w:t>фамилия, имя, отчество</w:t>
      </w:r>
    </w:p>
    <w:p>
      <w:r>
        <w:rPr>
          <w:b/>
        </w:rPr>
        <w:t xml:space="preserve">2. </w:t>
      </w:r>
      <w:r>
        <w:t>дата рождения</w:t>
      </w:r>
    </w:p>
    <w:p>
      <w:r>
        <w:rPr>
          <w:b/>
        </w:rPr>
        <w:t xml:space="preserve">2. </w:t>
      </w:r>
      <w:r>
        <w:t>пол</w:t>
      </w:r>
    </w:p>
    <w:p>
      <w:r>
        <w:rPr>
          <w:b/>
        </w:rPr>
        <w:t xml:space="preserve">2. </w:t>
      </w:r>
      <w:r>
        <w:t>адрес (место жительства), контактный телефон</w:t>
      </w:r>
    </w:p>
    <w:p>
      <w:r>
        <w:rPr>
          <w:b/>
        </w:rPr>
        <w:t xml:space="preserve">2. </w:t>
      </w:r>
      <w:r>
        <w:t>страховой номер индивидуального лицевого счета</w:t>
      </w:r>
    </w:p>
    <w:p>
      <w:r>
        <w:rPr>
          <w:b/>
        </w:rPr>
        <w:t xml:space="preserve">2. </w:t>
      </w:r>
      <w:r>
        <w:t>серия, номер паспорта или данные иного документа, удостоверяющего личность, дата выдачи этих документов и наименование выдавшего их органа</w:t>
      </w:r>
    </w:p>
    <w:p>
      <w:r>
        <w:rPr>
          <w:b/>
        </w:rPr>
        <w:t xml:space="preserve">2. </w:t>
      </w:r>
      <w:r>
        <w:t>дата обращения с просьбой о предоставлении социальных услуг</w:t>
      </w:r>
    </w:p>
    <w:p>
      <w:r>
        <w:rPr>
          <w:b/>
        </w:rPr>
        <w:t xml:space="preserve">2. </w:t>
      </w:r>
      <w:r>
        <w:t>дата оформления и номер индивидуальной программы</w:t>
      </w:r>
    </w:p>
    <w:p>
      <w:r>
        <w:rPr>
          <w:b/>
        </w:rPr>
        <w:t xml:space="preserve">2. </w:t>
      </w:r>
      <w:r>
        <w:t>наименование поставщика или наименования поставщиков социальных услуг, реализующих индивидуальную программу</w:t>
      </w:r>
    </w:p>
    <w:p>
      <w:r>
        <w:rPr>
          <w:b/>
        </w:rPr>
        <w:t xml:space="preserve">2. </w:t>
      </w:r>
      <w:r>
        <w:t>перечень социальных услуг, предоставленных и предоставляемых получателю социальных услуг в соответствии с заключенным договором о предоставлении социальных услуг с указанием тарифов, стоимости социальных услуг для получателя социальных услуг, источников финансирования, периодичности и результатов их предоставления</w:t>
      </w:r>
    </w:p>
    <w:p>
      <w:r>
        <w:rPr>
          <w:b/>
        </w:rPr>
        <w:t xml:space="preserve">2. </w:t>
      </w:r>
      <w:r>
        <w:t>иная информация, определенная Правительством Российской Федерации</w:t>
      </w:r>
    </w:p>
    <w:p>
      <w:r>
        <w:rPr>
          <w:b/>
        </w:rPr>
        <w:t>Статья 27. Требования к порядку предоставления социальных услуг</w:t>
      </w:r>
    </w:p>
    <w:p>
      <w:r>
        <w:rPr>
          <w:b/>
        </w:rPr>
        <w:t xml:space="preserve">1. </w:t>
      </w:r>
      <w:r>
        <w:t>Порядок предоставления социальных услуг обязателен для исполнения поставщиками социальных услуг</w:t>
      </w:r>
    </w:p>
    <w:p>
      <w:r>
        <w:rPr>
          <w:b/>
        </w:rPr>
        <w:t xml:space="preserve">2. </w:t>
      </w:r>
      <w:r>
        <w:t>Порядок предоставления социальных услуг устанавливается по формам социального обслуживания, видам социальных услуг и включает в себя</w:t>
      </w:r>
    </w:p>
    <w:p>
      <w:r>
        <w:rPr>
          <w:b/>
        </w:rPr>
        <w:t xml:space="preserve">3. </w:t>
      </w:r>
      <w:r>
        <w:t>Стандарт социальной услуги включает в себя</w:t>
      </w:r>
    </w:p>
    <w:p>
      <w:r>
        <w:rPr>
          <w:b/>
        </w:rPr>
        <w:t xml:space="preserve">2. </w:t>
      </w:r>
      <w:r>
        <w:t>наименование социальной услуги</w:t>
      </w:r>
    </w:p>
    <w:p>
      <w:r>
        <w:rPr>
          <w:b/>
        </w:rPr>
        <w:t xml:space="preserve">2. </w:t>
      </w:r>
      <w:r>
        <w:t>стандарт социальной услуги</w:t>
      </w:r>
    </w:p>
    <w:p>
      <w:r>
        <w:rPr>
          <w:b/>
        </w:rPr>
        <w:t xml:space="preserve">2. </w:t>
      </w:r>
      <w:r>
        <w:t>правила предоставления социальной услуги бесплатно либо за плату или частичную плату</w:t>
      </w:r>
    </w:p>
    <w:p>
      <w:r>
        <w:rPr>
          <w:b/>
        </w:rPr>
        <w:t xml:space="preserve">2. </w:t>
      </w:r>
      <w:r>
        <w:t>требования к деятельности поставщика социальной услуги в сфере социального обслуживания</w:t>
      </w:r>
    </w:p>
    <w:p>
      <w:r>
        <w:rPr>
          <w:b/>
        </w:rPr>
        <w:t xml:space="preserve">2. </w:t>
      </w:r>
      <w:r>
        <w:t>перечень документов, необходимых для предоставления социальной услуги, с указанием документов и информации, которые должен представить получатель социальной услуги, и документов, которые подлежат представлению в рамках межведомственного информационного взаимодействия или представляются получателем социальной услуги по собственной инициативе</w:t>
      </w:r>
    </w:p>
    <w:p>
      <w:r>
        <w:rPr>
          <w:b/>
        </w:rPr>
        <w:t xml:space="preserve">2. </w:t>
      </w:r>
      <w:r>
        <w:t>иные положения в зависимости от формы социального обслуживания, видов социальных услуг</w:t>
      </w:r>
    </w:p>
    <w:p>
      <w:r>
        <w:rPr>
          <w:b/>
        </w:rPr>
        <w:t xml:space="preserve">3. </w:t>
      </w:r>
      <w:r>
        <w:t>описание социальной услуги, в том числе ее объем</w:t>
      </w:r>
    </w:p>
    <w:p>
      <w:r>
        <w:rPr>
          <w:b/>
        </w:rPr>
        <w:t xml:space="preserve">3. </w:t>
      </w:r>
      <w:r>
        <w:t>сроки предоставления социальной услуги</w:t>
      </w:r>
    </w:p>
    <w:p>
      <w:r>
        <w:rPr>
          <w:b/>
        </w:rPr>
        <w:t xml:space="preserve">3. </w:t>
      </w:r>
      <w:r>
        <w:t>подушевой норматив финансирования социальной услуги</w:t>
      </w:r>
    </w:p>
    <w:p>
      <w:r>
        <w:rPr>
          <w:b/>
        </w:rPr>
        <w:t xml:space="preserve">3. </w:t>
      </w:r>
      <w:r>
        <w:t>показатели качества и оценку результатов предоставления социальной услуги</w:t>
      </w:r>
    </w:p>
    <w:p>
      <w:r>
        <w:rPr>
          <w:b/>
        </w:rPr>
        <w:t xml:space="preserve">3. </w:t>
      </w:r>
      <w:r>
        <w:t>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p>
      <w:r>
        <w:rPr>
          <w:b/>
        </w:rPr>
        <w:t xml:space="preserve">3. </w:t>
      </w:r>
      <w:r>
        <w:t>иные необходимые для предоставления социальной услуги положения</w:t>
      </w:r>
    </w:p>
    <w:p>
      <w:r>
        <w:rPr>
          <w:b/>
        </w:rPr>
        <w:t>Статья 28. Межведомственное взаимодействие при организации социального обслуживания в субъекте Российской Федерации</w:t>
      </w:r>
    </w:p>
    <w:p>
      <w:r>
        <w:rPr>
          <w:b/>
        </w:rPr>
        <w:t xml:space="preserve">1. </w:t>
      </w:r>
      <w:r>
        <w:t>Межведомственное взаимодействие при организации социального обслуживания в субъекте Российской Федерации и социального сопровождения осуществляется на основе регламента межведомственного взаимодействия, определяющего содержание и порядок действий органов государственной власти субъекта Российской Федерации в связи с реализацией полномочий субъекта Российской Федерации, установленных настоящим Федеральным законом</w:t>
      </w:r>
    </w:p>
    <w:p>
      <w:r>
        <w:rPr>
          <w:b/>
        </w:rPr>
        <w:t xml:space="preserve">2. </w:t>
      </w:r>
      <w:r>
        <w:t>Регламент межведомственного взаимодействия определяет</w:t>
      </w:r>
    </w:p>
    <w:p>
      <w:r>
        <w:rPr>
          <w:b/>
        </w:rPr>
        <w:t xml:space="preserve">2. </w:t>
      </w:r>
      <w:r>
        <w:t>перечень органов государственной власти субъекта Российской Федерации, осуществляющих межведомственное взаимодействие</w:t>
      </w:r>
    </w:p>
    <w:p>
      <w:r>
        <w:rPr>
          <w:b/>
        </w:rPr>
        <w:t xml:space="preserve">2. </w:t>
      </w:r>
      <w:r>
        <w:t>виды деятельности, осуществляемой органами государственной власти субъекта Российской Федерации</w:t>
      </w:r>
    </w:p>
    <w:p>
      <w:r>
        <w:rPr>
          <w:b/>
        </w:rPr>
        <w:t xml:space="preserve">2. </w:t>
      </w:r>
      <w:r>
        <w:t>порядок и формы межведомственного взаимодействия</w:t>
      </w:r>
    </w:p>
    <w:p>
      <w:r>
        <w:rPr>
          <w:b/>
        </w:rPr>
        <w:t xml:space="preserve">2. </w:t>
      </w:r>
      <w:r>
        <w:t>требования к содержанию, формам и условиям обмена информацией, в том числе в электронной форме</w:t>
      </w:r>
    </w:p>
    <w:p>
      <w:r>
        <w:rPr>
          <w:b/>
        </w:rPr>
        <w:t xml:space="preserve">2. </w:t>
      </w:r>
      <w:r>
        <w:t>механизм реализации мероприятий по социальному сопровождению, в том числе порядок привлечения организаций к его осуществлению</w:t>
      </w:r>
    </w:p>
    <w:p>
      <w:r>
        <w:rPr>
          <w:b/>
        </w:rPr>
        <w:t xml:space="preserve">2. </w:t>
      </w:r>
      <w:r>
        <w:t>порядок оценки результатов межведомственного взаимодействия. (В редакции Федерального закона от 11.06.2021 № 170-ФЗ)</w:t>
      </w:r>
    </w:p>
    <w:p>
      <w:r>
        <w:rPr>
          <w:b/>
        </w:rPr>
        <w:t>Статья 29. Профилактика обстоятельств, обусловливающих нуждаемость гражданина в социальном обслуживании</w:t>
      </w:r>
    </w:p>
    <w:p>
      <w:r>
        <w:rPr>
          <w:b/>
        </w:rPr>
        <w:t xml:space="preserve">1. </w:t>
      </w:r>
      <w:r>
        <w:t>Профилактика обстоятельств, обусловливающих нуждаемость гражданина в социальном обслуживании, осуществляется путем</w:t>
      </w:r>
    </w:p>
    <w:p>
      <w:r>
        <w:rPr>
          <w:b/>
        </w:rPr>
        <w:t xml:space="preserve">2. </w:t>
      </w:r>
      <w:r>
        <w:t>Мероприятия по профилактике обстоятельств, обусловливающих нуждаемость гражданина в социальном обслуживании, осуществляются в том числе в рамках региональных программ социального обслуживания, утвержденных органами государственной власти субъектов Российской Федерации</w:t>
      </w:r>
    </w:p>
    <w:p>
      <w:r>
        <w:rPr>
          <w:b/>
        </w:rPr>
        <w:t xml:space="preserve">1. </w:t>
      </w:r>
      <w:r>
        <w:t>обследования условий жизнедеятельности гражданина, определения причин, влияющих на ухудшение этих условий</w:t>
      </w:r>
    </w:p>
    <w:p>
      <w:r>
        <w:rPr>
          <w:b/>
        </w:rPr>
        <w:t xml:space="preserve">1. </w:t>
      </w:r>
      <w:r>
        <w:t>анализа данных государственной статистической отчетности, проведения при необходимости выборочных социологических опросов</w:t>
      </w:r>
    </w:p>
    <w:p>
      <w:pPr>
        <w:pStyle w:val="Heading3"/>
      </w:pPr>
      <w:r>
        <w:t>Финансирование социального обслуживания и условия оплаты социальных услуг</w:t>
      </w:r>
    </w:p>
    <w:p>
      <w:r>
        <w:rPr>
          <w:b/>
        </w:rPr>
        <w:t>Статья 30. Финансовое обеспечение социального обслуживания</w:t>
      </w:r>
    </w:p>
    <w:p>
      <w:r>
        <w:rPr>
          <w:b/>
        </w:rPr>
        <w:t xml:space="preserve">1. </w:t>
      </w:r>
      <w:r>
        <w:t>Источниками финансового обеспечения социального обслуживания являются</w:t>
      </w:r>
    </w:p>
    <w:p>
      <w:r>
        <w:rPr>
          <w:b/>
        </w:rPr>
        <w:t xml:space="preserve">2. </w:t>
      </w:r>
      <w:r>
        <w:t>Финансовое обеспечение деятельности организаций социального обслуживания, находящихся в ведении федеральных органов исполнительной власти, осуществляется в соответствии с бюджетным законодательством Российской Федерации за счет средств федерального бюджета, а также за счет средств получателей социальных услуг при предоставлении социальных услуг за плату или частичную плату</w:t>
      </w:r>
    </w:p>
    <w:p>
      <w:r>
        <w:rPr>
          <w:b/>
        </w:rPr>
        <w:t xml:space="preserve">3. </w:t>
      </w:r>
      <w:r>
        <w:t>Финансовое обеспечение деятельности организаций социального обслуживания субъекта Российской Федерации осуществляется в соответствии с бюджетным законодательством Российской Федерации за счет средств бюджета субъекта Российской Федерации, а также за счет средств получателей социальных услуг при предоставлении социальных услуг за плату или частичную плату</w:t>
      </w:r>
    </w:p>
    <w:p>
      <w:r>
        <w:rPr>
          <w:b/>
        </w:rPr>
        <w:t xml:space="preserve">4. </w:t>
      </w:r>
      <w:r>
        <w:t>Финансовое обеспечение предоставления социальных услуг негосударственными организациями, индивидуальными предпринимателями, осуществляющими деятельность по социальному обслуживанию, и предоставляющими социальные услуги социально ориентированными некоммерческими организациями осуществляется путем предоставления субсидий из соответствующего бюджета бюджетной системы Российской Федерации в соответствии с бюджетным законодательством Российской Федерации, проведения закупок социальных услуг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за счет средств получателей социальных услуг при предоставлении социальных услуг за плату или частичную плату</w:t>
      </w:r>
    </w:p>
    <w:p>
      <w:r>
        <w:rPr>
          <w:b/>
        </w:rPr>
        <w:t xml:space="preserve">5. </w:t>
      </w:r>
      <w:r>
        <w:t>Уполномоченный федеральный орган исполнительной власти, уполномоченный орган субъекта Российской Федерации вправе привлекать иные источники финансирования социального обслуживания, в том числе для реализации совместных проектов в данной сфере</w:t>
      </w:r>
    </w:p>
    <w:p>
      <w:r>
        <w:rPr>
          <w:b/>
        </w:rPr>
        <w:t xml:space="preserve">6. </w:t>
      </w:r>
      <w:r>
        <w:t>Порядок расходования средств, образовавшихся в результате взимания платы за предоставление социальных услуг, устанавливается</w:t>
      </w:r>
    </w:p>
    <w:p>
      <w:r>
        <w:rPr>
          <w:b/>
        </w:rPr>
        <w:t xml:space="preserve">7. </w:t>
      </w:r>
      <w:r>
        <w:t>Порядок расходования средств, образовавшихся в результате взимания платы за предоставление социальных услуг, должен предусматривать возможность использования этих средств на текущую деятельность, развитие организации социального обслуживания, стимулирование ее работников</w:t>
      </w:r>
    </w:p>
    <w:p>
      <w:r>
        <w:rPr>
          <w:b/>
        </w:rPr>
        <w:t xml:space="preserve">8. </w:t>
      </w:r>
      <w:r>
        <w:t>Если гражданин получает социальные услуги, предусмотренные индивидуальной программой, у поставщика или поставщиков социальных услуг, которые включены в реестр поставщиков социальных услуг субъекта Российской Федерации, но не участвуют в выполнении государственного задания (заказа), поставщику или поставщикам социальных услуг выплачивается компенсация в размере и в порядке, которые определяются нормативными правовыми актами субъекта Российской Федерации</w:t>
      </w:r>
    </w:p>
    <w:p>
      <w:r>
        <w:rPr>
          <w:b/>
        </w:rPr>
        <w:t xml:space="preserve">9. </w:t>
      </w:r>
      <w:r>
        <w:t>Финансовое обеспечение предоставления социальных услуг в рамках исполнения государственного социального заказа на оказание государственных услуг в сфере социального обслуживания осуществляется 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за счет средств бюджетов бюджетной системы Российской Федерации, а также за счет средств получателей социальных услуг при предоставлении социальных услуг за плату или частичную плату. (Дополнение частью - Федеральный закон от 13.07.2020 № 190-ФЗ)</w:t>
      </w:r>
    </w:p>
    <w:p>
      <w:r>
        <w:rPr>
          <w:b/>
        </w:rPr>
        <w:t xml:space="preserve">1. </w:t>
      </w:r>
      <w:r>
        <w:t>средства бюджетов бюджетной системы Российской Федерации</w:t>
      </w:r>
    </w:p>
    <w:p>
      <w:r>
        <w:rPr>
          <w:b/>
        </w:rPr>
        <w:t xml:space="preserve">1. </w:t>
      </w:r>
      <w:r>
        <w:t>благотворительные взносы и пожертвования</w:t>
      </w:r>
    </w:p>
    <w:p>
      <w:r>
        <w:rPr>
          <w:b/>
        </w:rPr>
        <w:t xml:space="preserve">1. </w:t>
      </w:r>
      <w:r>
        <w:t>средства получателей социальных услуг при предоставлении социальных услуг за плату или частичную плату</w:t>
      </w:r>
    </w:p>
    <w:p>
      <w:r>
        <w:rPr>
          <w:b/>
        </w:rPr>
        <w:t xml:space="preserve">1. </w:t>
      </w:r>
      <w:r>
        <w:t>доходы от предпринимательской и иной приносящей доход деятельности, осуществляемой организациями социального обслуживания, а также иные не запрещенные законом источники</w:t>
      </w:r>
    </w:p>
    <w:p>
      <w:r>
        <w:rPr>
          <w:b/>
        </w:rPr>
        <w:t xml:space="preserve">6. </w:t>
      </w:r>
      <w:r>
        <w:t>федеральным органом исполнительной власти - для организаций социального обслуживания, находящихся в ведении федеральных органов исполнительной власти</w:t>
      </w:r>
    </w:p>
    <w:p>
      <w:r>
        <w:rPr>
          <w:b/>
        </w:rPr>
        <w:t xml:space="preserve">6. </w:t>
      </w:r>
      <w:r>
        <w:t>уполномоченным органом субъекта Российской Федерации - для организаций социального обслуживания субъекта Российской Федерации</w:t>
      </w:r>
    </w:p>
    <w:p>
      <w:r>
        <w:rPr>
          <w:b/>
        </w:rPr>
        <w:t>Статья 31. Предоставление социальных услуг бесплатно</w:t>
      </w:r>
    </w:p>
    <w:p>
      <w:r>
        <w:rPr>
          <w:b/>
        </w:rPr>
        <w:t xml:space="preserve">1. </w:t>
      </w:r>
      <w:r>
        <w:t>Социальные услуги в форме социального обслуживания на дому, в полустационарной и стационарной формах социального обслуживания предоставляются бесплатно</w:t>
      </w:r>
    </w:p>
    <w:p>
      <w:r>
        <w:rPr>
          <w:b/>
        </w:rPr>
        <w:t xml:space="preserve">2. </w:t>
      </w:r>
      <w:r>
        <w:t>Социальные услуги в форме социального обслуживания на дому и в полустационарной форме социального обслуживания предоставляются бесплатно, если на дату обращения среднедушевой доход получателя социальных услуг, рассчитанный в соответствии с нормативными правовыми актами Российской Федерации, ниже предельной величины или равен предельной величине среднедушевого дохода для предоставления социальных услуг бесплатно, установленной законом субъекта Российской Федерации</w:t>
      </w:r>
    </w:p>
    <w:p>
      <w:r>
        <w:rPr>
          <w:b/>
        </w:rPr>
        <w:t xml:space="preserve">3. </w:t>
      </w:r>
      <w:r>
        <w:t>Нормативными правовыми актами субъектов Российской Федерации могут быть предусмотрены иные категории граждан, которым социальные услуги предоставляются бесплатно</w:t>
      </w:r>
    </w:p>
    <w:p>
      <w:r>
        <w:rPr>
          <w:b/>
        </w:rPr>
        <w:t xml:space="preserve">4. </w:t>
      </w:r>
      <w:r>
        <w:t>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w:t>
      </w:r>
    </w:p>
    <w:p>
      <w:r>
        <w:rPr>
          <w:b/>
        </w:rPr>
        <w:t xml:space="preserve">5. </w:t>
      </w:r>
      <w:r>
        <w:t>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Российской Федерации для основных социально-демографических групп населения</w:t>
      </w:r>
    </w:p>
    <w:p>
      <w:r>
        <w:rPr>
          <w:b/>
        </w:rPr>
        <w:t xml:space="preserve">1. </w:t>
      </w:r>
      <w:r>
        <w:t>несовершеннолетним детям</w:t>
      </w:r>
    </w:p>
    <w:p>
      <w:r>
        <w:rPr>
          <w:b/>
        </w:rPr>
        <w:t xml:space="preserve">1. </w:t>
      </w:r>
      <w:r>
        <w:t>лицам, пострадавшим в результате чрезвычайных ситуаций, вооруженных межнациональных (межэтнических) конфликтов</w:t>
      </w:r>
    </w:p>
    <w:p>
      <w:r>
        <w:rPr>
          <w:b/>
        </w:rPr>
        <w:t xml:space="preserve">1. </w:t>
      </w:r>
      <w:r>
        <w:t>инвалидам Великой Отечественной войны; (Дополнение пунктом - Федеральный закон от 28.12.2022 № 570-ФЗ) 4) участникам Великой Отечественной войны; (Дополнение пунктом - Федеральный закон от 28.12.2022 № 570-ФЗ) 5) инвалидам боевых действий; (Дополнение пунктом - Федеральный закон от 28.12.2022 № 570-ФЗ) 6) лицам, награжденным знаком "Жителю блокадного Ленинграда"; (Дополнение пунктом - Федеральный закон от 28.12.2022 № 570-ФЗ) 7) лицам, награжденным знаком "Житель осажденного Севастополя"; (Дополнение пунктом - Федеральный закон от 28.12.2022 № 570-ФЗ) 71) лицам, награжденным знаком "Житель осажденного Сталинграда"; (Дополнение пунктом - Федеральный закон от 28.04.2023 № 137-ФЗ) 8)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(Дополнение пунктом - Федеральный закон от 28.12.2022 № 570-ФЗ)</w:t>
      </w:r>
    </w:p>
    <w:p>
      <w:r>
        <w:rPr>
          <w:b/>
        </w:rPr>
        <w:t>Статья 32. Определение размера платы за предоставление социальных услуг</w:t>
      </w:r>
    </w:p>
    <w:p>
      <w:r>
        <w:rPr>
          <w:b/>
        </w:rPr>
        <w:t xml:space="preserve">1. </w:t>
      </w:r>
      <w:r>
        <w:t>Социальные услуги в форме социального обслуживания на дому и в полустационарной форме социального обслуживания предоставляются за плату или частичную плату, если на дату обращения среднедушевой доход получателей социальных услуг, рассчитанный в соответствии с частью 4 статьи 31 настоящего Федерального закона, превышает предельную величину среднедушевого дохода, установленную частью 5 статьи 31 настоящего Федерального закона</w:t>
      </w:r>
    </w:p>
    <w:p>
      <w:r>
        <w:rPr>
          <w:b/>
        </w:rPr>
        <w:t xml:space="preserve">2. </w:t>
      </w:r>
      <w:r>
        <w:t>Размер ежемесячной платы за предоставление социальных услуг в форме социального обслуживания на дому и в полустационарной форме социального обслуживания рассчитывается на основе тарифов на социальные услуги, но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 установленной частью 5 статьи 31 настоящего Федерального закона</w:t>
      </w:r>
    </w:p>
    <w:p>
      <w:r>
        <w:rPr>
          <w:b/>
        </w:rPr>
        <w:t xml:space="preserve">3. </w:t>
      </w:r>
      <w:r>
        <w:t>Социальные услуги в стационарной форме социального обслуживания предоставляются их получателям за плату или частичную плату, за исключением получателей социальных услуг, указанных в частях 1 и 3 статьи 31 настоящего Федерального закона</w:t>
      </w:r>
    </w:p>
    <w:p>
      <w:r>
        <w:rPr>
          <w:b/>
        </w:rPr>
        <w:t xml:space="preserve">4. </w:t>
      </w:r>
      <w:r>
        <w:t>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 но не может превышать семьдесят пять процентов среднедушевого дохода получателя социальных услуг, рассчитанного в соответствии с частью 4 статьи 31 настоящего Федерального закона</w:t>
      </w:r>
    </w:p>
    <w:p>
      <w:r>
        <w:rPr>
          <w:b/>
        </w:rPr>
        <w:t xml:space="preserve">5. </w:t>
      </w:r>
      <w:r>
        <w:t>Плата за предоставление социальных услуг производится в соответствии с договором о предоставлении социальных услуг, предусмотренным статьей 17 настоящего Федерального закона</w:t>
      </w:r>
    </w:p>
    <w:p>
      <w:pPr>
        <w:pStyle w:val="Heading3"/>
      </w:pPr>
      <w:r>
        <w:t>Контроль в сфере социального обслуживания</w:t>
      </w:r>
    </w:p>
    <w:p>
      <w:r>
        <w:rPr>
          <w:b/>
        </w:rPr>
        <w:t>Статья 33. Государственный контроль (надзор) в сфере социального обслуживания</w:t>
      </w:r>
    </w:p>
    <w:p>
      <w:r>
        <w:rPr>
          <w:b/>
        </w:rPr>
        <w:t xml:space="preserve">1. </w:t>
      </w:r>
      <w:r>
        <w:t>Государственный контроль (надзор) за соблюдением обязательных требований в сфере социального обслуживания осуществляется посредством</w:t>
      </w:r>
    </w:p>
    <w:p>
      <w:r>
        <w:rPr>
          <w:b/>
        </w:rPr>
        <w:t xml:space="preserve">2. </w:t>
      </w:r>
      <w:r>
        <w:t>Предметом государственного контроля (надзора) в сфере социального обслуживания являются</w:t>
      </w:r>
    </w:p>
    <w:p>
      <w:r>
        <w:rPr>
          <w:b/>
        </w:rPr>
        <w:t xml:space="preserve">3. </w:t>
      </w:r>
      <w:r>
        <w:t>Организация и осуществление государственного контроля (надзора) за соблюдением обязательных требований в сфере социального обслуживания регулируются Федеральным законом от 31 июля 2020 года № 248-ФЗ "О государственном контроле (надзоре) и муниципальном контроле в Российской Федерации". (Статья в редакции Федерального закона от 11.06.2021 № 170-ФЗ)</w:t>
      </w:r>
    </w:p>
    <w:p>
      <w:r>
        <w:rPr>
          <w:b/>
        </w:rPr>
        <w:t xml:space="preserve">1. </w:t>
      </w:r>
      <w:r>
        <w:t>федерального государственного контроля (надзора) в сфере социального обслуживания, осуществляемого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w:t>
      </w:r>
    </w:p>
    <w:p>
      <w:r>
        <w:rPr>
          <w:b/>
        </w:rPr>
        <w:t xml:space="preserve">1. </w:t>
      </w:r>
      <w:r>
        <w:t>регионального государственного контроля (надзора) в сфере социального обслуживания, осуществляемого уполномоченным органом исполнительной власти субъекта Российской Федерации в соответствии с положением, утверждаемым высшим исполнительным органом государственной власти субъекта Российской Федерации</w:t>
      </w:r>
    </w:p>
    <w:p>
      <w:r>
        <w:rPr>
          <w:b/>
        </w:rPr>
        <w:t xml:space="preserve">2. </w:t>
      </w:r>
      <w:r>
        <w:t>для федерального государственного контроля (надзора) в сфере социального обслуживания - соблюдение поставщиками социальных услуг из числа организаций социального обслуживания, находящихся в ведении федеральных органов исполнительной власти, и организаций социального обслуживания субъекта Российской Федерации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регулирующих правоотношения в сфере социального обслуживания</w:t>
      </w:r>
    </w:p>
    <w:p>
      <w:r>
        <w:rPr>
          <w:b/>
        </w:rPr>
        <w:t xml:space="preserve">2. </w:t>
      </w:r>
      <w:r>
        <w:t>для регионального государственного контроля (надзора) в сфере социального обслуживания - соблюдение поставщиками социальных услуг из числа негосударственных (коммерческих и некоммерческих) организаций социального обслуживания и индивидуальных предпринимателей, осуществляющих социальное обслуживание,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регулирующих правоотношения в сфере социального обслуживания</w:t>
      </w:r>
    </w:p>
    <w:p>
      <w:r>
        <w:rPr>
          <w:b/>
        </w:rPr>
        <w:t>Статья 34. Общественный контроль в сфере социального обслуживания</w:t>
      </w:r>
    </w:p>
    <w:p>
      <w:r>
        <w:t>Общественный контроль в сфере социального обслуживания осуществляется гражданами, общественными и иными организациями в соответствии с законодательством Российской Федерации о защите прав потребителей. Органы государственной власти субъектов Российской Федерации в пределах установленной компетенции оказывают содействие гражданам, общественным и иным организациям в осуществлении общественного контроля в сфере социального обслуживания.</w:t>
      </w:r>
    </w:p>
    <w:p>
      <w:pPr>
        <w:pStyle w:val="Heading3"/>
      </w:pPr>
      <w:r>
        <w:t>Заключительные и переходные положения</w:t>
      </w:r>
    </w:p>
    <w:p>
      <w:r>
        <w:rPr>
          <w:b/>
        </w:rPr>
        <w:t>Статья 35. Переходные положения</w:t>
      </w:r>
    </w:p>
    <w:p>
      <w:r>
        <w:rPr>
          <w:b/>
        </w:rPr>
        <w:t xml:space="preserve">1. </w:t>
      </w:r>
      <w:r>
        <w:t>Утвержденный органом государственной власти субъекта Российской Федерации в связи с принятием настоящего Федерального закона перечень социальных услуг, предоставляемых поставщиками социальных услуг в субъекте Российской Федерации, не может быть сокращен по сравнению с установленным в субъекте Российской Федерации по состоянию на 31 декабря 2014 года перечнем социальных услуг, предоставляемых организациями социального обслуживания в субъекте Российской Федерации</w:t>
      </w:r>
    </w:p>
    <w:p>
      <w:r>
        <w:rPr>
          <w:b/>
        </w:rPr>
        <w:t xml:space="preserve">2. </w:t>
      </w:r>
      <w:r>
        <w:t>В рамках длящихся правоотношений для получателей социальных услуг, у которых право на получение социальных услуг возникло в соответствии с действовавшим до дня вступления в силу настоящего Федерального закона порядком предоставления социальных услуг в субъекте Российской Федерации, вновь устанавливаемые размеры платы за предоставление социальных услуг поставщиками социальных услуг в субъекте Российской Федерации и условия ее предоставления в соответствии с настоящим Федеральным законом не могут быть выше размеров платы за предоставление этим лицам соответствующих социальных услуг, установленных по состоянию на 31 декабря 2014 года, а условия предоставления соответствующих социальных услуг не могут быть ухудшены по сравнению с условиями, установленными по состоянию на 31 декабря 2014 года</w:t>
      </w:r>
    </w:p>
    <w:p>
      <w:r>
        <w:rPr>
          <w:b/>
        </w:rPr>
        <w:t>Статья 36. О признании утратившими силу отдельных законодательных актов (положений законодательных актов) Российской Федерации</w:t>
      </w:r>
    </w:p>
    <w:p>
      <w:r>
        <w:t>Признать утратившими силу</w:t>
      </w:r>
    </w:p>
    <w:p>
      <w:r>
        <w:t>Федеральный закон от 2 августа 1995 года № 122-ФЗ "О социальном обслуживании граждан пожилого возраста и инвалидов" (Собрание законодательства Российской Федерации, 1995, № 32, ст. 3198)</w:t>
      </w:r>
    </w:p>
    <w:p>
      <w:r>
        <w:t>Федеральный закон от 10 декабря 1995 года № 195-ФЗ "Об основах социального обслуживания населения в Российской Федерации" (Собрание законодательства Российской Федерации, 1995, № 50, ст. 4872)</w:t>
      </w:r>
    </w:p>
    <w:p>
      <w:r>
        <w:t>Федеральный закон от 10 июля 2002 года № 87-ФЗ "О внесении изменения в статью 6 Федерального закона "Об основах социального обслуживания населения в Российской Федерации" и дополнения в статью 2 Закона Российской Федерации "О стандартизации" (Собрание законодательства Российской Федерации, 2002, № 28, ст. 2791)</w:t>
      </w:r>
    </w:p>
    <w:p>
      <w:r>
        <w:t>пункт 4 статьи 36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w:t>
      </w:r>
    </w:p>
    <w:p>
      <w:r>
        <w:t>статьи 17 и 23 Федерального закона от 10 января 2003 года №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 2, ст. 167)</w:t>
      </w:r>
    </w:p>
    <w:p>
      <w:r>
        <w:t>статьи 56 и 65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статью 29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t>статью 2 Федерального закона от 21 ноября 2011 года №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 48, ст. 6727)</w:t>
      </w:r>
    </w:p>
    <w:p>
      <w:r>
        <w:t>статьи 12 и 13 Федерального закона от 25 ноября 2013 года №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 48, ст. 6165)</w:t>
      </w:r>
    </w:p>
    <w:p>
      <w:r>
        <w:rPr>
          <w:b/>
        </w:rPr>
        <w:t>Статья 37. Вступление в силу настоящего Федерального закона</w:t>
      </w:r>
    </w:p>
    <w:p>
      <w:r>
        <w:t>Настоящий Федеральный закон вступает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