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"а" части первой статьи 45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1997, № 51, ст. 5719; 1998, № 30, ст. 3613; 2001, № 17, ст. 1646; 2002, № 10, ст. 965; № 22, ст. 2029; № 24, ст. 2254; № 30, ст. 3033; 2003, № 27, ст. 2700; 2007, № 50, ст. 6232; 2008, № 7, ст. 543; 2009, № 45, ст. 5271) после слов "Героям Социалистического Труда" дополнить словами ", Героям Труда Российской Федерации", слова "или Героя Социалистического Труда" заменить словами ", Героя Социалистического Труда или Героя Труда Российской Федерации".</w:t>
      </w:r>
    </w:p>
    <w:p>
      <w:r>
        <w:rPr>
          <w:b/>
        </w:rPr>
        <w:t>Статья 2</w:t>
      </w:r>
    </w:p>
    <w:p>
      <w:r>
        <w:t>Внести в Федеральный закон от 9 января 1997 года № 5-ФЗ "О предоставлении социальных гарантий Героям Социалистического Труда и полным кавалерам ордена Трудовой Славы" (Собрание законодательства Российской Федерации, 1997, № 3, ст. 349; 2006, № 20, ст. 2157; 2007, № 27, ст. 3213; 2008, № 9, ст. 817; № 29, ст. 3410; № 30, ст. 3616; № 52, ст. 6224; 2009, № 18, ст. 2152; № 30, ст. 3739; 2010, № 50, ст. 6598; 2013, № 27, ст. 3477) следующие изменения</w:t>
      </w:r>
    </w:p>
    <w:p>
      <w:r>
        <w:t>наименование изложить в следующей редакции: "О предоставлении социальных гарантий Героям Социалистического Труда, Героям Труда Российской Федерации и полным кавалерам ордена Трудовой Славы"</w:t>
      </w:r>
    </w:p>
    <w:p>
      <w:r>
        <w:t>в преамбуле слова "Героя Социалистического Труда," заменить словами "Героя Социалистического Труда или Героя Труда Российской Федерации,"</w:t>
      </w:r>
    </w:p>
    <w:p>
      <w:r>
        <w:t>в статье 1: а) часть 1 после слов "(далее - Герои Социалистического Труда)" дополнить словами "или Героя Труда Российской Федерации (далее - Герои Труда Российской Федерации)"; б) часть 2 после слов "Героев Социалистического Труда" дополнить словами ", Героев Труда Российской Федерации"</w:t>
      </w:r>
    </w:p>
    <w:p>
      <w:r>
        <w:t>в статье 11: а) часть 1 после слов "Герои Социалистического Труда" дополнить словами ", Герои Труда Российской Федерации"; б) часть 2 после слов "Герои Социалистического Труда" дополнить словами ", Герои Труда Российской Федерации"; в) часть 3 после слов "Героев Социалистического Труда" дополнить словами ", Героев Труда Российской Федерации"; г) часть 4 после слов "Героев Социалистического Труда" дополнить словами ", Героев Труда Российской Федерации"; д) часть 5 после слов "Героями Социалистического Труда" дополнить словами ", Героями Труда Российской Федерации"</w:t>
      </w:r>
    </w:p>
    <w:p>
      <w:r>
        <w:t>в статье 2: а) часть 1 после слов "Героев Социалистического Труда" дополнить словами ", Героев Труда Российской Федерации"; б) часть 4 после слов "Героями Социалистического Труда" дополнить словами ", Героями Труда Российской Федерации"; в) часть 5 после слов "Героев Социалистического Труда" дополнить словами ", Героев Труда Российской Федерации", после слов "Героя Социалистического Труда" дополнить словами ", Героя Труда Российской Федерации"</w:t>
      </w:r>
    </w:p>
    <w:p>
      <w:r>
        <w:t>в статье 3: а) часть 1 после слов "Героев Социалистического Труда," дополнить словами "Героев Труда Российской Федерации,"; б) часть 2 после слов "Героев Социалистического Труда," дополнить словами "Героев Труда Российской Федерации,"</w:t>
      </w:r>
    </w:p>
    <w:p>
      <w:r>
        <w:t>часть 2 статьи 6 после слов "Героям Социалистического Труда" дополнить словами ", Героям Труда Российской Федерации"</w:t>
      </w:r>
    </w:p>
    <w:p>
      <w:r>
        <w:t>в статье 61: а) часть 1 после слов "Героя Социалистического Труда" дополнить словами ", Героя Труда Российской Федерации"; б) часть 2 после слов "Героя Социалистического Труда" дополнить словами ", Героя Труда Российской Федерации"</w:t>
      </w:r>
    </w:p>
    <w:p>
      <w:r>
        <w:t>в статье 62: а) часть 1 изложить в следующей редакции: "1. Героям Социалистического Труда, Героям Труда Российской Федерации и полным кавалерам ордена Трудовой Славы по их заявлению ежемесячная денежная выплата устанавливается в размере 26 847 рублей. Граждане Российской Федерации, неоднократно удостоенные звания Героя Социалистического Труда или Героя Труда Российской Федерации, и полные кавалеры ордена Трудовой Славы, удостоенные звания Героя Социалистического Труда или Героя Труда Российской Федерации, имеют право на одну ежемесячную денежную выплату, предусмотренную настоящей статьей."; б) часть 5 после слов "Герою Социалистического Труда" дополнить словами ", Герою Труда Российской Федерации"; в) абзац первый части 6 после слов "Герои Социалистического Труда" дополнить словами ", Герои Труда Российской Федерации", после слов "Герой Социалистического Труда" дополнить словами ", Герой Труда Российской Федерации"</w:t>
      </w:r>
    </w:p>
    <w:p>
      <w:r>
        <w:t>в статье 8: а) в части 1 слова "Героя Социалистического Труда," заменить словами "Героя Социалистического Труда или Героя Труда Российской Федерации,"; б) в части 2 слова "Героя Социалистического Труда," заменить словами "Героя Социалистического Труда или Героя Труда Российской Федерации,"; в) часть 3 после слов "Героям Социалистического Труда" дополнить словами ", Героям Труда Российской Федерации"</w:t>
      </w:r>
    </w:p>
    <w:p>
      <w:r>
        <w:rPr>
          <w:b/>
        </w:rPr>
        <w:t>Статья 3</w:t>
      </w:r>
    </w:p>
    <w:p>
      <w:r>
        <w:t>Внести в Федеральный закон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(Собрание законодательства Российской Федерации, 2002, № 10, ст. 964; 2003, № 28, ст. 2877; 2009, № 7, ст. 772; № 30, ст. 3739; № 45, ст. 5271; 2011, № 19, ст. 2710) следующие изменения</w:t>
      </w:r>
    </w:p>
    <w:p>
      <w:r>
        <w:t>подпункт 6 пункта 2 статьи 1 дополнить словами ", Героям Труда Российской Федерации"</w:t>
      </w:r>
    </w:p>
    <w:p>
      <w:r>
        <w:t>подпункт 1 пункта 1 статьи 2 после слов "Героям Социалистического Труда," дополнить словами "Героям Труда Российской Федерации,"</w:t>
      </w:r>
    </w:p>
    <w:p>
      <w:r>
        <w:rPr>
          <w:b/>
        </w:rPr>
        <w:t>Статья 4</w:t>
      </w:r>
    </w:p>
    <w:p>
      <w:r>
        <w:t>Пункт 3 части 1 статьи 20 Федерального закона от 21 ноября 2011 года № 324-ФЗ "О бесплатной юридической помощи в Российской Федерации" (Собрание законодательства Российской Федерации, 2011, № 48, ст. 6725; 2013, № 27, ст. 3459) дополнить словами ", Герои Труда Российской Федерации".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