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 сотрудничестве в сфере транспортировки, распределения и реализации природного газа на территории Киргизской Республики</w:t>
      </w:r>
    </w:p>
    <w:p>
      <w:r>
        <w:rPr>
          <w:b/>
        </w:rPr>
        <w:t>Статья None. Федеральный закон   от 03.02.2014 № 2-ФЗ</w:t>
      </w:r>
    </w:p>
    <w:p>
      <w:r>
        <w:t>О ратификации Соглашения между Правительством Российской Федерации и Правительством Киргизской Республики о сотрудничестве в сфере транспортировки, распределения и реализации природного газа на территории Киргизской Республики РОССИЙСКАЯ ФЕДЕРАЦИЯ ФЕДЕРАЛЬНЫЙ ЗАКОН О ратификации Соглашения между Правительством Российской Федерации и Правительством Киргизской Республики о сотрудничестве в сфере транспортировки, распределения и реализации природного газа на территории Киргизской Республики Принят Государственной Думой 17 января 2014 года Одобрен Советом Федерации 29 января 2014 года Ратифицировать Соглашение между Правительством Российской Федерации и Правительством Киргизской Республики о сотрудничестве в сфере транспортировки, распределения и реализации природного газа на территории Киргизской Республики, подписанное в городе Москве 26 июля 2013 года. Президент Российской Федерации В.Путин Москва, Кремль 3 февраля 2014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