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Протокола о внесении изменений в Соглашение о размере государственной пошлины и порядке ее взыскания при рассмотрении хозяйственных споров между субъектами хозяйствования разных государств от 24 декабря 1993 года</w:t>
      </w:r>
    </w:p>
    <w:p>
      <w:r>
        <w:rPr>
          <w:b/>
        </w:rPr>
        <w:t>Статья None. Федеральный закон   от 04.03.2014 № 21-ФЗ</w:t>
      </w:r>
    </w:p>
    <w:p>
      <w:r>
        <w:t>О ратификации Протокола о внесении изменений в Соглашение о размере государственной пошлины и порядке ее взыскания при рассмотрении хозяйственных споров между субъектами хозяйствования разных государств от 24 декабря 1993 года РОССИЙСКАЯ ФЕДЕРАЦИЯ ФЕДЕРАЛЬНЫЙ ЗАКОН О ратификации Протокола о внесении изменений в Соглашение о размере государственной пошлины и порядке ее взыскания при рассмотрении хозяйственных споров между субъектами хозяйствования разных государств от 24 декабря 1993 года Принят Государственной Думой 14 февраля 2014 года Одобрен Советом Федерации 26 февраля 2014 года Ратифицировать Протокол о внесении изменений в Соглашение о размере государственной пошлины и порядке ее взыскания при рассмотрении хозяйственных споров между субъектами хозяйствования разных государств от 24 декабря 1993 года, подписанный в городе Москве 10 декабря 2010 года. Президент Российской Федерации В.Путин Москва, Кремль 4 марта 2014 года № 21-ФЗ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