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11 статьи 13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2011, № 43, ст. 5976; № 48, ст. 6730; 2013, № 27, ст. 3462; № 48, ст. 6165) слова "дети супругов" заменить словами "дети супругов и супруги детей".</w:t>
      </w:r>
    </w:p>
    <w:p>
      <w:r>
        <w:rPr>
          <w:b/>
        </w:rPr>
        <w:t>Статья 2</w:t>
      </w:r>
    </w:p>
    <w:p>
      <w:r>
        <w:t>Внести в часть 1 статьи 8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3420) следующие изменения</w:t>
      </w:r>
    </w:p>
    <w:p>
      <w:r>
        <w:t>в пункте 2 слова "и дети супругов" заменить словами ", дети супругов и супруги детей"</w:t>
      </w:r>
    </w:p>
    <w:p>
      <w:r>
        <w:t>в пункте 6 слова "и дети супругов" заменить словами ", дети супругов и супруги детей"</w:t>
      </w:r>
    </w:p>
    <w:p>
      <w:r>
        <w:rPr>
          <w:b/>
        </w:rPr>
        <w:t>Статья 3</w:t>
      </w:r>
    </w:p>
    <w:p>
      <w:r>
        <w:t>Внести в статью 7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(Собрание законодательства Российской Федерации, 2011, № 7, ст. 903) следующие изменения</w:t>
      </w:r>
    </w:p>
    <w:p>
      <w:r>
        <w:t>в части 5 слова "и дети супругов" заменить словами ", дети супругов и супруги детей"</w:t>
      </w:r>
    </w:p>
    <w:p>
      <w:r>
        <w:t>в части 6 слова "и дети супругов" заменить словами ", дети супругов и супруги детей"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