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None. Федеральный закон   от 12.03.2014 № 26-ФЗ</w:t>
      </w:r>
    </w:p>
    <w:p>
      <w:r>
        <w:t>О внесении изменений в статью 2 Федерального закона "О закупках товаров, работ, услуг отдельными видами юридических лиц" РОССИЙСКАЯ ФЕДЕРАЦИЯ ФЕДЕРАЛЬНЫЙ ЗАКОН О внесении изменений в статью 2 Федерального закона "О закупках товаров, работ, услуг отдельными видами юридических лиц" Принят Государственной Думой 26 февраля 2014 года Одобрен Советом Федерации 5 марта 2014 года Внести в часть 3 статьи 2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2013, № 52, ст. 6961) следующие изменения</w:t>
      </w:r>
    </w:p>
    <w:p>
      <w:r>
        <w:t>пункт 4 изложить в следующей редакции: "4) советом директоров (наблюдательным советом) хозяйственного общества в случае, если заказчиком выступает акционерное общество, либо в случае, когда уставом акционерного общества предусмотрено осуществление функций совета директоров (наблюдательного совета) общим собранием акционеров общества, коллегиальным исполнительным органом общества или при отсутствии коллегиального исполнительного органа общим собранием акционеров общества;"</w:t>
      </w:r>
    </w:p>
    <w:p>
      <w:r>
        <w:t>пункт 5 изложить в следующей редакции: "5) общим собранием участников общества с ограниченной ответственностью в случае, если заказчиком выступает общество с ограниченной ответственностью, либо в случае, когда утверждение положения о закупке отнесено уставом общества с ограниченной ответственностью к компетенции совета директоров (наблюдательного совета) общества или коллегиального исполнительного органа общества, советом директоров (наблюдательным советом) общества или коллегиальным исполнительным органом общества;". Президент Российской Федерации В.Путин Москва, Кремль 12 марта 2014 года № 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