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Мальты об избежании двойного налогообложения и о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02.04.2014 № 46-ФЗ</w:t>
      </w:r>
    </w:p>
    <w:p>
      <w:r>
        <w:t>О ратификации Конвенции между Правительством Российской Федерации и Правительством Мальты об избежании двойного налогообложения и о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Мальты об избежании двойного налогообложения и о предотвращении уклонения от налогообложения в отношении налогов на доходы Принят Государственной Думой 21 марта 2014 года Одобрен Советом Федерации 26 марта 2014 года Ратифицировать Конвенцию между Правительством Российской Федерации и Правительством Мальты об избежании двойного налогообложения и о предотвращении уклонения от налогообложения в отношении налогов на доходы, подписанную в городе Москве 24 апреля 2013 года. Президент Российской Федерации В.Путин Москва, Кремль 2 апреля 2014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