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27 Федерального закона "О гражданстве Российской Федерации"</w:t>
      </w:r>
    </w:p>
    <w:p>
      <w:r>
        <w:rPr>
          <w:b/>
        </w:rPr>
        <w:t>Статья None. Федеральный закон   от 20.04.2014 № 72-ФЗ</w:t>
      </w:r>
    </w:p>
    <w:p>
      <w:r>
        <w:t>О внесении изменений в статьи 14 и 27 Федерального закона "О гражданстве Российской Федерации" РОССИЙСКАЯ ФЕДЕРАЦИЯ ФЕДЕРАЛЬНЫЙ ЗАКОН О внесении изменений в статьи 14 и 27 Федерального закона "О гражданстве Российской Федерации" Принят Государственной Думой 4 апреля 2014 года Одобрен Советом Федерации 16 апреля 2014 года Внести в Федеральный закон от 31 мая 2002 года № 62-ФЗ "О гражданстве Российской Федерации" (Собрание законодательства Российской Федерации, 2002, № 22, ст. 2031; 2003, № 46, ст. 4447; 2006, № 2, ст. 170; 2007, № 49, ст. 6057; 2008, № 40, ст. 4498; 2009, № 1, ст. 9; № 26, ст. 3125; 2013, № 27, ст. 3461, 3477) следующие изменения</w:t>
      </w:r>
    </w:p>
    <w:p>
      <w:r>
        <w:t>в части шестой статьи 14: а) пункт "в" изложить в следующей редакции: "в) ребенок или недееспособное лицо, над которыми установлены опека или попечительство гражданина Российской Федерации, за исключением случаев, предусмотренных частью 1 статьи 13 Федерального закона от 24 апреля 2008 года № 48-ФЗ "Об опеке и попечительстве" (далее - Федеральный закон "Об опеке и попечительстве"), - по заявлению опекуна или попечителя;"; б) дополнить пунктом "г" следующего содержания: "г) ребенок, помещенный под надзор в российскую организацию для детей-сирот и детей, оставшихся без попечения родителей, за исключением случаев, предусмотренных пунктом 2 статьи 155 1 Семейного кодекса Российской Федерации, - по заявлению руководителя российской организации, в которую помещен ребенок;"; в) дополнить пунктом "д" следующего содержания: "д) недееспособное лицо, помещенное под надзор в российскую образовательную организацию, медицинскую организацию, организацию, оказывающую социальные услуги, или иную российскую организацию, за исключением случаев, предусмотренных частью 4 статьи 11 Федерального закона "Об опеке и попечительстве", - по заявлению руководителя российской организации, в которую помещено недееспособное лицо."</w:t>
      </w:r>
    </w:p>
    <w:p>
      <w:r>
        <w:t>в статье 27: а) часть первую изложить в следующей редакции: "1. Дети и недееспособные лица, над которыми установлены опека или попечительство гражданина Российской Федерации, за исключением случаев, предусмотренных частью 1 статьи 13 Федерального закона "Об опеке и попечительстве", приобретают гражданство Российской Федерации в упрощенном порядке в соответствии с пунктом "в" части шестой статьи 14 настоящего Федерального закона."; б) часть вторую изложить в следующей редакции: "2. Дети, помещенные под надзор в российские организации для детей-сирот и детей, оставшихся без попечения родителей, за исключением случаев, предусмотренных пунктом 2 статьи 155 1 Семейного кодекса Российской Федерации, приобретают гражданство Российской Федерации в упрощенном порядке в соответствии с пунктом "г" части шестой статьи 14 настоящего Федерального закона."; в) дополнить частью второй 1 следующего содержания: "2 1 . Недееспособные лица, помещенные под надзор в российские образовательные организации, медицинские организации, организации, оказывающие социальные услуги, или иные российские организации, за исключением случаев, предусмотренных частью 4 статьи 11 Федерального закона "Об опеке и попечительстве", приобретают гражданство Российской Федерации в упрощенном порядке в соответствии с пунктом "д" части шестой статьи 14 настоящего Федерального закона.". Президент Российской Федерации В.Путин Москва, Кремль 20 апреля 2014 года № 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